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A47A8" w14:textId="1CEFE527" w:rsidR="00D1577E" w:rsidRDefault="00D1577E" w:rsidP="00D1577E">
      <w:pPr>
        <w:spacing w:before="120" w:after="40" w:line="240" w:lineRule="auto"/>
        <w:rPr>
          <w:sz w:val="24"/>
          <w:szCs w:val="24"/>
          <w:lang w:val="de-DE"/>
        </w:rPr>
      </w:pPr>
      <w:r>
        <w:rPr>
          <w:b/>
          <w:bCs/>
          <w:sz w:val="24"/>
          <w:szCs w:val="24"/>
          <w:u w:val="single"/>
          <w:lang w:val="de-DE"/>
        </w:rPr>
        <w:t xml:space="preserve">Wichtiger Hinweis zur Gültigkeit der </w:t>
      </w:r>
      <w:r w:rsidRPr="00E31077">
        <w:rPr>
          <w:b/>
          <w:bCs/>
          <w:sz w:val="24"/>
          <w:szCs w:val="24"/>
          <w:u w:val="single"/>
          <w:lang w:val="de-DE"/>
        </w:rPr>
        <w:t>persönliche</w:t>
      </w:r>
      <w:r w:rsidR="00E31077" w:rsidRPr="00E31077">
        <w:rPr>
          <w:b/>
          <w:bCs/>
          <w:sz w:val="24"/>
          <w:szCs w:val="24"/>
          <w:u w:val="single"/>
          <w:lang w:val="de-DE"/>
        </w:rPr>
        <w:t>n</w:t>
      </w:r>
      <w:r w:rsidRPr="00E31077">
        <w:rPr>
          <w:b/>
          <w:bCs/>
          <w:sz w:val="24"/>
          <w:szCs w:val="24"/>
          <w:u w:val="single"/>
          <w:lang w:val="de-DE"/>
        </w:rPr>
        <w:t xml:space="preserve"> Projektbeispiele</w:t>
      </w:r>
      <w:r w:rsidR="00E31077">
        <w:rPr>
          <w:b/>
          <w:bCs/>
          <w:sz w:val="24"/>
          <w:szCs w:val="24"/>
          <w:u w:val="single"/>
          <w:lang w:val="de-DE"/>
        </w:rPr>
        <w:t xml:space="preserve"> der Mitarbeiterprofile</w:t>
      </w:r>
      <w:r>
        <w:rPr>
          <w:sz w:val="24"/>
          <w:szCs w:val="24"/>
          <w:lang w:val="de-DE"/>
        </w:rPr>
        <w:t xml:space="preserve">: </w:t>
      </w:r>
    </w:p>
    <w:p w14:paraId="1B5BB70D" w14:textId="6BDB254E" w:rsidR="00D1577E" w:rsidRDefault="007C6FDE" w:rsidP="00D1577E">
      <w:pPr>
        <w:spacing w:before="120" w:after="40" w:line="240" w:lineRule="auto"/>
        <w:rPr>
          <w:b/>
          <w:color w:val="17365D"/>
          <w:sz w:val="24"/>
          <w:szCs w:val="24"/>
          <w:lang w:val="de-DE"/>
        </w:rPr>
      </w:pPr>
      <w:r w:rsidRPr="007C6FDE">
        <w:rPr>
          <w:b/>
          <w:bCs/>
          <w:sz w:val="24"/>
          <w:szCs w:val="24"/>
          <w:lang w:val="de-DE"/>
        </w:rPr>
        <w:t>Die persönlichen Projektbeispiele der Mitarbeiterprofile müssen spätestens zum Ablauf der Frist zur Einreichung der Teilnahmeanträge im Teilnahmewettbewerb abgeschlossen sein</w:t>
      </w:r>
      <w:r w:rsidR="00366AAE">
        <w:rPr>
          <w:b/>
          <w:bCs/>
          <w:sz w:val="24"/>
          <w:szCs w:val="24"/>
          <w:lang w:val="de-DE"/>
        </w:rPr>
        <w:t xml:space="preserve">. </w:t>
      </w:r>
      <w:r w:rsidR="00D1577E">
        <w:rPr>
          <w:b/>
          <w:bCs/>
          <w:sz w:val="24"/>
          <w:szCs w:val="24"/>
          <w:lang w:val="de-DE"/>
        </w:rPr>
        <w:t>Die Nichteinhaltung führt zum Ausschluss aus dem Vergabeverfahren.</w:t>
      </w:r>
    </w:p>
    <w:p w14:paraId="68E7B452" w14:textId="77777777" w:rsidR="00D1577E" w:rsidRDefault="00D1577E">
      <w:pPr>
        <w:spacing w:before="120" w:after="40" w:line="240" w:lineRule="auto"/>
        <w:rPr>
          <w:rFonts w:eastAsia="Arial"/>
          <w:b/>
          <w:color w:val="17365D"/>
          <w:sz w:val="40"/>
          <w:lang w:val="de-DE"/>
        </w:rPr>
      </w:pPr>
    </w:p>
    <w:p w14:paraId="698AEEAC" w14:textId="77777777" w:rsidR="00D1577E" w:rsidRDefault="00D1577E">
      <w:pPr>
        <w:spacing w:before="120" w:after="40" w:line="240" w:lineRule="auto"/>
        <w:rPr>
          <w:rFonts w:eastAsia="Arial"/>
          <w:b/>
          <w:color w:val="17365D"/>
          <w:sz w:val="40"/>
          <w:lang w:val="de-DE"/>
        </w:rPr>
      </w:pPr>
    </w:p>
    <w:p w14:paraId="4FDF95FE" w14:textId="1BFD9006" w:rsidR="00417055" w:rsidRPr="002A21D0" w:rsidRDefault="00E53AA1">
      <w:pPr>
        <w:spacing w:before="120" w:after="40" w:line="240" w:lineRule="auto"/>
        <w:rPr>
          <w:lang w:val="de-DE"/>
        </w:rPr>
      </w:pPr>
      <w:r w:rsidRPr="002A21D0">
        <w:rPr>
          <w:rFonts w:eastAsia="Arial"/>
          <w:b/>
          <w:color w:val="17365D"/>
          <w:sz w:val="40"/>
          <w:lang w:val="de-DE"/>
        </w:rPr>
        <w:t>Mitarbeiterprofile</w:t>
      </w:r>
    </w:p>
    <w:p w14:paraId="4F8A0DA9" w14:textId="77777777" w:rsidR="00417055" w:rsidRPr="002A21D0" w:rsidRDefault="00E53AA1">
      <w:pPr>
        <w:spacing w:after="160" w:line="240" w:lineRule="auto"/>
        <w:rPr>
          <w:lang w:val="de-DE"/>
        </w:rPr>
      </w:pPr>
      <w:r w:rsidRPr="002A21D0">
        <w:rPr>
          <w:rFonts w:eastAsia="Arial"/>
          <w:color w:val="5B6570"/>
          <w:sz w:val="20"/>
          <w:lang w:val="de-DE"/>
        </w:rPr>
        <w:t>Je zwei Profile für Partner, Senior Manager, Manager, Senior Consultant und Consultant</w:t>
      </w:r>
    </w:p>
    <w:p w14:paraId="7E3AE4CE" w14:textId="77777777" w:rsidR="00417055" w:rsidRPr="002A21D0" w:rsidRDefault="00417055">
      <w:pPr>
        <w:pBdr>
          <w:bottom w:val="single" w:sz="12" w:space="1" w:color="0B4F7A"/>
        </w:pBdr>
        <w:spacing w:after="80"/>
        <w:rPr>
          <w:lang w:val="de-D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94"/>
      </w:tblGrid>
      <w:tr w:rsidR="00417055" w:rsidRPr="00224270" w14:paraId="3197C223" w14:textId="77777777">
        <w:trPr>
          <w:jc w:val="center"/>
        </w:trPr>
        <w:tc>
          <w:tcPr>
            <w:tcW w:w="15194" w:type="dxa"/>
            <w:shd w:val="clear" w:color="auto" w:fill="D9EAF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8BFED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7365D"/>
                <w:sz w:val="17"/>
                <w:lang w:val="de-DE"/>
              </w:rPr>
              <w:t>Es sind insgesamt 10 Mitarbeiterprofile einzureichen: je zwei unterschiedliche Personen für Partner, Senior Manager, Manager, Senior Consultant und Consultant. Für Junioren wird kein Mitarbeiterprofil eingereicht; die Rolle wird ausschließlich über das Preisblatt berücksichtigt.</w:t>
            </w:r>
          </w:p>
        </w:tc>
      </w:tr>
    </w:tbl>
    <w:p w14:paraId="25FF86CB" w14:textId="77777777" w:rsidR="00417055" w:rsidRDefault="00E53AA1">
      <w:pPr>
        <w:spacing w:after="40" w:line="240" w:lineRule="auto"/>
      </w:pPr>
      <w:proofErr w:type="spellStart"/>
      <w:r>
        <w:rPr>
          <w:rFonts w:eastAsia="Arial"/>
          <w:b/>
          <w:color w:val="0B4F7A"/>
          <w:sz w:val="22"/>
        </w:rPr>
        <w:t>Ausfüllregeln</w:t>
      </w:r>
      <w:proofErr w:type="spellEnd"/>
    </w:p>
    <w:p w14:paraId="56E2D790" w14:textId="77777777" w:rsidR="00417055" w:rsidRPr="002A21D0" w:rsidRDefault="00E53AA1">
      <w:pPr>
        <w:pStyle w:val="Aufzhlungszeichen"/>
        <w:spacing w:after="20"/>
        <w:rPr>
          <w:lang w:val="de-DE"/>
        </w:rPr>
      </w:pPr>
      <w:r w:rsidRPr="002A21D0">
        <w:rPr>
          <w:rFonts w:eastAsia="Arial"/>
          <w:color w:val="1F1F1F"/>
          <w:lang w:val="de-DE"/>
        </w:rPr>
        <w:t>Jedes Profil ist genau einer ausgeschriebenen Rolle zuzuordnen.</w:t>
      </w:r>
    </w:p>
    <w:p w14:paraId="57748388" w14:textId="77777777" w:rsidR="00417055" w:rsidRPr="002A21D0" w:rsidRDefault="00E53AA1">
      <w:pPr>
        <w:pStyle w:val="Aufzhlungszeichen"/>
        <w:spacing w:after="20"/>
        <w:rPr>
          <w:lang w:val="de-DE"/>
        </w:rPr>
      </w:pPr>
      <w:r w:rsidRPr="002A21D0">
        <w:rPr>
          <w:rFonts w:eastAsia="Arial"/>
          <w:color w:val="1F1F1F"/>
          <w:lang w:val="de-DE"/>
        </w:rPr>
        <w:t>Je Profil dürfen höchstens drei fachliche Schwerpunkt-Leistungsfelder LF1 bis LF9 angegeben werden.</w:t>
      </w:r>
    </w:p>
    <w:p w14:paraId="2BE6D88A" w14:textId="77777777" w:rsidR="00417055" w:rsidRPr="002A21D0" w:rsidRDefault="00E53AA1">
      <w:pPr>
        <w:pStyle w:val="Aufzhlungszeichen"/>
        <w:spacing w:after="20"/>
        <w:rPr>
          <w:lang w:val="de-DE"/>
        </w:rPr>
      </w:pPr>
      <w:r w:rsidRPr="002A21D0">
        <w:rPr>
          <w:rFonts w:eastAsia="Arial"/>
          <w:color w:val="1F1F1F"/>
          <w:lang w:val="de-DE"/>
        </w:rPr>
        <w:t>Je Profil sind zwei persönliche Projektbeispiele vollständig darzustellen.</w:t>
      </w:r>
    </w:p>
    <w:p w14:paraId="520E01B2" w14:textId="77777777" w:rsidR="00417055" w:rsidRPr="002A21D0" w:rsidRDefault="00E53AA1">
      <w:pPr>
        <w:pStyle w:val="Aufzhlungszeichen"/>
        <w:spacing w:after="20"/>
        <w:rPr>
          <w:lang w:val="de-DE"/>
        </w:rPr>
      </w:pPr>
      <w:r w:rsidRPr="002A21D0">
        <w:rPr>
          <w:rFonts w:eastAsia="Arial"/>
          <w:color w:val="1F1F1F"/>
          <w:lang w:val="de-DE"/>
        </w:rPr>
        <w:t>Persönliche Projekterfahrung aus früheren Beschäftigungsverhältnissen ist zulässig; sie belegt die persönliche Erfahrung der Person, nicht die Leistungsfähigkeit des aktuellen Bewerbers.</w:t>
      </w:r>
    </w:p>
    <w:p w14:paraId="7E63E227" w14:textId="77777777" w:rsidR="00417055" w:rsidRPr="002A21D0" w:rsidRDefault="00E53AA1">
      <w:pPr>
        <w:pStyle w:val="Aufzhlungszeichen"/>
        <w:spacing w:after="20"/>
        <w:rPr>
          <w:lang w:val="de-DE"/>
        </w:rPr>
      </w:pPr>
      <w:r w:rsidRPr="002A21D0">
        <w:rPr>
          <w:rFonts w:eastAsia="Arial"/>
          <w:color w:val="1F1F1F"/>
          <w:lang w:val="de-DE"/>
        </w:rPr>
        <w:t>Relevante Zertifizierungen und vergleichbare Qualifikationen sind ergänzend anzugeben; sie ersetzen keine nachgewiesene Berufserfahrung und Projekterfahrung.</w:t>
      </w:r>
    </w:p>
    <w:p w14:paraId="58E7DFDD" w14:textId="77777777" w:rsidR="00417055" w:rsidRPr="002A21D0" w:rsidRDefault="00E53AA1">
      <w:pPr>
        <w:pStyle w:val="Aufzhlungszeichen"/>
        <w:spacing w:after="20"/>
        <w:rPr>
          <w:lang w:val="de-DE"/>
        </w:rPr>
      </w:pPr>
      <w:r w:rsidRPr="002A21D0">
        <w:rPr>
          <w:rFonts w:eastAsia="Arial"/>
          <w:color w:val="1F1F1F"/>
          <w:lang w:val="de-DE"/>
        </w:rPr>
        <w:t>Interne Jobtitel des Bewerbers sind nicht maßgeblich. Entscheidend ist die Erfüllung der veröffentlichten Rollenanforderungen.</w:t>
      </w:r>
    </w:p>
    <w:p w14:paraId="5283F820" w14:textId="77777777" w:rsidR="00417055" w:rsidRDefault="00E53AA1">
      <w:pPr>
        <w:spacing w:before="100" w:after="40" w:line="240" w:lineRule="auto"/>
      </w:pPr>
      <w:proofErr w:type="spellStart"/>
      <w:r>
        <w:rPr>
          <w:rFonts w:eastAsia="Arial"/>
          <w:b/>
          <w:color w:val="0B4F7A"/>
          <w:sz w:val="22"/>
        </w:rPr>
        <w:t>Einzureichende</w:t>
      </w:r>
      <w:proofErr w:type="spellEnd"/>
      <w:r>
        <w:rPr>
          <w:rFonts w:eastAsia="Arial"/>
          <w:b/>
          <w:color w:val="0B4F7A"/>
          <w:sz w:val="22"/>
        </w:rPr>
        <w:t xml:space="preserve"> Profile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2835"/>
        <w:gridCol w:w="7824"/>
      </w:tblGrid>
      <w:tr w:rsidR="00417055" w14:paraId="02FC8D11" w14:textId="77777777">
        <w:trPr>
          <w:cantSplit/>
          <w:tblHeader/>
          <w:jc w:val="center"/>
        </w:trPr>
        <w:tc>
          <w:tcPr>
            <w:tcW w:w="4535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2D179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>Rolle</w:t>
            </w:r>
          </w:p>
        </w:tc>
        <w:tc>
          <w:tcPr>
            <w:tcW w:w="2835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ACD5F" w14:textId="77777777" w:rsidR="00417055" w:rsidRDefault="00E53AA1">
            <w:pPr>
              <w:spacing w:after="0" w:line="240" w:lineRule="auto"/>
              <w:jc w:val="center"/>
            </w:pPr>
            <w:proofErr w:type="spellStart"/>
            <w:r>
              <w:rPr>
                <w:rFonts w:eastAsia="Arial"/>
                <w:b/>
                <w:color w:val="FFFFFF"/>
                <w:sz w:val="16"/>
              </w:rPr>
              <w:t>Anzahl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 xml:space="preserve"> Profile</w:t>
            </w:r>
          </w:p>
        </w:tc>
        <w:tc>
          <w:tcPr>
            <w:tcW w:w="7824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59B1E" w14:textId="77777777" w:rsidR="00417055" w:rsidRDefault="00E53AA1">
            <w:pPr>
              <w:spacing w:after="0" w:line="240" w:lineRule="auto"/>
              <w:jc w:val="center"/>
            </w:pPr>
            <w:proofErr w:type="spellStart"/>
            <w:r>
              <w:rPr>
                <w:rFonts w:eastAsia="Arial"/>
                <w:b/>
                <w:color w:val="FFFFFF"/>
                <w:sz w:val="16"/>
              </w:rPr>
              <w:t>Mindestanforderung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relevante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Berufserfahrung</w:t>
            </w:r>
            <w:proofErr w:type="spellEnd"/>
          </w:p>
        </w:tc>
      </w:tr>
      <w:tr w:rsidR="00417055" w14:paraId="11FD43F0" w14:textId="77777777">
        <w:trPr>
          <w:cantSplit/>
          <w:jc w:val="center"/>
        </w:trPr>
        <w:tc>
          <w:tcPr>
            <w:tcW w:w="45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BC7D6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Partner</w:t>
            </w:r>
          </w:p>
        </w:tc>
        <w:tc>
          <w:tcPr>
            <w:tcW w:w="2835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228832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color w:val="1F1F1F"/>
                <w:sz w:val="16"/>
              </w:rPr>
              <w:t>2</w:t>
            </w:r>
          </w:p>
        </w:tc>
        <w:tc>
          <w:tcPr>
            <w:tcW w:w="7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FB91C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mindestens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12 Jahre</w:t>
            </w:r>
          </w:p>
        </w:tc>
      </w:tr>
      <w:tr w:rsidR="00417055" w14:paraId="219F668A" w14:textId="77777777">
        <w:trPr>
          <w:cantSplit/>
          <w:jc w:val="center"/>
        </w:trPr>
        <w:tc>
          <w:tcPr>
            <w:tcW w:w="45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23FCB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Senior Manager</w:t>
            </w:r>
          </w:p>
        </w:tc>
        <w:tc>
          <w:tcPr>
            <w:tcW w:w="2835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A2F0F7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color w:val="1F1F1F"/>
                <w:sz w:val="16"/>
              </w:rPr>
              <w:t>2</w:t>
            </w:r>
          </w:p>
        </w:tc>
        <w:tc>
          <w:tcPr>
            <w:tcW w:w="7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031091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mindestens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10 Jahre</w:t>
            </w:r>
          </w:p>
        </w:tc>
      </w:tr>
      <w:tr w:rsidR="00417055" w14:paraId="1A5D316E" w14:textId="77777777">
        <w:trPr>
          <w:cantSplit/>
          <w:jc w:val="center"/>
        </w:trPr>
        <w:tc>
          <w:tcPr>
            <w:tcW w:w="45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D8A2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Manager</w:t>
            </w:r>
          </w:p>
        </w:tc>
        <w:tc>
          <w:tcPr>
            <w:tcW w:w="2835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91791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color w:val="1F1F1F"/>
                <w:sz w:val="16"/>
              </w:rPr>
              <w:t>2</w:t>
            </w:r>
          </w:p>
        </w:tc>
        <w:tc>
          <w:tcPr>
            <w:tcW w:w="7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A9C7A7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mindestens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7 Jahre</w:t>
            </w:r>
          </w:p>
        </w:tc>
      </w:tr>
      <w:tr w:rsidR="00E31077" w14:paraId="72B6F3A7" w14:textId="77777777">
        <w:trPr>
          <w:cantSplit/>
          <w:jc w:val="center"/>
        </w:trPr>
        <w:tc>
          <w:tcPr>
            <w:tcW w:w="45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F3C19" w14:textId="77777777" w:rsidR="00E31077" w:rsidRDefault="00E31077">
            <w:pPr>
              <w:spacing w:after="0" w:line="240" w:lineRule="auto"/>
              <w:rPr>
                <w:rFonts w:eastAsia="Arial"/>
                <w:color w:val="1F1F1F"/>
                <w:sz w:val="16"/>
              </w:rPr>
            </w:pPr>
          </w:p>
        </w:tc>
        <w:tc>
          <w:tcPr>
            <w:tcW w:w="2835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A145C0" w14:textId="77777777" w:rsidR="00E31077" w:rsidRDefault="00E31077">
            <w:pPr>
              <w:spacing w:after="0" w:line="240" w:lineRule="auto"/>
              <w:jc w:val="center"/>
              <w:rPr>
                <w:rFonts w:eastAsia="Arial"/>
                <w:color w:val="1F1F1F"/>
                <w:sz w:val="16"/>
              </w:rPr>
            </w:pPr>
          </w:p>
        </w:tc>
        <w:tc>
          <w:tcPr>
            <w:tcW w:w="7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FDB934" w14:textId="77777777" w:rsidR="00E31077" w:rsidRDefault="00E31077">
            <w:pPr>
              <w:spacing w:after="0" w:line="240" w:lineRule="auto"/>
              <w:rPr>
                <w:rFonts w:eastAsia="Arial"/>
                <w:color w:val="1F1F1F"/>
                <w:sz w:val="16"/>
              </w:rPr>
            </w:pPr>
          </w:p>
        </w:tc>
      </w:tr>
      <w:tr w:rsidR="00417055" w14:paraId="0FC897FC" w14:textId="77777777">
        <w:trPr>
          <w:cantSplit/>
          <w:jc w:val="center"/>
        </w:trPr>
        <w:tc>
          <w:tcPr>
            <w:tcW w:w="45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3E01B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Senior Consultant</w:t>
            </w:r>
          </w:p>
        </w:tc>
        <w:tc>
          <w:tcPr>
            <w:tcW w:w="2835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D35D4E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color w:val="1F1F1F"/>
                <w:sz w:val="16"/>
              </w:rPr>
              <w:t>2</w:t>
            </w:r>
          </w:p>
        </w:tc>
        <w:tc>
          <w:tcPr>
            <w:tcW w:w="7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F6529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mindestens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5 Jahre</w:t>
            </w:r>
          </w:p>
        </w:tc>
      </w:tr>
      <w:tr w:rsidR="00417055" w14:paraId="0235BB37" w14:textId="77777777">
        <w:trPr>
          <w:cantSplit/>
          <w:jc w:val="center"/>
        </w:trPr>
        <w:tc>
          <w:tcPr>
            <w:tcW w:w="45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7B59F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Consultant</w:t>
            </w:r>
          </w:p>
        </w:tc>
        <w:tc>
          <w:tcPr>
            <w:tcW w:w="2835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73425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color w:val="1F1F1F"/>
                <w:sz w:val="16"/>
              </w:rPr>
              <w:t>2</w:t>
            </w:r>
          </w:p>
        </w:tc>
        <w:tc>
          <w:tcPr>
            <w:tcW w:w="7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83A0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mindestens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2 Jahre</w:t>
            </w:r>
          </w:p>
        </w:tc>
      </w:tr>
      <w:tr w:rsidR="00417055" w14:paraId="7CA2D199" w14:textId="77777777">
        <w:trPr>
          <w:cantSplit/>
          <w:jc w:val="center"/>
        </w:trPr>
        <w:tc>
          <w:tcPr>
            <w:tcW w:w="45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5BDCB6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Junior</w:t>
            </w:r>
          </w:p>
        </w:tc>
        <w:tc>
          <w:tcPr>
            <w:tcW w:w="2835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2F0C23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color w:val="1F1F1F"/>
                <w:sz w:val="16"/>
              </w:rPr>
              <w:t>0</w:t>
            </w:r>
          </w:p>
        </w:tc>
        <w:tc>
          <w:tcPr>
            <w:tcW w:w="7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F1A064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keine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personenbezogene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Profilprüfung</w:t>
            </w:r>
            <w:proofErr w:type="spellEnd"/>
          </w:p>
        </w:tc>
      </w:tr>
    </w:tbl>
    <w:p w14:paraId="0D4FE068" w14:textId="77777777" w:rsidR="00417055" w:rsidRPr="00366AAE" w:rsidRDefault="00E53AA1">
      <w:pPr>
        <w:pageBreakBefore/>
        <w:spacing w:after="40" w:line="240" w:lineRule="auto"/>
        <w:rPr>
          <w:lang w:val="de-DE"/>
        </w:rPr>
      </w:pPr>
      <w:r w:rsidRPr="00366AAE">
        <w:rPr>
          <w:rFonts w:eastAsia="Arial"/>
          <w:b/>
          <w:color w:val="17365D"/>
          <w:sz w:val="28"/>
          <w:lang w:val="de-DE"/>
        </w:rPr>
        <w:lastRenderedPageBreak/>
        <w:t>Mitarbeiterprofil 1 – Partner (1/2)</w:t>
      </w:r>
    </w:p>
    <w:p w14:paraId="4C60B924" w14:textId="77777777" w:rsidR="00417055" w:rsidRPr="002A21D0" w:rsidRDefault="00E53AA1">
      <w:pPr>
        <w:spacing w:line="240" w:lineRule="auto"/>
        <w:rPr>
          <w:lang w:val="de-DE"/>
        </w:rPr>
      </w:pPr>
      <w:r w:rsidRPr="002A21D0">
        <w:rPr>
          <w:rFonts w:eastAsia="Arial"/>
          <w:color w:val="17365D"/>
          <w:sz w:val="17"/>
          <w:lang w:val="de-DE"/>
        </w:rPr>
        <w:t>Mindestanforderung: mindestens 12 Jahre relevante Berufserfahrung. Erwartetes Niveau: Strategische Beratung, Management-Sparring, Entscheidungsunterstützung und übergreifende Qualitätssicherung.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5216"/>
        <w:gridCol w:w="2268"/>
        <w:gridCol w:w="5443"/>
      </w:tblGrid>
      <w:tr w:rsidR="00417055" w14:paraId="50B08745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B7F3B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Profil</w:t>
            </w:r>
            <w:proofErr w:type="spellEnd"/>
            <w:r>
              <w:rPr>
                <w:rFonts w:eastAsia="Arial"/>
                <w:color w:val="1F1F1F"/>
                <w:sz w:val="16"/>
              </w:rPr>
              <w:t>-ID</w:t>
            </w:r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CDC8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484E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Name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eindeutige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Kennzeichnung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A65C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4A81236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2507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Interne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Funktionsbezeichnung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4A18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53413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Arbeitgeber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ggf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. </w:t>
            </w:r>
            <w:proofErr w:type="spellStart"/>
            <w:r>
              <w:rPr>
                <w:rFonts w:eastAsia="Arial"/>
                <w:color w:val="1F1F1F"/>
                <w:sz w:val="16"/>
              </w:rPr>
              <w:t>Nachunternehmer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2B7EB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55E10696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CF673B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Berufserfahrung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7EC1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[__ Jahre]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E92E42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Aktuelle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A0762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:rsidRPr="00224270" w14:paraId="534C71A8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C69BA8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Zertifizierungen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Qualifikationen</w:t>
            </w:r>
            <w:proofErr w:type="spellEnd"/>
          </w:p>
        </w:tc>
        <w:tc>
          <w:tcPr>
            <w:tcW w:w="12927" w:type="dxa"/>
            <w:gridSpan w:val="3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4E5CD7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[Bezeichnung, Aussteller, ggf. Gültigkeit – nur fachlich relevante Nachweise]</w:t>
            </w:r>
          </w:p>
        </w:tc>
      </w:tr>
    </w:tbl>
    <w:p w14:paraId="36B113CC" w14:textId="77777777" w:rsidR="00417055" w:rsidRDefault="00E53AA1">
      <w:pPr>
        <w:spacing w:before="60" w:after="20" w:line="240" w:lineRule="auto"/>
      </w:pPr>
      <w:r>
        <w:rPr>
          <w:rFonts w:eastAsia="Arial"/>
          <w:b/>
          <w:color w:val="0B4F7A"/>
          <w:sz w:val="19"/>
        </w:rPr>
        <w:t>A. N</w:t>
      </w:r>
      <w:proofErr w:type="spellStart"/>
      <w:r>
        <w:rPr>
          <w:rFonts w:eastAsia="Arial"/>
          <w:b/>
          <w:color w:val="0B4F7A"/>
          <w:sz w:val="19"/>
        </w:rPr>
        <w:t>achweis</w:t>
      </w:r>
      <w:proofErr w:type="spellEnd"/>
      <w:r>
        <w:rPr>
          <w:rFonts w:eastAsia="Arial"/>
          <w:b/>
          <w:color w:val="0B4F7A"/>
          <w:sz w:val="19"/>
        </w:rPr>
        <w:t xml:space="preserve"> der </w:t>
      </w:r>
      <w:proofErr w:type="spellStart"/>
      <w:r>
        <w:rPr>
          <w:rFonts w:eastAsia="Arial"/>
          <w:b/>
          <w:color w:val="0B4F7A"/>
          <w:sz w:val="19"/>
        </w:rPr>
        <w:t>Rollenanforderungen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  <w:gridCol w:w="7710"/>
      </w:tblGrid>
      <w:tr w:rsidR="00417055" w:rsidRPr="00224270" w14:paraId="10A986C2" w14:textId="77777777">
        <w:trPr>
          <w:cantSplit/>
          <w:tblHeader/>
          <w:jc w:val="center"/>
        </w:trPr>
        <w:tc>
          <w:tcPr>
            <w:tcW w:w="7483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5143D0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 xml:space="preserve">Zu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prüfende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Rollenanforderung</w:t>
            </w:r>
            <w:proofErr w:type="spellEnd"/>
          </w:p>
        </w:tc>
        <w:tc>
          <w:tcPr>
            <w:tcW w:w="7710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36013" w14:textId="77777777" w:rsidR="00417055" w:rsidRPr="002A21D0" w:rsidRDefault="00E53AA1">
            <w:pPr>
              <w:spacing w:after="0" w:line="240" w:lineRule="auto"/>
              <w:jc w:val="center"/>
              <w:rPr>
                <w:lang w:val="de-DE"/>
              </w:rPr>
            </w:pPr>
            <w:r w:rsidRPr="002A21D0">
              <w:rPr>
                <w:rFonts w:eastAsia="Arial"/>
                <w:b/>
                <w:color w:val="FFFFFF"/>
                <w:sz w:val="16"/>
                <w:lang w:val="de-DE"/>
              </w:rPr>
              <w:t>Konkreter Nachweis der Person (Tätigkeit, Verantwortung, Projektbezug)</w:t>
            </w:r>
          </w:p>
        </w:tc>
      </w:tr>
      <w:tr w:rsidR="00417055" w14:paraId="6F0968DE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A36963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Beratung von Führungskräften und Entscheidungsgremien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0EDB8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4B5D83F5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8F2C6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Einordnung komplexer strategischer und organisationsübergreifender Fragestellungen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5685F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47F6D6C1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9C2F2F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Entwicklung und Bewertung von Handlungsoptionen sowie Unterstützung bei richtungsweisenden Entscheidungen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CB0E7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582514CE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976B0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Moderation anspruchsvoller Managementsituationen und Umgang mit Eskalationen bzw. Zielkonflikten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B3035" w14:textId="627C23F1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</w:t>
            </w:r>
            <w:r w:rsidR="000E6F22">
              <w:rPr>
                <w:rFonts w:eastAsia="Arial"/>
                <w:color w:val="1F1F1F"/>
                <w:sz w:val="16"/>
              </w:rPr>
              <w:t>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64860B74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BFB7A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Übergreifende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Qualitätssicherung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komplexer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Beratungsergebnisse</w:t>
            </w:r>
            <w:proofErr w:type="spellEnd"/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0B4C96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05724FD0" w14:textId="77777777" w:rsidR="00417055" w:rsidRPr="002A21D0" w:rsidRDefault="00E53AA1">
      <w:pPr>
        <w:spacing w:before="40" w:after="20" w:line="240" w:lineRule="auto"/>
        <w:rPr>
          <w:lang w:val="de-DE"/>
        </w:rPr>
      </w:pPr>
      <w:r w:rsidRPr="002A21D0">
        <w:rPr>
          <w:rFonts w:eastAsia="Arial"/>
          <w:b/>
          <w:color w:val="0B4F7A"/>
          <w:lang w:val="de-DE"/>
        </w:rPr>
        <w:t>B. Fachliche Schwerpunkt-Leistungsfelder – maximal drei auswählen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63"/>
        <w:gridCol w:w="5063"/>
        <w:gridCol w:w="5068"/>
      </w:tblGrid>
      <w:tr w:rsidR="00417055" w14:paraId="1FDB5333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C9CE8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LF1 – IT-Strategie und Innovation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CC288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LF2 – IT-Governance, Demand, Portfolio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Steuerung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3C92E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LF3 – IT-Service-Management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Serviceorientierung</w:t>
            </w:r>
            <w:proofErr w:type="spellEnd"/>
          </w:p>
        </w:tc>
      </w:tr>
      <w:tr w:rsidR="00417055" w14:paraId="17CA3014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138B5E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LF4 – Organisation, Operating Model und Prozesse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D665B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LF5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Architektur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, Sourcing, Provider-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Lizenzmanagement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8419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☐ LF6 – Security Governance, Risk, Compliance und IT-</w:t>
            </w:r>
            <w:proofErr w:type="spellStart"/>
            <w:r>
              <w:rPr>
                <w:rFonts w:eastAsia="Arial"/>
                <w:color w:val="1F1F1F"/>
                <w:sz w:val="16"/>
              </w:rPr>
              <w:t>Resilienz</w:t>
            </w:r>
            <w:proofErr w:type="spellEnd"/>
          </w:p>
        </w:tc>
      </w:tr>
      <w:tr w:rsidR="00417055" w:rsidRPr="00224270" w14:paraId="56555BCD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33566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LF7 – CRM,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Anliegenmanagement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und Business-Nähe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44647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LF8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Qualität</w:t>
            </w:r>
            <w:proofErr w:type="spellEnd"/>
            <w:r>
              <w:rPr>
                <w:rFonts w:eastAsia="Arial"/>
                <w:color w:val="1F1F1F"/>
                <w:sz w:val="16"/>
              </w:rPr>
              <w:t>, Reviews, KVP und Benchmarking</w:t>
            </w:r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018D3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LF9 – Projekt-, Transformations- und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transitionsnahe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Unterstützung</w:t>
            </w:r>
          </w:p>
        </w:tc>
      </w:tr>
    </w:tbl>
    <w:p w14:paraId="23AF98C6" w14:textId="77777777" w:rsidR="00417055" w:rsidRDefault="00E53AA1">
      <w:pPr>
        <w:spacing w:before="40" w:after="20" w:line="240" w:lineRule="auto"/>
      </w:pPr>
      <w:r>
        <w:rPr>
          <w:rFonts w:eastAsia="Arial"/>
          <w:b/>
          <w:color w:val="0B4F7A"/>
        </w:rPr>
        <w:t>C. P</w:t>
      </w:r>
      <w:proofErr w:type="spellStart"/>
      <w:r>
        <w:rPr>
          <w:rFonts w:eastAsia="Arial"/>
          <w:b/>
          <w:color w:val="0B4F7A"/>
        </w:rPr>
        <w:t>ersönliche</w:t>
      </w:r>
      <w:proofErr w:type="spellEnd"/>
      <w:r>
        <w:rPr>
          <w:rFonts w:eastAsia="Arial"/>
          <w:b/>
          <w:color w:val="0B4F7A"/>
        </w:rPr>
        <w:t xml:space="preserve"> </w:t>
      </w:r>
      <w:proofErr w:type="spellStart"/>
      <w:r>
        <w:rPr>
          <w:rFonts w:eastAsia="Arial"/>
          <w:b/>
          <w:color w:val="0B4F7A"/>
        </w:rPr>
        <w:t>Projektbeispiele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5669"/>
        <w:gridCol w:w="1928"/>
        <w:gridCol w:w="5669"/>
      </w:tblGrid>
      <w:tr w:rsidR="00417055" w14:paraId="7B962B0B" w14:textId="77777777">
        <w:trPr>
          <w:cantSplit/>
          <w:jc w:val="center"/>
        </w:trPr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849A7B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1</w:t>
            </w:r>
          </w:p>
        </w:tc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71D26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2</w:t>
            </w:r>
          </w:p>
        </w:tc>
      </w:tr>
      <w:tr w:rsidR="00417055" w14:paraId="7E58B2FC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E48F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140D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60175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6B819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29A6468E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7621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9C4AD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AD18D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5EA9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8899DA3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D6DEE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9F341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DBD68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7805F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FFAB951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145F1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4EC3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6E6A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A708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03B8BB1E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A41198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43E4C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BE017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07E4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2FD65A73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EF1B27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19C4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54C54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4DE1A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4D58C0B9" w14:textId="77777777" w:rsidR="00417055" w:rsidRDefault="00E53AA1">
      <w:pPr>
        <w:pageBreakBefore/>
        <w:spacing w:after="40" w:line="240" w:lineRule="auto"/>
      </w:pPr>
      <w:proofErr w:type="spellStart"/>
      <w:r>
        <w:rPr>
          <w:rFonts w:eastAsia="Arial"/>
          <w:b/>
          <w:color w:val="17365D"/>
          <w:sz w:val="28"/>
        </w:rPr>
        <w:lastRenderedPageBreak/>
        <w:t>Mitarbeiterprofil</w:t>
      </w:r>
      <w:proofErr w:type="spellEnd"/>
      <w:r>
        <w:rPr>
          <w:rFonts w:eastAsia="Arial"/>
          <w:b/>
          <w:color w:val="17365D"/>
          <w:sz w:val="28"/>
        </w:rPr>
        <w:t xml:space="preserve"> 2 – Partner (2/2)</w:t>
      </w:r>
    </w:p>
    <w:p w14:paraId="60E655F7" w14:textId="77777777" w:rsidR="00417055" w:rsidRPr="002A21D0" w:rsidRDefault="00E53AA1">
      <w:pPr>
        <w:spacing w:line="240" w:lineRule="auto"/>
        <w:rPr>
          <w:lang w:val="de-DE"/>
        </w:rPr>
      </w:pPr>
      <w:r w:rsidRPr="002A21D0">
        <w:rPr>
          <w:rFonts w:eastAsia="Arial"/>
          <w:color w:val="17365D"/>
          <w:sz w:val="17"/>
          <w:lang w:val="de-DE"/>
        </w:rPr>
        <w:t>Mindestanforderung: mindestens 12 Jahre relevante Berufserfahrung. Erwartetes Niveau: Strategische Beratung, Management-Sparring, Entscheidungsunterstützung und übergreifende Qualitätssicherung.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5216"/>
        <w:gridCol w:w="2268"/>
        <w:gridCol w:w="5443"/>
      </w:tblGrid>
      <w:tr w:rsidR="00417055" w14:paraId="3D52B856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7CDFFC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Profil</w:t>
            </w:r>
            <w:proofErr w:type="spellEnd"/>
            <w:r>
              <w:rPr>
                <w:rFonts w:eastAsia="Arial"/>
                <w:color w:val="1F1F1F"/>
                <w:sz w:val="16"/>
              </w:rPr>
              <w:t>-ID</w:t>
            </w:r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A9BF0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1272B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Name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eindeutige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Kennzeichnung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8BEF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2038BCE5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6947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Interne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Funktionsbezeichnung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2B1956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7CC3D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Arbeitgeber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ggf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. </w:t>
            </w:r>
            <w:proofErr w:type="spellStart"/>
            <w:r>
              <w:rPr>
                <w:rFonts w:eastAsia="Arial"/>
                <w:color w:val="1F1F1F"/>
                <w:sz w:val="16"/>
              </w:rPr>
              <w:t>Nachunternehmer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E30B6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B523421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B34E32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Berufserfahrung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CBA60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[__ Jahre]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AE7BBE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Aktuelle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E104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:rsidRPr="00224270" w14:paraId="210545F9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69767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Zertifizierungen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Qualifikationen</w:t>
            </w:r>
            <w:proofErr w:type="spellEnd"/>
          </w:p>
        </w:tc>
        <w:tc>
          <w:tcPr>
            <w:tcW w:w="12927" w:type="dxa"/>
            <w:gridSpan w:val="3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0B13DA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[Bezeichnung, Aussteller, ggf. Gültigkeit – nur fachlich relevante Nachweise]</w:t>
            </w:r>
          </w:p>
        </w:tc>
      </w:tr>
    </w:tbl>
    <w:p w14:paraId="625A28A3" w14:textId="77777777" w:rsidR="00417055" w:rsidRDefault="00E53AA1">
      <w:pPr>
        <w:spacing w:before="60" w:after="20" w:line="240" w:lineRule="auto"/>
      </w:pPr>
      <w:r>
        <w:rPr>
          <w:rFonts w:eastAsia="Arial"/>
          <w:b/>
          <w:color w:val="0B4F7A"/>
          <w:sz w:val="19"/>
        </w:rPr>
        <w:t>A. N</w:t>
      </w:r>
      <w:proofErr w:type="spellStart"/>
      <w:r>
        <w:rPr>
          <w:rFonts w:eastAsia="Arial"/>
          <w:b/>
          <w:color w:val="0B4F7A"/>
          <w:sz w:val="19"/>
        </w:rPr>
        <w:t>achweis</w:t>
      </w:r>
      <w:proofErr w:type="spellEnd"/>
      <w:r>
        <w:rPr>
          <w:rFonts w:eastAsia="Arial"/>
          <w:b/>
          <w:color w:val="0B4F7A"/>
          <w:sz w:val="19"/>
        </w:rPr>
        <w:t xml:space="preserve"> der </w:t>
      </w:r>
      <w:proofErr w:type="spellStart"/>
      <w:r>
        <w:rPr>
          <w:rFonts w:eastAsia="Arial"/>
          <w:b/>
          <w:color w:val="0B4F7A"/>
          <w:sz w:val="19"/>
        </w:rPr>
        <w:t>Rollenanforderungen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  <w:gridCol w:w="7710"/>
      </w:tblGrid>
      <w:tr w:rsidR="00417055" w:rsidRPr="00224270" w14:paraId="19E7AFC0" w14:textId="77777777">
        <w:trPr>
          <w:cantSplit/>
          <w:tblHeader/>
          <w:jc w:val="center"/>
        </w:trPr>
        <w:tc>
          <w:tcPr>
            <w:tcW w:w="7483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5EFFC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 xml:space="preserve">Zu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prüfende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Rollenanforderung</w:t>
            </w:r>
            <w:proofErr w:type="spellEnd"/>
          </w:p>
        </w:tc>
        <w:tc>
          <w:tcPr>
            <w:tcW w:w="7710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474F5" w14:textId="77777777" w:rsidR="00417055" w:rsidRPr="002A21D0" w:rsidRDefault="00E53AA1">
            <w:pPr>
              <w:spacing w:after="0" w:line="240" w:lineRule="auto"/>
              <w:jc w:val="center"/>
              <w:rPr>
                <w:lang w:val="de-DE"/>
              </w:rPr>
            </w:pPr>
            <w:r w:rsidRPr="002A21D0">
              <w:rPr>
                <w:rFonts w:eastAsia="Arial"/>
                <w:b/>
                <w:color w:val="FFFFFF"/>
                <w:sz w:val="16"/>
                <w:lang w:val="de-DE"/>
              </w:rPr>
              <w:t>Konkreter Nachweis der Person (Tätigkeit, Verantwortung, Projektbezug)</w:t>
            </w:r>
          </w:p>
        </w:tc>
      </w:tr>
      <w:tr w:rsidR="00417055" w14:paraId="2ABF3608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E1CEF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Beratung von Führungskräften und Entscheidungsgremien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B8E1E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591826D6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88A5F4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Einordnung komplexer strategischer und organisationsübergreifender Fragestellungen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33B5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608791D1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6BC5B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Entwicklung und Bewertung von Handlungsoptionen sowie Unterstützung bei richtungsweisenden Entscheidungen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4B60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E3CDB7B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F1DB03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Moderation anspruchsvoller Managementsituationen und Umgang mit Eskalationen bzw. Zielkonflikten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BE4F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5CAB2977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CFD82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Übergreifende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Qualitätssicherung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komplexer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Beratungsergebnisse</w:t>
            </w:r>
            <w:proofErr w:type="spellEnd"/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565FF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2D62ABAC" w14:textId="77777777" w:rsidR="00417055" w:rsidRPr="002A21D0" w:rsidRDefault="00E53AA1">
      <w:pPr>
        <w:spacing w:before="40" w:after="20" w:line="240" w:lineRule="auto"/>
        <w:rPr>
          <w:lang w:val="de-DE"/>
        </w:rPr>
      </w:pPr>
      <w:r w:rsidRPr="002A21D0">
        <w:rPr>
          <w:rFonts w:eastAsia="Arial"/>
          <w:b/>
          <w:color w:val="0B4F7A"/>
          <w:lang w:val="de-DE"/>
        </w:rPr>
        <w:t>B. Fachliche Schwerpunkt-Leistungsfelder – maximal drei auswählen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63"/>
        <w:gridCol w:w="5063"/>
        <w:gridCol w:w="5068"/>
      </w:tblGrid>
      <w:tr w:rsidR="00417055" w14:paraId="3A8B70A1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0BF79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LF1 – IT-Strategie und Innovation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E649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LF2 – IT-Governance, Demand, Portfolio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Steuerung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4DFD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LF3 – IT-Service-Management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Serviceorientierung</w:t>
            </w:r>
            <w:proofErr w:type="spellEnd"/>
          </w:p>
        </w:tc>
      </w:tr>
      <w:tr w:rsidR="00417055" w14:paraId="4889D60F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6C9533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LF4 – Organisation, Operating Model und Prozesse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48EA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LF5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Architektur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, Sourcing, Provider-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Lizenzmanagement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1A7A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☐ LF6 – Security Governance, Risk, Compliance und IT-</w:t>
            </w:r>
            <w:proofErr w:type="spellStart"/>
            <w:r>
              <w:rPr>
                <w:rFonts w:eastAsia="Arial"/>
                <w:color w:val="1F1F1F"/>
                <w:sz w:val="16"/>
              </w:rPr>
              <w:t>Resilienz</w:t>
            </w:r>
            <w:proofErr w:type="spellEnd"/>
          </w:p>
        </w:tc>
      </w:tr>
      <w:tr w:rsidR="00417055" w:rsidRPr="00224270" w14:paraId="542595FB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5EB38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LF7 – CRM,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Anliegenmanagement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und Business-Nähe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DA12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LF8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Qualität</w:t>
            </w:r>
            <w:proofErr w:type="spellEnd"/>
            <w:r>
              <w:rPr>
                <w:rFonts w:eastAsia="Arial"/>
                <w:color w:val="1F1F1F"/>
                <w:sz w:val="16"/>
              </w:rPr>
              <w:t>, Reviews, KVP und Benchmarking</w:t>
            </w:r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9C3EE5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LF9 – Projekt-, Transformations- und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transitionsnahe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Unterstützung</w:t>
            </w:r>
          </w:p>
        </w:tc>
      </w:tr>
    </w:tbl>
    <w:p w14:paraId="40F7A044" w14:textId="77777777" w:rsidR="00417055" w:rsidRDefault="00E53AA1">
      <w:pPr>
        <w:spacing w:before="40" w:after="20" w:line="240" w:lineRule="auto"/>
      </w:pPr>
      <w:r>
        <w:rPr>
          <w:rFonts w:eastAsia="Arial"/>
          <w:b/>
          <w:color w:val="0B4F7A"/>
        </w:rPr>
        <w:t>C. P</w:t>
      </w:r>
      <w:proofErr w:type="spellStart"/>
      <w:r>
        <w:rPr>
          <w:rFonts w:eastAsia="Arial"/>
          <w:b/>
          <w:color w:val="0B4F7A"/>
        </w:rPr>
        <w:t>ersönliche</w:t>
      </w:r>
      <w:proofErr w:type="spellEnd"/>
      <w:r>
        <w:rPr>
          <w:rFonts w:eastAsia="Arial"/>
          <w:b/>
          <w:color w:val="0B4F7A"/>
        </w:rPr>
        <w:t xml:space="preserve"> </w:t>
      </w:r>
      <w:proofErr w:type="spellStart"/>
      <w:r>
        <w:rPr>
          <w:rFonts w:eastAsia="Arial"/>
          <w:b/>
          <w:color w:val="0B4F7A"/>
        </w:rPr>
        <w:t>Projektbeispiele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5669"/>
        <w:gridCol w:w="1928"/>
        <w:gridCol w:w="5669"/>
      </w:tblGrid>
      <w:tr w:rsidR="00417055" w14:paraId="09845A1A" w14:textId="77777777">
        <w:trPr>
          <w:cantSplit/>
          <w:jc w:val="center"/>
        </w:trPr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C219F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1</w:t>
            </w:r>
          </w:p>
        </w:tc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32D790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2</w:t>
            </w:r>
          </w:p>
        </w:tc>
      </w:tr>
      <w:tr w:rsidR="00417055" w14:paraId="066D70DF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1400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83442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AA206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6A4C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86138FA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FBC0E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E42E6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C934EA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FDA2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6D79BA20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39FD2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A6FC5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2AEF78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196F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B9530FC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E65E8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C43E86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9F756B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8626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46231577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52CB5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10EAA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06ECC7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B6353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54A3D349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B4913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F2C4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2797C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BB4DC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2BED8B5C" w14:textId="77777777" w:rsidR="00417055" w:rsidRDefault="00E53AA1">
      <w:pPr>
        <w:pageBreakBefore/>
        <w:spacing w:after="40" w:line="240" w:lineRule="auto"/>
      </w:pPr>
      <w:proofErr w:type="spellStart"/>
      <w:r>
        <w:rPr>
          <w:rFonts w:eastAsia="Arial"/>
          <w:b/>
          <w:color w:val="17365D"/>
          <w:sz w:val="28"/>
        </w:rPr>
        <w:lastRenderedPageBreak/>
        <w:t>Mitarbeiterprofil</w:t>
      </w:r>
      <w:proofErr w:type="spellEnd"/>
      <w:r>
        <w:rPr>
          <w:rFonts w:eastAsia="Arial"/>
          <w:b/>
          <w:color w:val="17365D"/>
          <w:sz w:val="28"/>
        </w:rPr>
        <w:t xml:space="preserve"> 3 – Senior Manager (1/2)</w:t>
      </w:r>
    </w:p>
    <w:p w14:paraId="53081B38" w14:textId="77777777" w:rsidR="00417055" w:rsidRPr="002A21D0" w:rsidRDefault="00E53AA1">
      <w:pPr>
        <w:spacing w:line="240" w:lineRule="auto"/>
        <w:rPr>
          <w:lang w:val="de-DE"/>
        </w:rPr>
      </w:pPr>
      <w:r w:rsidRPr="002A21D0">
        <w:rPr>
          <w:rFonts w:eastAsia="Arial"/>
          <w:color w:val="17365D"/>
          <w:sz w:val="17"/>
          <w:lang w:val="de-DE"/>
        </w:rPr>
        <w:t>Mindestanforderung: mindestens 10 Jahre relevante Berufserfahrung. Erwartetes Niveau: Übergreifende fachliche Verantwortung für komplexe Vorhaben, mehrere Themen oder Streams.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5216"/>
        <w:gridCol w:w="2268"/>
        <w:gridCol w:w="5443"/>
      </w:tblGrid>
      <w:tr w:rsidR="00417055" w14:paraId="5A50B9DE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09022A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Profil</w:t>
            </w:r>
            <w:proofErr w:type="spellEnd"/>
            <w:r>
              <w:rPr>
                <w:rFonts w:eastAsia="Arial"/>
                <w:color w:val="1F1F1F"/>
                <w:sz w:val="16"/>
              </w:rPr>
              <w:t>-ID</w:t>
            </w:r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A508C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DCBE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Name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eindeutige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Kennzeichnung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95079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5DE94CD8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F7524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Interne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Funktionsbezeichnung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1CB626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84C4C4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Arbeitgeber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ggf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. </w:t>
            </w:r>
            <w:proofErr w:type="spellStart"/>
            <w:r>
              <w:rPr>
                <w:rFonts w:eastAsia="Arial"/>
                <w:color w:val="1F1F1F"/>
                <w:sz w:val="16"/>
              </w:rPr>
              <w:t>Nachunternehmer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7D81CD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CD6891B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5DD39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Berufserfahrung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4BCFB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[__ Jahre]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82CAE4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Aktuelle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E614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:rsidRPr="00224270" w14:paraId="0FA85ABD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6A001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Zertifizierungen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Qualifikationen</w:t>
            </w:r>
            <w:proofErr w:type="spellEnd"/>
          </w:p>
        </w:tc>
        <w:tc>
          <w:tcPr>
            <w:tcW w:w="12927" w:type="dxa"/>
            <w:gridSpan w:val="3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54658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[Bezeichnung, Aussteller, ggf. Gültigkeit – nur fachlich relevante Nachweise]</w:t>
            </w:r>
          </w:p>
        </w:tc>
      </w:tr>
    </w:tbl>
    <w:p w14:paraId="48ADC40D" w14:textId="77777777" w:rsidR="00417055" w:rsidRDefault="00E53AA1">
      <w:pPr>
        <w:spacing w:before="60" w:after="20" w:line="240" w:lineRule="auto"/>
      </w:pPr>
      <w:r>
        <w:rPr>
          <w:rFonts w:eastAsia="Arial"/>
          <w:b/>
          <w:color w:val="0B4F7A"/>
          <w:sz w:val="19"/>
        </w:rPr>
        <w:t>A. N</w:t>
      </w:r>
      <w:proofErr w:type="spellStart"/>
      <w:r>
        <w:rPr>
          <w:rFonts w:eastAsia="Arial"/>
          <w:b/>
          <w:color w:val="0B4F7A"/>
          <w:sz w:val="19"/>
        </w:rPr>
        <w:t>achweis</w:t>
      </w:r>
      <w:proofErr w:type="spellEnd"/>
      <w:r>
        <w:rPr>
          <w:rFonts w:eastAsia="Arial"/>
          <w:b/>
          <w:color w:val="0B4F7A"/>
          <w:sz w:val="19"/>
        </w:rPr>
        <w:t xml:space="preserve"> der </w:t>
      </w:r>
      <w:proofErr w:type="spellStart"/>
      <w:r>
        <w:rPr>
          <w:rFonts w:eastAsia="Arial"/>
          <w:b/>
          <w:color w:val="0B4F7A"/>
          <w:sz w:val="19"/>
        </w:rPr>
        <w:t>Rollenanforderungen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  <w:gridCol w:w="7710"/>
      </w:tblGrid>
      <w:tr w:rsidR="00417055" w:rsidRPr="00224270" w14:paraId="6EABFC85" w14:textId="77777777">
        <w:trPr>
          <w:cantSplit/>
          <w:tblHeader/>
          <w:jc w:val="center"/>
        </w:trPr>
        <w:tc>
          <w:tcPr>
            <w:tcW w:w="7483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6F3D3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 xml:space="preserve">Zu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prüfende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Rollenanforderung</w:t>
            </w:r>
            <w:proofErr w:type="spellEnd"/>
          </w:p>
        </w:tc>
        <w:tc>
          <w:tcPr>
            <w:tcW w:w="7710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04BBF8" w14:textId="77777777" w:rsidR="00417055" w:rsidRPr="002A21D0" w:rsidRDefault="00E53AA1">
            <w:pPr>
              <w:spacing w:after="0" w:line="240" w:lineRule="auto"/>
              <w:jc w:val="center"/>
              <w:rPr>
                <w:lang w:val="de-DE"/>
              </w:rPr>
            </w:pPr>
            <w:r w:rsidRPr="002A21D0">
              <w:rPr>
                <w:rFonts w:eastAsia="Arial"/>
                <w:b/>
                <w:color w:val="FFFFFF"/>
                <w:sz w:val="16"/>
                <w:lang w:val="de-DE"/>
              </w:rPr>
              <w:t>Konkreter Nachweis der Person (Tätigkeit, Verantwortung, Projektbezug)</w:t>
            </w:r>
          </w:p>
        </w:tc>
      </w:tr>
      <w:tr w:rsidR="00417055" w14:paraId="6A7E8BF6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37BF1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Eigenständige Steuerung oder fachliche Verantwortung komplexer Beratungs-, IT-, Organisations- oder Transformationsvorhaben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B6AFA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1CCB417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C4FD6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Strukturierung komplexer Problemstellungen und Entwicklung übergreifender Zielbilder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F74B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2EE231D1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25D7FB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Steuerung mehrerer Themen oder Streams sowie Koordination unterschiedlicher Stakeholder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B9B5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0BFF415B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9DEC07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Moderation und Kommunikation auf Managementebene sowie Vorbereitung von Managemententscheidungen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49ED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59AC45D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AF4F5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Steuerung von Abhängigkeiten und Risiken sowie Qualitätssicherung von Ergebnissen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43DF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0D6BF922" w14:textId="77777777" w:rsidR="00417055" w:rsidRPr="002A21D0" w:rsidRDefault="00E53AA1">
      <w:pPr>
        <w:spacing w:before="40" w:after="20" w:line="240" w:lineRule="auto"/>
        <w:rPr>
          <w:lang w:val="de-DE"/>
        </w:rPr>
      </w:pPr>
      <w:r w:rsidRPr="002A21D0">
        <w:rPr>
          <w:rFonts w:eastAsia="Arial"/>
          <w:b/>
          <w:color w:val="0B4F7A"/>
          <w:lang w:val="de-DE"/>
        </w:rPr>
        <w:t>B. Fachliche Schwerpunkt-Leistungsfelder – maximal drei auswählen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63"/>
        <w:gridCol w:w="5063"/>
        <w:gridCol w:w="5068"/>
      </w:tblGrid>
      <w:tr w:rsidR="00417055" w14:paraId="7ED75B2F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413C8F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LF1 – IT-Strategie und Innovation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BCFE1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LF2 – IT-Governance, Demand, Portfolio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Steuerung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B639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LF3 – IT-Service-Management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Serviceorientierung</w:t>
            </w:r>
            <w:proofErr w:type="spellEnd"/>
          </w:p>
        </w:tc>
      </w:tr>
      <w:tr w:rsidR="00417055" w14:paraId="34F71A5A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20C0B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LF4 – Organisation, Operating Model und Prozesse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4C01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LF5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Architektur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, Sourcing, Provider-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Lizenzmanagement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AE24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☐ LF6 – Security Governance, Risk, Compliance und IT-</w:t>
            </w:r>
            <w:proofErr w:type="spellStart"/>
            <w:r>
              <w:rPr>
                <w:rFonts w:eastAsia="Arial"/>
                <w:color w:val="1F1F1F"/>
                <w:sz w:val="16"/>
              </w:rPr>
              <w:t>Resilienz</w:t>
            </w:r>
            <w:proofErr w:type="spellEnd"/>
          </w:p>
        </w:tc>
      </w:tr>
      <w:tr w:rsidR="00417055" w:rsidRPr="00224270" w14:paraId="273AA6FF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BACBC3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LF7 – CRM,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Anliegenmanagement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und Business-Nähe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79BE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LF8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Qualität</w:t>
            </w:r>
            <w:proofErr w:type="spellEnd"/>
            <w:r>
              <w:rPr>
                <w:rFonts w:eastAsia="Arial"/>
                <w:color w:val="1F1F1F"/>
                <w:sz w:val="16"/>
              </w:rPr>
              <w:t>, Reviews, KVP und Benchmarking</w:t>
            </w:r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3EEBD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LF9 – Projekt-, Transformations- und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transitionsnahe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Unterstützung</w:t>
            </w:r>
          </w:p>
        </w:tc>
      </w:tr>
    </w:tbl>
    <w:p w14:paraId="1025526A" w14:textId="77777777" w:rsidR="00417055" w:rsidRDefault="00E53AA1">
      <w:pPr>
        <w:spacing w:before="40" w:after="20" w:line="240" w:lineRule="auto"/>
      </w:pPr>
      <w:r>
        <w:rPr>
          <w:rFonts w:eastAsia="Arial"/>
          <w:b/>
          <w:color w:val="0B4F7A"/>
        </w:rPr>
        <w:t>C. P</w:t>
      </w:r>
      <w:proofErr w:type="spellStart"/>
      <w:r>
        <w:rPr>
          <w:rFonts w:eastAsia="Arial"/>
          <w:b/>
          <w:color w:val="0B4F7A"/>
        </w:rPr>
        <w:t>ersönliche</w:t>
      </w:r>
      <w:proofErr w:type="spellEnd"/>
      <w:r>
        <w:rPr>
          <w:rFonts w:eastAsia="Arial"/>
          <w:b/>
          <w:color w:val="0B4F7A"/>
        </w:rPr>
        <w:t xml:space="preserve"> </w:t>
      </w:r>
      <w:proofErr w:type="spellStart"/>
      <w:r>
        <w:rPr>
          <w:rFonts w:eastAsia="Arial"/>
          <w:b/>
          <w:color w:val="0B4F7A"/>
        </w:rPr>
        <w:t>Projektbeispiele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5669"/>
        <w:gridCol w:w="1928"/>
        <w:gridCol w:w="5669"/>
      </w:tblGrid>
      <w:tr w:rsidR="00417055" w14:paraId="5C46F357" w14:textId="77777777">
        <w:trPr>
          <w:cantSplit/>
          <w:jc w:val="center"/>
        </w:trPr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D774D1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1</w:t>
            </w:r>
          </w:p>
        </w:tc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93445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2</w:t>
            </w:r>
          </w:p>
        </w:tc>
      </w:tr>
      <w:tr w:rsidR="00417055" w14:paraId="5C24BFDA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F22AE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64684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285B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1011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52324959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0F3E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89E8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E5BBAA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D4BD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623E36D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4ACA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F796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7120E3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076E6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42849D1E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D89D4C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17382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D17426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61C30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4A6B7EBB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8C682E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59636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065DE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B0BDBB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267F6D9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9B6EF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1BB0F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619C4D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B5E6E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3975AEE3" w14:textId="77777777" w:rsidR="00417055" w:rsidRDefault="00E53AA1">
      <w:pPr>
        <w:pageBreakBefore/>
        <w:spacing w:after="40" w:line="240" w:lineRule="auto"/>
      </w:pPr>
      <w:proofErr w:type="spellStart"/>
      <w:r>
        <w:rPr>
          <w:rFonts w:eastAsia="Arial"/>
          <w:b/>
          <w:color w:val="17365D"/>
          <w:sz w:val="28"/>
        </w:rPr>
        <w:lastRenderedPageBreak/>
        <w:t>Mitarbeiterprofil</w:t>
      </w:r>
      <w:proofErr w:type="spellEnd"/>
      <w:r>
        <w:rPr>
          <w:rFonts w:eastAsia="Arial"/>
          <w:b/>
          <w:color w:val="17365D"/>
          <w:sz w:val="28"/>
        </w:rPr>
        <w:t xml:space="preserve"> 4 – Senior Manager (2/2)</w:t>
      </w:r>
    </w:p>
    <w:p w14:paraId="72C2FBF3" w14:textId="77777777" w:rsidR="00417055" w:rsidRPr="002A21D0" w:rsidRDefault="00E53AA1">
      <w:pPr>
        <w:spacing w:line="240" w:lineRule="auto"/>
        <w:rPr>
          <w:lang w:val="de-DE"/>
        </w:rPr>
      </w:pPr>
      <w:r w:rsidRPr="002A21D0">
        <w:rPr>
          <w:rFonts w:eastAsia="Arial"/>
          <w:color w:val="17365D"/>
          <w:sz w:val="17"/>
          <w:lang w:val="de-DE"/>
        </w:rPr>
        <w:t>Mindestanforderung: mindestens 10 Jahre relevante Berufserfahrung. Erwartetes Niveau: Übergreifende fachliche Verantwortung für komplexe Vorhaben, mehrere Themen oder Streams.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5216"/>
        <w:gridCol w:w="2268"/>
        <w:gridCol w:w="5443"/>
      </w:tblGrid>
      <w:tr w:rsidR="00417055" w14:paraId="135C68D4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8900A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Profil</w:t>
            </w:r>
            <w:proofErr w:type="spellEnd"/>
            <w:r>
              <w:rPr>
                <w:rFonts w:eastAsia="Arial"/>
                <w:color w:val="1F1F1F"/>
                <w:sz w:val="16"/>
              </w:rPr>
              <w:t>-ID</w:t>
            </w:r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AA5B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49F1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Name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eindeutige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Kennzeichnung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98435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F698FA2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E490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Interne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Funktionsbezeichnung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B4A4B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1F5D57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Arbeitgeber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ggf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. </w:t>
            </w:r>
            <w:proofErr w:type="spellStart"/>
            <w:r>
              <w:rPr>
                <w:rFonts w:eastAsia="Arial"/>
                <w:color w:val="1F1F1F"/>
                <w:sz w:val="16"/>
              </w:rPr>
              <w:t>Nachunternehmer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CA52D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53C9B078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B7FCFD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Berufserfahrung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1462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[__ Jahre]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9D5AF9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Aktuelle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B7F89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:rsidRPr="00224270" w14:paraId="0F5C0E82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3DB15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Zertifizierungen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Qualifikationen</w:t>
            </w:r>
            <w:proofErr w:type="spellEnd"/>
          </w:p>
        </w:tc>
        <w:tc>
          <w:tcPr>
            <w:tcW w:w="12927" w:type="dxa"/>
            <w:gridSpan w:val="3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8BFA0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[Bezeichnung, Aussteller, ggf. Gültigkeit – nur fachlich relevante Nachweise]</w:t>
            </w:r>
          </w:p>
        </w:tc>
      </w:tr>
    </w:tbl>
    <w:p w14:paraId="59A5393D" w14:textId="77777777" w:rsidR="00417055" w:rsidRDefault="00E53AA1">
      <w:pPr>
        <w:spacing w:before="60" w:after="20" w:line="240" w:lineRule="auto"/>
      </w:pPr>
      <w:r>
        <w:rPr>
          <w:rFonts w:eastAsia="Arial"/>
          <w:b/>
          <w:color w:val="0B4F7A"/>
          <w:sz w:val="19"/>
        </w:rPr>
        <w:t>A. N</w:t>
      </w:r>
      <w:proofErr w:type="spellStart"/>
      <w:r>
        <w:rPr>
          <w:rFonts w:eastAsia="Arial"/>
          <w:b/>
          <w:color w:val="0B4F7A"/>
          <w:sz w:val="19"/>
        </w:rPr>
        <w:t>achweis</w:t>
      </w:r>
      <w:proofErr w:type="spellEnd"/>
      <w:r>
        <w:rPr>
          <w:rFonts w:eastAsia="Arial"/>
          <w:b/>
          <w:color w:val="0B4F7A"/>
          <w:sz w:val="19"/>
        </w:rPr>
        <w:t xml:space="preserve"> der </w:t>
      </w:r>
      <w:proofErr w:type="spellStart"/>
      <w:r>
        <w:rPr>
          <w:rFonts w:eastAsia="Arial"/>
          <w:b/>
          <w:color w:val="0B4F7A"/>
          <w:sz w:val="19"/>
        </w:rPr>
        <w:t>Rollenanforderungen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  <w:gridCol w:w="7710"/>
      </w:tblGrid>
      <w:tr w:rsidR="00417055" w:rsidRPr="00224270" w14:paraId="4BD44418" w14:textId="77777777">
        <w:trPr>
          <w:cantSplit/>
          <w:tblHeader/>
          <w:jc w:val="center"/>
        </w:trPr>
        <w:tc>
          <w:tcPr>
            <w:tcW w:w="7483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1B2DA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 xml:space="preserve">Zu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prüfende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Rollenanforderung</w:t>
            </w:r>
            <w:proofErr w:type="spellEnd"/>
          </w:p>
        </w:tc>
        <w:tc>
          <w:tcPr>
            <w:tcW w:w="7710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718EF" w14:textId="77777777" w:rsidR="00417055" w:rsidRPr="002A21D0" w:rsidRDefault="00E53AA1">
            <w:pPr>
              <w:spacing w:after="0" w:line="240" w:lineRule="auto"/>
              <w:jc w:val="center"/>
              <w:rPr>
                <w:lang w:val="de-DE"/>
              </w:rPr>
            </w:pPr>
            <w:r w:rsidRPr="002A21D0">
              <w:rPr>
                <w:rFonts w:eastAsia="Arial"/>
                <w:b/>
                <w:color w:val="FFFFFF"/>
                <w:sz w:val="16"/>
                <w:lang w:val="de-DE"/>
              </w:rPr>
              <w:t>Konkreter Nachweis der Person (Tätigkeit, Verantwortung, Projektbezug)</w:t>
            </w:r>
          </w:p>
        </w:tc>
      </w:tr>
      <w:tr w:rsidR="00417055" w14:paraId="46E62631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51A32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Eigenständige Steuerung oder fachliche Verantwortung komplexer Beratungs-, IT-, Organisations- oder Transformationsvorhaben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0AC2F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4FA8BD4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5402F1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Strukturierung komplexer Problemstellungen und Entwicklung übergreifender Zielbilder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1828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FE78FB7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D322BB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Steuerung mehrerer Themen oder Streams sowie Koordination unterschiedlicher Stakeholder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E803D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48C69AC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81460F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Moderation und Kommunikation auf Managementebene sowie Vorbereitung von Managemententscheidungen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97A7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3BAAC03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BEACAD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Steuerung von Abhängigkeiten und Risiken sowie Qualitätssicherung von Ergebnissen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F31D5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5B65DB82" w14:textId="77777777" w:rsidR="00417055" w:rsidRPr="002A21D0" w:rsidRDefault="00E53AA1">
      <w:pPr>
        <w:spacing w:before="40" w:after="20" w:line="240" w:lineRule="auto"/>
        <w:rPr>
          <w:lang w:val="de-DE"/>
        </w:rPr>
      </w:pPr>
      <w:r w:rsidRPr="002A21D0">
        <w:rPr>
          <w:rFonts w:eastAsia="Arial"/>
          <w:b/>
          <w:color w:val="0B4F7A"/>
          <w:lang w:val="de-DE"/>
        </w:rPr>
        <w:t>B. Fachliche Schwerpunkt-Leistungsfelder – maximal drei auswählen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63"/>
        <w:gridCol w:w="5063"/>
        <w:gridCol w:w="5068"/>
      </w:tblGrid>
      <w:tr w:rsidR="00417055" w14:paraId="0627CE76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30422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LF1 – IT-Strategie und Innovation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E27A8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LF2 – IT-Governance, Demand, Portfolio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Steuerung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2349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LF3 – IT-Service-Management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Serviceorientierung</w:t>
            </w:r>
            <w:proofErr w:type="spellEnd"/>
          </w:p>
        </w:tc>
      </w:tr>
      <w:tr w:rsidR="00417055" w14:paraId="6D2FC2B3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83D4A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LF4 – Organisation, Operating Model und Prozesse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C4111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LF5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Architektur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, Sourcing, Provider-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Lizenzmanagement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10EC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☐ LF6 – Security Governance, Risk, Compliance und IT-</w:t>
            </w:r>
            <w:proofErr w:type="spellStart"/>
            <w:r>
              <w:rPr>
                <w:rFonts w:eastAsia="Arial"/>
                <w:color w:val="1F1F1F"/>
                <w:sz w:val="16"/>
              </w:rPr>
              <w:t>Resilienz</w:t>
            </w:r>
            <w:proofErr w:type="spellEnd"/>
          </w:p>
        </w:tc>
      </w:tr>
      <w:tr w:rsidR="00417055" w:rsidRPr="00224270" w14:paraId="12F0F371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4D3CE5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LF7 – CRM,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Anliegenmanagement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und Business-Nähe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5FE6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LF8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Qualität</w:t>
            </w:r>
            <w:proofErr w:type="spellEnd"/>
            <w:r>
              <w:rPr>
                <w:rFonts w:eastAsia="Arial"/>
                <w:color w:val="1F1F1F"/>
                <w:sz w:val="16"/>
              </w:rPr>
              <w:t>, Reviews, KVP und Benchmarking</w:t>
            </w:r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9C72E8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LF9 – Projekt-, Transformations- und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transitionsnahe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Unterstützung</w:t>
            </w:r>
          </w:p>
        </w:tc>
      </w:tr>
    </w:tbl>
    <w:p w14:paraId="40B802A1" w14:textId="77777777" w:rsidR="00417055" w:rsidRDefault="00E53AA1">
      <w:pPr>
        <w:spacing w:before="40" w:after="20" w:line="240" w:lineRule="auto"/>
      </w:pPr>
      <w:r>
        <w:rPr>
          <w:rFonts w:eastAsia="Arial"/>
          <w:b/>
          <w:color w:val="0B4F7A"/>
        </w:rPr>
        <w:t>C. P</w:t>
      </w:r>
      <w:proofErr w:type="spellStart"/>
      <w:r>
        <w:rPr>
          <w:rFonts w:eastAsia="Arial"/>
          <w:b/>
          <w:color w:val="0B4F7A"/>
        </w:rPr>
        <w:t>ersönliche</w:t>
      </w:r>
      <w:proofErr w:type="spellEnd"/>
      <w:r>
        <w:rPr>
          <w:rFonts w:eastAsia="Arial"/>
          <w:b/>
          <w:color w:val="0B4F7A"/>
        </w:rPr>
        <w:t xml:space="preserve"> </w:t>
      </w:r>
      <w:proofErr w:type="spellStart"/>
      <w:r>
        <w:rPr>
          <w:rFonts w:eastAsia="Arial"/>
          <w:b/>
          <w:color w:val="0B4F7A"/>
        </w:rPr>
        <w:t>Projektbeispiele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5669"/>
        <w:gridCol w:w="1928"/>
        <w:gridCol w:w="5669"/>
      </w:tblGrid>
      <w:tr w:rsidR="00417055" w14:paraId="67583729" w14:textId="77777777">
        <w:trPr>
          <w:cantSplit/>
          <w:jc w:val="center"/>
        </w:trPr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49A663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1</w:t>
            </w:r>
          </w:p>
        </w:tc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1243F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2</w:t>
            </w:r>
          </w:p>
        </w:tc>
      </w:tr>
      <w:tr w:rsidR="00417055" w14:paraId="393E409A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491B8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1D8A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D0FA2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1A47B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C57FFC0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4116DC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6B14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9B5226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AB4A8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462AAEB4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FB649B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4F71E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D0FAAA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D268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33E060A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CFDB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D420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7AA80A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D428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4136DD45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A9509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4473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D1E16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81DAB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84C9876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D38A16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656F0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60E491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D48B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6D81AEDF" w14:textId="77777777" w:rsidR="00417055" w:rsidRDefault="00E53AA1">
      <w:pPr>
        <w:pageBreakBefore/>
        <w:spacing w:after="40" w:line="240" w:lineRule="auto"/>
      </w:pPr>
      <w:proofErr w:type="spellStart"/>
      <w:r>
        <w:rPr>
          <w:rFonts w:eastAsia="Arial"/>
          <w:b/>
          <w:color w:val="17365D"/>
          <w:sz w:val="28"/>
        </w:rPr>
        <w:lastRenderedPageBreak/>
        <w:t>Mitarbeiterprofil</w:t>
      </w:r>
      <w:proofErr w:type="spellEnd"/>
      <w:r>
        <w:rPr>
          <w:rFonts w:eastAsia="Arial"/>
          <w:b/>
          <w:color w:val="17365D"/>
          <w:sz w:val="28"/>
        </w:rPr>
        <w:t xml:space="preserve"> 5 – Manager (1/2)</w:t>
      </w:r>
    </w:p>
    <w:p w14:paraId="231E9035" w14:textId="77777777" w:rsidR="00417055" w:rsidRPr="002A21D0" w:rsidRDefault="00E53AA1">
      <w:pPr>
        <w:spacing w:line="240" w:lineRule="auto"/>
        <w:rPr>
          <w:lang w:val="de-DE"/>
        </w:rPr>
      </w:pPr>
      <w:r w:rsidRPr="002A21D0">
        <w:rPr>
          <w:rFonts w:eastAsia="Arial"/>
          <w:color w:val="17365D"/>
          <w:sz w:val="17"/>
          <w:lang w:val="de-DE"/>
        </w:rPr>
        <w:t>Mindestanforderung: mindestens 7 Jahre relevante Berufserfahrung. Erwartetes Niveau: Eigenständige Leitung und Steuerung größerer Projekte, Streams oder Arbeitspakete.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5216"/>
        <w:gridCol w:w="2268"/>
        <w:gridCol w:w="5443"/>
      </w:tblGrid>
      <w:tr w:rsidR="00417055" w14:paraId="36D04529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F0A02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Profil</w:t>
            </w:r>
            <w:proofErr w:type="spellEnd"/>
            <w:r>
              <w:rPr>
                <w:rFonts w:eastAsia="Arial"/>
                <w:color w:val="1F1F1F"/>
                <w:sz w:val="16"/>
              </w:rPr>
              <w:t>-ID</w:t>
            </w:r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7FD6E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33BA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Name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eindeutige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Kennzeichnung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F414D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0CA11CE5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FA138D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Interne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Funktionsbezeichnung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D0A6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13CBFB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Arbeitgeber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ggf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. </w:t>
            </w:r>
            <w:proofErr w:type="spellStart"/>
            <w:r>
              <w:rPr>
                <w:rFonts w:eastAsia="Arial"/>
                <w:color w:val="1F1F1F"/>
                <w:sz w:val="16"/>
              </w:rPr>
              <w:t>Nachunternehmer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85447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D7D0CA5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DE3A7C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Berufserfahrung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670D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[__ Jahre]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431D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Aktuelle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7D18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:rsidRPr="00224270" w14:paraId="55B46D5C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AD40E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Zertifizierungen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Qualifikationen</w:t>
            </w:r>
            <w:proofErr w:type="spellEnd"/>
          </w:p>
        </w:tc>
        <w:tc>
          <w:tcPr>
            <w:tcW w:w="12927" w:type="dxa"/>
            <w:gridSpan w:val="3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860D2D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[Bezeichnung, Aussteller, ggf. Gültigkeit – nur fachlich relevante Nachweise]</w:t>
            </w:r>
          </w:p>
        </w:tc>
      </w:tr>
    </w:tbl>
    <w:p w14:paraId="05D43F90" w14:textId="77777777" w:rsidR="00417055" w:rsidRDefault="00E53AA1">
      <w:pPr>
        <w:spacing w:before="60" w:after="20" w:line="240" w:lineRule="auto"/>
      </w:pPr>
      <w:r>
        <w:rPr>
          <w:rFonts w:eastAsia="Arial"/>
          <w:b/>
          <w:color w:val="0B4F7A"/>
          <w:sz w:val="19"/>
        </w:rPr>
        <w:t>A. N</w:t>
      </w:r>
      <w:proofErr w:type="spellStart"/>
      <w:r>
        <w:rPr>
          <w:rFonts w:eastAsia="Arial"/>
          <w:b/>
          <w:color w:val="0B4F7A"/>
          <w:sz w:val="19"/>
        </w:rPr>
        <w:t>achweis</w:t>
      </w:r>
      <w:proofErr w:type="spellEnd"/>
      <w:r>
        <w:rPr>
          <w:rFonts w:eastAsia="Arial"/>
          <w:b/>
          <w:color w:val="0B4F7A"/>
          <w:sz w:val="19"/>
        </w:rPr>
        <w:t xml:space="preserve"> der </w:t>
      </w:r>
      <w:proofErr w:type="spellStart"/>
      <w:r>
        <w:rPr>
          <w:rFonts w:eastAsia="Arial"/>
          <w:b/>
          <w:color w:val="0B4F7A"/>
          <w:sz w:val="19"/>
        </w:rPr>
        <w:t>Rollenanforderungen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  <w:gridCol w:w="7710"/>
      </w:tblGrid>
      <w:tr w:rsidR="00417055" w:rsidRPr="00224270" w14:paraId="22BD89D5" w14:textId="77777777">
        <w:trPr>
          <w:cantSplit/>
          <w:tblHeader/>
          <w:jc w:val="center"/>
        </w:trPr>
        <w:tc>
          <w:tcPr>
            <w:tcW w:w="7483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972252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 xml:space="preserve">Zu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prüfende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Rollenanforderung</w:t>
            </w:r>
            <w:proofErr w:type="spellEnd"/>
          </w:p>
        </w:tc>
        <w:tc>
          <w:tcPr>
            <w:tcW w:w="7710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C87AB" w14:textId="77777777" w:rsidR="00417055" w:rsidRPr="002A21D0" w:rsidRDefault="00E53AA1">
            <w:pPr>
              <w:spacing w:after="0" w:line="240" w:lineRule="auto"/>
              <w:jc w:val="center"/>
              <w:rPr>
                <w:lang w:val="de-DE"/>
              </w:rPr>
            </w:pPr>
            <w:r w:rsidRPr="002A21D0">
              <w:rPr>
                <w:rFonts w:eastAsia="Arial"/>
                <w:b/>
                <w:color w:val="FFFFFF"/>
                <w:sz w:val="16"/>
                <w:lang w:val="de-DE"/>
              </w:rPr>
              <w:t>Konkreter Nachweis der Person (Tätigkeit, Verantwortung, Projektbezug)</w:t>
            </w:r>
          </w:p>
        </w:tc>
      </w:tr>
      <w:tr w:rsidR="00417055" w14:paraId="08E36197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D7AA2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Eigenständige Leitung größerer Projekte, Streams oder Arbeitspakete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672EB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686FAE4E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38485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Strukturierung komplexer Fragestellungen sowie Konzeption und Planung von Arbeitspaketen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9FB1A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58080F7A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7EE7BD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Moderation von Workshops und Koordination unterschiedlicher Beteiligter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D0BB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954E943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68F8A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Stakeholdermanagement und Vorbereitung von Entscheidungen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FD814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1296DDA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5AE31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Ergebnisverantwortung sowie eigenständige Präsentation und Vertretung von Ergebnissen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87B9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1D68078F" w14:textId="77777777" w:rsidR="00417055" w:rsidRPr="002A21D0" w:rsidRDefault="00E53AA1">
      <w:pPr>
        <w:spacing w:before="40" w:after="20" w:line="240" w:lineRule="auto"/>
        <w:rPr>
          <w:lang w:val="de-DE"/>
        </w:rPr>
      </w:pPr>
      <w:r w:rsidRPr="002A21D0">
        <w:rPr>
          <w:rFonts w:eastAsia="Arial"/>
          <w:b/>
          <w:color w:val="0B4F7A"/>
          <w:lang w:val="de-DE"/>
        </w:rPr>
        <w:t>B. Fachliche Schwerpunkt-Leistungsfelder – maximal drei auswählen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63"/>
        <w:gridCol w:w="5063"/>
        <w:gridCol w:w="5068"/>
      </w:tblGrid>
      <w:tr w:rsidR="00417055" w14:paraId="5F8E1058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6B7BD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LF1 – IT-Strategie und Innovation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3AFB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LF2 – IT-Governance, Demand, Portfolio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Steuerung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9DCF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LF3 – IT-Service-Management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Serviceorientierung</w:t>
            </w:r>
            <w:proofErr w:type="spellEnd"/>
          </w:p>
        </w:tc>
      </w:tr>
      <w:tr w:rsidR="00417055" w14:paraId="4120F4BC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15F767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LF4 – Organisation, Operating Model und Prozesse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C118C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LF5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Architektur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, Sourcing, Provider-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Lizenzmanagement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E0C636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☐ LF6 – Security Governance, Risk, Compliance und IT-</w:t>
            </w:r>
            <w:proofErr w:type="spellStart"/>
            <w:r>
              <w:rPr>
                <w:rFonts w:eastAsia="Arial"/>
                <w:color w:val="1F1F1F"/>
                <w:sz w:val="16"/>
              </w:rPr>
              <w:t>Resilienz</w:t>
            </w:r>
            <w:proofErr w:type="spellEnd"/>
          </w:p>
        </w:tc>
      </w:tr>
      <w:tr w:rsidR="00417055" w:rsidRPr="00224270" w14:paraId="01A1BD04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59B873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LF7 – CRM,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Anliegenmanagement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und Business-Nähe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5D9B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LF8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Qualität</w:t>
            </w:r>
            <w:proofErr w:type="spellEnd"/>
            <w:r>
              <w:rPr>
                <w:rFonts w:eastAsia="Arial"/>
                <w:color w:val="1F1F1F"/>
                <w:sz w:val="16"/>
              </w:rPr>
              <w:t>, Reviews, KVP und Benchmarking</w:t>
            </w:r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7CFA79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LF9 – Projekt-, Transformations- und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transitionsnahe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Unterstützung</w:t>
            </w:r>
          </w:p>
        </w:tc>
      </w:tr>
    </w:tbl>
    <w:p w14:paraId="34DCF9C0" w14:textId="77777777" w:rsidR="00417055" w:rsidRDefault="00E53AA1">
      <w:pPr>
        <w:spacing w:before="40" w:after="20" w:line="240" w:lineRule="auto"/>
      </w:pPr>
      <w:r>
        <w:rPr>
          <w:rFonts w:eastAsia="Arial"/>
          <w:b/>
          <w:color w:val="0B4F7A"/>
        </w:rPr>
        <w:t>C. P</w:t>
      </w:r>
      <w:proofErr w:type="spellStart"/>
      <w:r>
        <w:rPr>
          <w:rFonts w:eastAsia="Arial"/>
          <w:b/>
          <w:color w:val="0B4F7A"/>
        </w:rPr>
        <w:t>ersönliche</w:t>
      </w:r>
      <w:proofErr w:type="spellEnd"/>
      <w:r>
        <w:rPr>
          <w:rFonts w:eastAsia="Arial"/>
          <w:b/>
          <w:color w:val="0B4F7A"/>
        </w:rPr>
        <w:t xml:space="preserve"> </w:t>
      </w:r>
      <w:proofErr w:type="spellStart"/>
      <w:r>
        <w:rPr>
          <w:rFonts w:eastAsia="Arial"/>
          <w:b/>
          <w:color w:val="0B4F7A"/>
        </w:rPr>
        <w:t>Projektbeispiele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5669"/>
        <w:gridCol w:w="1928"/>
        <w:gridCol w:w="5669"/>
      </w:tblGrid>
      <w:tr w:rsidR="00417055" w14:paraId="03B72FBE" w14:textId="77777777">
        <w:trPr>
          <w:cantSplit/>
          <w:jc w:val="center"/>
        </w:trPr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6168A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1</w:t>
            </w:r>
          </w:p>
        </w:tc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B7EAB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2</w:t>
            </w:r>
          </w:p>
        </w:tc>
      </w:tr>
      <w:tr w:rsidR="00417055" w14:paraId="15B1CE92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AF3E0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EBD5B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71D78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55D1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441BE2D4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4E70E2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D70A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6CB38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0F116B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5FDA6F52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9B84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E7C4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210D9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FD2DF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A1995A7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ED74E7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AAB32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70ACE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56201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05F63DF9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8F0CB6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E7669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57FC88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7FF566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A404F74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42CDB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29BEA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82DDA4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D841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3034CF83" w14:textId="77777777" w:rsidR="00417055" w:rsidRDefault="00E53AA1">
      <w:pPr>
        <w:pageBreakBefore/>
        <w:spacing w:after="40" w:line="240" w:lineRule="auto"/>
      </w:pPr>
      <w:proofErr w:type="spellStart"/>
      <w:r>
        <w:rPr>
          <w:rFonts w:eastAsia="Arial"/>
          <w:b/>
          <w:color w:val="17365D"/>
          <w:sz w:val="28"/>
        </w:rPr>
        <w:lastRenderedPageBreak/>
        <w:t>Mitarbeiterprofil</w:t>
      </w:r>
      <w:proofErr w:type="spellEnd"/>
      <w:r>
        <w:rPr>
          <w:rFonts w:eastAsia="Arial"/>
          <w:b/>
          <w:color w:val="17365D"/>
          <w:sz w:val="28"/>
        </w:rPr>
        <w:t xml:space="preserve"> 6 – Manager (2/2)</w:t>
      </w:r>
    </w:p>
    <w:p w14:paraId="75099B2B" w14:textId="77777777" w:rsidR="00417055" w:rsidRPr="002A21D0" w:rsidRDefault="00E53AA1">
      <w:pPr>
        <w:spacing w:line="240" w:lineRule="auto"/>
        <w:rPr>
          <w:lang w:val="de-DE"/>
        </w:rPr>
      </w:pPr>
      <w:r w:rsidRPr="002A21D0">
        <w:rPr>
          <w:rFonts w:eastAsia="Arial"/>
          <w:color w:val="17365D"/>
          <w:sz w:val="17"/>
          <w:lang w:val="de-DE"/>
        </w:rPr>
        <w:t>Mindestanforderung: mindestens 7 Jahre relevante Berufserfahrung. Erwartetes Niveau: Eigenständige Leitung und Steuerung größerer Projekte, Streams oder Arbeitspakete.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5216"/>
        <w:gridCol w:w="2268"/>
        <w:gridCol w:w="5443"/>
      </w:tblGrid>
      <w:tr w:rsidR="00417055" w14:paraId="24D25E17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92C4DF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Profil</w:t>
            </w:r>
            <w:proofErr w:type="spellEnd"/>
            <w:r>
              <w:rPr>
                <w:rFonts w:eastAsia="Arial"/>
                <w:color w:val="1F1F1F"/>
                <w:sz w:val="16"/>
              </w:rPr>
              <w:t>-ID</w:t>
            </w:r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7696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B3EF8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Name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eindeutige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Kennzeichnung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F82C9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F4ECB2B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7060A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Interne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Funktionsbezeichnung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9181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5E55B8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Arbeitgeber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ggf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. </w:t>
            </w:r>
            <w:proofErr w:type="spellStart"/>
            <w:r>
              <w:rPr>
                <w:rFonts w:eastAsia="Arial"/>
                <w:color w:val="1F1F1F"/>
                <w:sz w:val="16"/>
              </w:rPr>
              <w:t>Nachunternehmer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B372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2969FA8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D53D31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Berufserfahrung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992AF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[__ Jahre]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12E98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Aktuelle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4B95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:rsidRPr="00224270" w14:paraId="57AC7EB5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77EF9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Zertifizierungen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Qualifikationen</w:t>
            </w:r>
            <w:proofErr w:type="spellEnd"/>
          </w:p>
        </w:tc>
        <w:tc>
          <w:tcPr>
            <w:tcW w:w="12927" w:type="dxa"/>
            <w:gridSpan w:val="3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2E20C8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[Bezeichnung, Aussteller, ggf. Gültigkeit – nur fachlich relevante Nachweise]</w:t>
            </w:r>
          </w:p>
        </w:tc>
      </w:tr>
    </w:tbl>
    <w:p w14:paraId="0F85CEE2" w14:textId="77777777" w:rsidR="00417055" w:rsidRDefault="00E53AA1">
      <w:pPr>
        <w:spacing w:before="60" w:after="20" w:line="240" w:lineRule="auto"/>
      </w:pPr>
      <w:r>
        <w:rPr>
          <w:rFonts w:eastAsia="Arial"/>
          <w:b/>
          <w:color w:val="0B4F7A"/>
          <w:sz w:val="19"/>
        </w:rPr>
        <w:t>A. N</w:t>
      </w:r>
      <w:proofErr w:type="spellStart"/>
      <w:r>
        <w:rPr>
          <w:rFonts w:eastAsia="Arial"/>
          <w:b/>
          <w:color w:val="0B4F7A"/>
          <w:sz w:val="19"/>
        </w:rPr>
        <w:t>achweis</w:t>
      </w:r>
      <w:proofErr w:type="spellEnd"/>
      <w:r>
        <w:rPr>
          <w:rFonts w:eastAsia="Arial"/>
          <w:b/>
          <w:color w:val="0B4F7A"/>
          <w:sz w:val="19"/>
        </w:rPr>
        <w:t xml:space="preserve"> der </w:t>
      </w:r>
      <w:proofErr w:type="spellStart"/>
      <w:r>
        <w:rPr>
          <w:rFonts w:eastAsia="Arial"/>
          <w:b/>
          <w:color w:val="0B4F7A"/>
          <w:sz w:val="19"/>
        </w:rPr>
        <w:t>Rollenanforderungen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  <w:gridCol w:w="7710"/>
      </w:tblGrid>
      <w:tr w:rsidR="00417055" w:rsidRPr="00224270" w14:paraId="4C90A2EF" w14:textId="77777777">
        <w:trPr>
          <w:cantSplit/>
          <w:tblHeader/>
          <w:jc w:val="center"/>
        </w:trPr>
        <w:tc>
          <w:tcPr>
            <w:tcW w:w="7483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5E6183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 xml:space="preserve">Zu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prüfende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Rollenanforderung</w:t>
            </w:r>
            <w:proofErr w:type="spellEnd"/>
          </w:p>
        </w:tc>
        <w:tc>
          <w:tcPr>
            <w:tcW w:w="7710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CF94EB" w14:textId="77777777" w:rsidR="00417055" w:rsidRPr="002A21D0" w:rsidRDefault="00E53AA1">
            <w:pPr>
              <w:spacing w:after="0" w:line="240" w:lineRule="auto"/>
              <w:jc w:val="center"/>
              <w:rPr>
                <w:lang w:val="de-DE"/>
              </w:rPr>
            </w:pPr>
            <w:r w:rsidRPr="002A21D0">
              <w:rPr>
                <w:rFonts w:eastAsia="Arial"/>
                <w:b/>
                <w:color w:val="FFFFFF"/>
                <w:sz w:val="16"/>
                <w:lang w:val="de-DE"/>
              </w:rPr>
              <w:t>Konkreter Nachweis der Person (Tätigkeit, Verantwortung, Projektbezug)</w:t>
            </w:r>
          </w:p>
        </w:tc>
      </w:tr>
      <w:tr w:rsidR="00417055" w14:paraId="1A0F5D9A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78111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Eigenständige Leitung größerer Projekte, Streams oder Arbeitspakete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F45A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3247CC4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69943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Strukturierung komplexer Fragestellungen sowie Konzeption und Planung von Arbeitspaketen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B281A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60D319B5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D365B6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Moderation von Workshops und Koordination unterschiedlicher Beteiligter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F1D05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9EBBEC4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E2F1D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Stakeholdermanagement und Vorbereitung von Entscheidungen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236C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B8AEF03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23CA5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Ergebnisverantwortung sowie eigenständige Präsentation und Vertretung von Ergebnissen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D5EC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5C000853" w14:textId="77777777" w:rsidR="00417055" w:rsidRPr="002A21D0" w:rsidRDefault="00E53AA1">
      <w:pPr>
        <w:spacing w:before="40" w:after="20" w:line="240" w:lineRule="auto"/>
        <w:rPr>
          <w:lang w:val="de-DE"/>
        </w:rPr>
      </w:pPr>
      <w:r w:rsidRPr="002A21D0">
        <w:rPr>
          <w:rFonts w:eastAsia="Arial"/>
          <w:b/>
          <w:color w:val="0B4F7A"/>
          <w:lang w:val="de-DE"/>
        </w:rPr>
        <w:t>B. Fachliche Schwerpunkt-Leistungsfelder – maximal drei auswählen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63"/>
        <w:gridCol w:w="5063"/>
        <w:gridCol w:w="5068"/>
      </w:tblGrid>
      <w:tr w:rsidR="00417055" w14:paraId="661E20D8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4C47E0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LF1 – IT-Strategie und Innovation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6E092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LF2 – IT-Governance, Demand, Portfolio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Steuerung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31B6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LF3 – IT-Service-Management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Serviceorientierung</w:t>
            </w:r>
            <w:proofErr w:type="spellEnd"/>
          </w:p>
        </w:tc>
      </w:tr>
      <w:tr w:rsidR="00417055" w14:paraId="5D1FBE4E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ED8AF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LF4 – Organisation, Operating Model und Prozesse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B7FB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LF5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Architektur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, Sourcing, Provider-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Lizenzmanagement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FC75B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☐ LF6 – Security Governance, Risk, Compliance und IT-</w:t>
            </w:r>
            <w:proofErr w:type="spellStart"/>
            <w:r>
              <w:rPr>
                <w:rFonts w:eastAsia="Arial"/>
                <w:color w:val="1F1F1F"/>
                <w:sz w:val="16"/>
              </w:rPr>
              <w:t>Resilienz</w:t>
            </w:r>
            <w:proofErr w:type="spellEnd"/>
          </w:p>
        </w:tc>
      </w:tr>
      <w:tr w:rsidR="00417055" w:rsidRPr="00224270" w14:paraId="20085C3E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4A4C8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LF7 – CRM,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Anliegenmanagement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und Business-Nähe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C25C7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LF8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Qualität</w:t>
            </w:r>
            <w:proofErr w:type="spellEnd"/>
            <w:r>
              <w:rPr>
                <w:rFonts w:eastAsia="Arial"/>
                <w:color w:val="1F1F1F"/>
                <w:sz w:val="16"/>
              </w:rPr>
              <w:t>, Reviews, KVP und Benchmarking</w:t>
            </w:r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61B923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LF9 – Projekt-, Transformations- und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transitionsnahe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Unterstützung</w:t>
            </w:r>
          </w:p>
        </w:tc>
      </w:tr>
    </w:tbl>
    <w:p w14:paraId="7BC778E8" w14:textId="77777777" w:rsidR="00417055" w:rsidRDefault="00E53AA1">
      <w:pPr>
        <w:spacing w:before="40" w:after="20" w:line="240" w:lineRule="auto"/>
      </w:pPr>
      <w:r>
        <w:rPr>
          <w:rFonts w:eastAsia="Arial"/>
          <w:b/>
          <w:color w:val="0B4F7A"/>
        </w:rPr>
        <w:t>C. P</w:t>
      </w:r>
      <w:proofErr w:type="spellStart"/>
      <w:r>
        <w:rPr>
          <w:rFonts w:eastAsia="Arial"/>
          <w:b/>
          <w:color w:val="0B4F7A"/>
        </w:rPr>
        <w:t>ersönliche</w:t>
      </w:r>
      <w:proofErr w:type="spellEnd"/>
      <w:r>
        <w:rPr>
          <w:rFonts w:eastAsia="Arial"/>
          <w:b/>
          <w:color w:val="0B4F7A"/>
        </w:rPr>
        <w:t xml:space="preserve"> </w:t>
      </w:r>
      <w:proofErr w:type="spellStart"/>
      <w:r>
        <w:rPr>
          <w:rFonts w:eastAsia="Arial"/>
          <w:b/>
          <w:color w:val="0B4F7A"/>
        </w:rPr>
        <w:t>Projektbeispiele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5669"/>
        <w:gridCol w:w="1928"/>
        <w:gridCol w:w="5669"/>
      </w:tblGrid>
      <w:tr w:rsidR="00417055" w14:paraId="7A3785D1" w14:textId="77777777">
        <w:trPr>
          <w:cantSplit/>
          <w:jc w:val="center"/>
        </w:trPr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7659F0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1</w:t>
            </w:r>
          </w:p>
        </w:tc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51732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2</w:t>
            </w:r>
          </w:p>
        </w:tc>
      </w:tr>
      <w:tr w:rsidR="00417055" w14:paraId="507C208C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5AD0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B69A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1783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DDF7E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E67E858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98D93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91DC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7A81E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95E6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65D87D27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937BC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EBF0E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4A973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65862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53EDF976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62C17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164FE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048A85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2C0D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4013AEF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80486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226EA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C051D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5CFA7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6C177B92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EDA55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AE44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4DCFF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F150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5BEC86CD" w14:textId="77777777" w:rsidR="00417055" w:rsidRDefault="00E53AA1">
      <w:pPr>
        <w:pageBreakBefore/>
        <w:spacing w:after="40" w:line="240" w:lineRule="auto"/>
      </w:pPr>
      <w:proofErr w:type="spellStart"/>
      <w:r>
        <w:rPr>
          <w:rFonts w:eastAsia="Arial"/>
          <w:b/>
          <w:color w:val="17365D"/>
          <w:sz w:val="28"/>
        </w:rPr>
        <w:lastRenderedPageBreak/>
        <w:t>Mitarbeiterprofil</w:t>
      </w:r>
      <w:proofErr w:type="spellEnd"/>
      <w:r>
        <w:rPr>
          <w:rFonts w:eastAsia="Arial"/>
          <w:b/>
          <w:color w:val="17365D"/>
          <w:sz w:val="28"/>
        </w:rPr>
        <w:t xml:space="preserve"> 7 – Senior Consultant (1/2)</w:t>
      </w:r>
    </w:p>
    <w:p w14:paraId="1BFC481B" w14:textId="77777777" w:rsidR="00417055" w:rsidRPr="002A21D0" w:rsidRDefault="00E53AA1">
      <w:pPr>
        <w:spacing w:line="240" w:lineRule="auto"/>
        <w:rPr>
          <w:lang w:val="de-DE"/>
        </w:rPr>
      </w:pPr>
      <w:r w:rsidRPr="002A21D0">
        <w:rPr>
          <w:rFonts w:eastAsia="Arial"/>
          <w:color w:val="17365D"/>
          <w:sz w:val="17"/>
          <w:lang w:val="de-DE"/>
        </w:rPr>
        <w:t>Mindestanforderung: mindestens 5 Jahre relevante Berufserfahrung. Erwartetes Niveau: Eigenständige fachliche Beratung und Verantwortung für anspruchsvolle Arbeitspakete.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5216"/>
        <w:gridCol w:w="2268"/>
        <w:gridCol w:w="5443"/>
      </w:tblGrid>
      <w:tr w:rsidR="00417055" w14:paraId="75096D56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70149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Profil</w:t>
            </w:r>
            <w:proofErr w:type="spellEnd"/>
            <w:r>
              <w:rPr>
                <w:rFonts w:eastAsia="Arial"/>
                <w:color w:val="1F1F1F"/>
                <w:sz w:val="16"/>
              </w:rPr>
              <w:t>-ID</w:t>
            </w:r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A9205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49924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Name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eindeutige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Kennzeichnung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C7E6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7CE147E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B4602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Interne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Funktionsbezeichnung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8640B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2F195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Arbeitgeber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ggf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. </w:t>
            </w:r>
            <w:proofErr w:type="spellStart"/>
            <w:r>
              <w:rPr>
                <w:rFonts w:eastAsia="Arial"/>
                <w:color w:val="1F1F1F"/>
                <w:sz w:val="16"/>
              </w:rPr>
              <w:t>Nachunternehmer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AB71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649B712B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4EF6D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Berufserfahrung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217A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[__ Jahre]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A1CFC4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Aktuelle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AC35D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:rsidRPr="00224270" w14:paraId="3245FA2B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517D07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Zertifizierungen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Qualifikationen</w:t>
            </w:r>
            <w:proofErr w:type="spellEnd"/>
          </w:p>
        </w:tc>
        <w:tc>
          <w:tcPr>
            <w:tcW w:w="12927" w:type="dxa"/>
            <w:gridSpan w:val="3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6396D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[Bezeichnung, Aussteller, ggf. Gültigkeit – nur fachlich relevante Nachweise]</w:t>
            </w:r>
          </w:p>
        </w:tc>
      </w:tr>
    </w:tbl>
    <w:p w14:paraId="419B08DB" w14:textId="77777777" w:rsidR="00417055" w:rsidRDefault="00E53AA1">
      <w:pPr>
        <w:spacing w:before="60" w:after="20" w:line="240" w:lineRule="auto"/>
      </w:pPr>
      <w:r>
        <w:rPr>
          <w:rFonts w:eastAsia="Arial"/>
          <w:b/>
          <w:color w:val="0B4F7A"/>
          <w:sz w:val="19"/>
        </w:rPr>
        <w:t>A. N</w:t>
      </w:r>
      <w:proofErr w:type="spellStart"/>
      <w:r>
        <w:rPr>
          <w:rFonts w:eastAsia="Arial"/>
          <w:b/>
          <w:color w:val="0B4F7A"/>
          <w:sz w:val="19"/>
        </w:rPr>
        <w:t>achweis</w:t>
      </w:r>
      <w:proofErr w:type="spellEnd"/>
      <w:r>
        <w:rPr>
          <w:rFonts w:eastAsia="Arial"/>
          <w:b/>
          <w:color w:val="0B4F7A"/>
          <w:sz w:val="19"/>
        </w:rPr>
        <w:t xml:space="preserve"> der </w:t>
      </w:r>
      <w:proofErr w:type="spellStart"/>
      <w:r>
        <w:rPr>
          <w:rFonts w:eastAsia="Arial"/>
          <w:b/>
          <w:color w:val="0B4F7A"/>
          <w:sz w:val="19"/>
        </w:rPr>
        <w:t>Rollenanforderungen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  <w:gridCol w:w="7710"/>
      </w:tblGrid>
      <w:tr w:rsidR="00417055" w:rsidRPr="00224270" w14:paraId="1280D74C" w14:textId="77777777">
        <w:trPr>
          <w:cantSplit/>
          <w:tblHeader/>
          <w:jc w:val="center"/>
        </w:trPr>
        <w:tc>
          <w:tcPr>
            <w:tcW w:w="7483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F8D1A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 xml:space="preserve">Zu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prüfende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Rollenanforderung</w:t>
            </w:r>
            <w:proofErr w:type="spellEnd"/>
          </w:p>
        </w:tc>
        <w:tc>
          <w:tcPr>
            <w:tcW w:w="7710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50C97" w14:textId="77777777" w:rsidR="00417055" w:rsidRPr="002A21D0" w:rsidRDefault="00E53AA1">
            <w:pPr>
              <w:spacing w:after="0" w:line="240" w:lineRule="auto"/>
              <w:jc w:val="center"/>
              <w:rPr>
                <w:lang w:val="de-DE"/>
              </w:rPr>
            </w:pPr>
            <w:r w:rsidRPr="002A21D0">
              <w:rPr>
                <w:rFonts w:eastAsia="Arial"/>
                <w:b/>
                <w:color w:val="FFFFFF"/>
                <w:sz w:val="16"/>
                <w:lang w:val="de-DE"/>
              </w:rPr>
              <w:t>Konkreter Nachweis der Person (Tätigkeit, Verantwortung, Projektbezug)</w:t>
            </w:r>
          </w:p>
        </w:tc>
      </w:tr>
      <w:tr w:rsidR="00417055" w14:paraId="4184FEC6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03B4C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Selbständige Bearbeitung komplexer fachlicher Aufgaben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7FD7C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6744F111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2ECED8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Eigenständige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Verantwortung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für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Arbeitspakete</w:t>
            </w:r>
            <w:proofErr w:type="spellEnd"/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C1F0E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0E26D155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E0F6E9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Analyse bestehender Strukturen und Entwicklung fachlicher Konzepte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6D2B6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79176D9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9653A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Durchführung bzw. Moderation von Workshops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ED1026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A890DBF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922BF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Strukturierte Erarbeitung von Ergebnissen und Ableitung konkreter Handlungsempfehlungen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6D0E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76E164CD" w14:textId="77777777" w:rsidR="00417055" w:rsidRPr="002A21D0" w:rsidRDefault="00E53AA1">
      <w:pPr>
        <w:spacing w:before="40" w:after="20" w:line="240" w:lineRule="auto"/>
        <w:rPr>
          <w:lang w:val="de-DE"/>
        </w:rPr>
      </w:pPr>
      <w:r w:rsidRPr="002A21D0">
        <w:rPr>
          <w:rFonts w:eastAsia="Arial"/>
          <w:b/>
          <w:color w:val="0B4F7A"/>
          <w:lang w:val="de-DE"/>
        </w:rPr>
        <w:t>B. Fachliche Schwerpunkt-Leistungsfelder – maximal drei auswählen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63"/>
        <w:gridCol w:w="5063"/>
        <w:gridCol w:w="5068"/>
      </w:tblGrid>
      <w:tr w:rsidR="00417055" w14:paraId="0C9A8E6C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E4F599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LF1 – IT-Strategie und Innovation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AEC26D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LF2 – IT-Governance, Demand, Portfolio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Steuerung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5B34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LF3 – IT-Service-Management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Serviceorientierung</w:t>
            </w:r>
            <w:proofErr w:type="spellEnd"/>
          </w:p>
        </w:tc>
      </w:tr>
      <w:tr w:rsidR="00417055" w14:paraId="7E5C4E6F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56757E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LF4 – Organisation, Operating Model und Prozesse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6155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LF5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Architektur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, Sourcing, Provider-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Lizenzmanagement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DE87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☐ LF6 – Security Governance, Risk, Compliance und IT-</w:t>
            </w:r>
            <w:proofErr w:type="spellStart"/>
            <w:r>
              <w:rPr>
                <w:rFonts w:eastAsia="Arial"/>
                <w:color w:val="1F1F1F"/>
                <w:sz w:val="16"/>
              </w:rPr>
              <w:t>Resilienz</w:t>
            </w:r>
            <w:proofErr w:type="spellEnd"/>
          </w:p>
        </w:tc>
      </w:tr>
      <w:tr w:rsidR="00417055" w:rsidRPr="00224270" w14:paraId="15A632A5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9E86B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LF7 – CRM,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Anliegenmanagement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und Business-Nähe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6208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LF8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Qualität</w:t>
            </w:r>
            <w:proofErr w:type="spellEnd"/>
            <w:r>
              <w:rPr>
                <w:rFonts w:eastAsia="Arial"/>
                <w:color w:val="1F1F1F"/>
                <w:sz w:val="16"/>
              </w:rPr>
              <w:t>, Reviews, KVP und Benchmarking</w:t>
            </w:r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A6B61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LF9 – Projekt-, Transformations- und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transitionsnahe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Unterstützung</w:t>
            </w:r>
          </w:p>
        </w:tc>
      </w:tr>
    </w:tbl>
    <w:p w14:paraId="23F1A595" w14:textId="77777777" w:rsidR="00417055" w:rsidRDefault="00E53AA1">
      <w:pPr>
        <w:spacing w:before="40" w:after="20" w:line="240" w:lineRule="auto"/>
      </w:pPr>
      <w:r>
        <w:rPr>
          <w:rFonts w:eastAsia="Arial"/>
          <w:b/>
          <w:color w:val="0B4F7A"/>
        </w:rPr>
        <w:t>C. P</w:t>
      </w:r>
      <w:proofErr w:type="spellStart"/>
      <w:r>
        <w:rPr>
          <w:rFonts w:eastAsia="Arial"/>
          <w:b/>
          <w:color w:val="0B4F7A"/>
        </w:rPr>
        <w:t>ersönliche</w:t>
      </w:r>
      <w:proofErr w:type="spellEnd"/>
      <w:r>
        <w:rPr>
          <w:rFonts w:eastAsia="Arial"/>
          <w:b/>
          <w:color w:val="0B4F7A"/>
        </w:rPr>
        <w:t xml:space="preserve"> </w:t>
      </w:r>
      <w:proofErr w:type="spellStart"/>
      <w:r>
        <w:rPr>
          <w:rFonts w:eastAsia="Arial"/>
          <w:b/>
          <w:color w:val="0B4F7A"/>
        </w:rPr>
        <w:t>Projektbeispiele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5669"/>
        <w:gridCol w:w="1928"/>
        <w:gridCol w:w="5669"/>
      </w:tblGrid>
      <w:tr w:rsidR="00417055" w14:paraId="08B8FF04" w14:textId="77777777">
        <w:trPr>
          <w:cantSplit/>
          <w:jc w:val="center"/>
        </w:trPr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9FD1B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1</w:t>
            </w:r>
          </w:p>
        </w:tc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1F9C38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2</w:t>
            </w:r>
          </w:p>
        </w:tc>
      </w:tr>
      <w:tr w:rsidR="00417055" w14:paraId="7685EE81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1BFACB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711C6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5A9EE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E48A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0BCED07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BC1C7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5ACF6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91FA7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B00BA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D44F5AC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DDED19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DDC3D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E7D7F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11570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668AFEAD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9195A2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2652F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AF74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C1A5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4498BC7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591DD8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ACFF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6A2C1A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A995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54E3CAA7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41DB8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75172D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06F271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F8B6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41E25983" w14:textId="77777777" w:rsidR="00417055" w:rsidRDefault="00E53AA1">
      <w:pPr>
        <w:pageBreakBefore/>
        <w:spacing w:after="40" w:line="240" w:lineRule="auto"/>
      </w:pPr>
      <w:proofErr w:type="spellStart"/>
      <w:r>
        <w:rPr>
          <w:rFonts w:eastAsia="Arial"/>
          <w:b/>
          <w:color w:val="17365D"/>
          <w:sz w:val="28"/>
        </w:rPr>
        <w:lastRenderedPageBreak/>
        <w:t>Mitarbeiterprofil</w:t>
      </w:r>
      <w:proofErr w:type="spellEnd"/>
      <w:r>
        <w:rPr>
          <w:rFonts w:eastAsia="Arial"/>
          <w:b/>
          <w:color w:val="17365D"/>
          <w:sz w:val="28"/>
        </w:rPr>
        <w:t xml:space="preserve"> 8 – Senior Consultant (2/2)</w:t>
      </w:r>
    </w:p>
    <w:p w14:paraId="2390BF33" w14:textId="77777777" w:rsidR="00417055" w:rsidRPr="002A21D0" w:rsidRDefault="00E53AA1">
      <w:pPr>
        <w:spacing w:line="240" w:lineRule="auto"/>
        <w:rPr>
          <w:lang w:val="de-DE"/>
        </w:rPr>
      </w:pPr>
      <w:r w:rsidRPr="002A21D0">
        <w:rPr>
          <w:rFonts w:eastAsia="Arial"/>
          <w:color w:val="17365D"/>
          <w:sz w:val="17"/>
          <w:lang w:val="de-DE"/>
        </w:rPr>
        <w:t>Mindestanforderung: mindestens 5 Jahre relevante Berufserfahrung. Erwartetes Niveau: Eigenständige fachliche Beratung und Verantwortung für anspruchsvolle Arbeitspakete.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5216"/>
        <w:gridCol w:w="2268"/>
        <w:gridCol w:w="5443"/>
      </w:tblGrid>
      <w:tr w:rsidR="00417055" w14:paraId="33D40EA8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3BB62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Profil</w:t>
            </w:r>
            <w:proofErr w:type="spellEnd"/>
            <w:r>
              <w:rPr>
                <w:rFonts w:eastAsia="Arial"/>
                <w:color w:val="1F1F1F"/>
                <w:sz w:val="16"/>
              </w:rPr>
              <w:t>-ID</w:t>
            </w:r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8466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F12F1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Name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eindeutige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Kennzeichnung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952A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2DF1A9F6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431BE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Interne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Funktionsbezeichnung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20A5D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47A62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Arbeitgeber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ggf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. </w:t>
            </w:r>
            <w:proofErr w:type="spellStart"/>
            <w:r>
              <w:rPr>
                <w:rFonts w:eastAsia="Arial"/>
                <w:color w:val="1F1F1F"/>
                <w:sz w:val="16"/>
              </w:rPr>
              <w:t>Nachunternehmer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7F15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26B65341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120DAC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Berufserfahrung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3480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[__ Jahre]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E94B4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Aktuelle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6B696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:rsidRPr="00224270" w14:paraId="3560A50B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4B41D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Zertifizierungen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Qualifikationen</w:t>
            </w:r>
            <w:proofErr w:type="spellEnd"/>
          </w:p>
        </w:tc>
        <w:tc>
          <w:tcPr>
            <w:tcW w:w="12927" w:type="dxa"/>
            <w:gridSpan w:val="3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9E8BA9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[Bezeichnung, Aussteller, ggf. Gültigkeit – nur fachlich relevante Nachweise]</w:t>
            </w:r>
          </w:p>
        </w:tc>
      </w:tr>
    </w:tbl>
    <w:p w14:paraId="57A857E2" w14:textId="77777777" w:rsidR="00417055" w:rsidRDefault="00E53AA1">
      <w:pPr>
        <w:spacing w:before="60" w:after="20" w:line="240" w:lineRule="auto"/>
      </w:pPr>
      <w:r>
        <w:rPr>
          <w:rFonts w:eastAsia="Arial"/>
          <w:b/>
          <w:color w:val="0B4F7A"/>
          <w:sz w:val="19"/>
        </w:rPr>
        <w:t>A. N</w:t>
      </w:r>
      <w:proofErr w:type="spellStart"/>
      <w:r>
        <w:rPr>
          <w:rFonts w:eastAsia="Arial"/>
          <w:b/>
          <w:color w:val="0B4F7A"/>
          <w:sz w:val="19"/>
        </w:rPr>
        <w:t>achweis</w:t>
      </w:r>
      <w:proofErr w:type="spellEnd"/>
      <w:r>
        <w:rPr>
          <w:rFonts w:eastAsia="Arial"/>
          <w:b/>
          <w:color w:val="0B4F7A"/>
          <w:sz w:val="19"/>
        </w:rPr>
        <w:t xml:space="preserve"> der </w:t>
      </w:r>
      <w:proofErr w:type="spellStart"/>
      <w:r>
        <w:rPr>
          <w:rFonts w:eastAsia="Arial"/>
          <w:b/>
          <w:color w:val="0B4F7A"/>
          <w:sz w:val="19"/>
        </w:rPr>
        <w:t>Rollenanforderungen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  <w:gridCol w:w="7710"/>
      </w:tblGrid>
      <w:tr w:rsidR="00417055" w:rsidRPr="00224270" w14:paraId="62BC4C42" w14:textId="77777777">
        <w:trPr>
          <w:cantSplit/>
          <w:tblHeader/>
          <w:jc w:val="center"/>
        </w:trPr>
        <w:tc>
          <w:tcPr>
            <w:tcW w:w="7483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05E7A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 xml:space="preserve">Zu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prüfende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Rollenanforderung</w:t>
            </w:r>
            <w:proofErr w:type="spellEnd"/>
          </w:p>
        </w:tc>
        <w:tc>
          <w:tcPr>
            <w:tcW w:w="7710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5654E" w14:textId="77777777" w:rsidR="00417055" w:rsidRPr="002A21D0" w:rsidRDefault="00E53AA1">
            <w:pPr>
              <w:spacing w:after="0" w:line="240" w:lineRule="auto"/>
              <w:jc w:val="center"/>
              <w:rPr>
                <w:lang w:val="de-DE"/>
              </w:rPr>
            </w:pPr>
            <w:r w:rsidRPr="002A21D0">
              <w:rPr>
                <w:rFonts w:eastAsia="Arial"/>
                <w:b/>
                <w:color w:val="FFFFFF"/>
                <w:sz w:val="16"/>
                <w:lang w:val="de-DE"/>
              </w:rPr>
              <w:t>Konkreter Nachweis der Person (Tätigkeit, Verantwortung, Projektbezug)</w:t>
            </w:r>
          </w:p>
        </w:tc>
      </w:tr>
      <w:tr w:rsidR="00417055" w14:paraId="126A63C1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C6619B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Selbständige Bearbeitung komplexer fachlicher Aufgaben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B6B2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4824662B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19984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Eigenständige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Verantwortung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für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Arbeitspakete</w:t>
            </w:r>
            <w:proofErr w:type="spellEnd"/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B0B7D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7217427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05C75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Analyse bestehender Strukturen und Entwicklung fachlicher Konzepte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7D05D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4864D65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1B316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Durchführung bzw. Moderation von Workshops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058AB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21EC275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3FB27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Strukturierte Erarbeitung von Ergebnissen und Ableitung konkreter Handlungsempfehlungen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6CA6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4116C677" w14:textId="77777777" w:rsidR="00417055" w:rsidRPr="002A21D0" w:rsidRDefault="00E53AA1">
      <w:pPr>
        <w:spacing w:before="40" w:after="20" w:line="240" w:lineRule="auto"/>
        <w:rPr>
          <w:lang w:val="de-DE"/>
        </w:rPr>
      </w:pPr>
      <w:r w:rsidRPr="002A21D0">
        <w:rPr>
          <w:rFonts w:eastAsia="Arial"/>
          <w:b/>
          <w:color w:val="0B4F7A"/>
          <w:lang w:val="de-DE"/>
        </w:rPr>
        <w:t>B. Fachliche Schwerpunkt-Leistungsfelder – maximal drei auswählen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63"/>
        <w:gridCol w:w="5063"/>
        <w:gridCol w:w="5068"/>
      </w:tblGrid>
      <w:tr w:rsidR="00417055" w14:paraId="5E2FF2CB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89368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LF1 – IT-Strategie und Innovation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BBDE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LF2 – IT-Governance, Demand, Portfolio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Steuerung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0CE1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LF3 – IT-Service-Management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Serviceorientierung</w:t>
            </w:r>
            <w:proofErr w:type="spellEnd"/>
          </w:p>
        </w:tc>
      </w:tr>
      <w:tr w:rsidR="00417055" w14:paraId="23498AC0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8241DD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LF4 – Organisation, Operating Model und Prozesse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25BF9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LF5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Architektur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, Sourcing, Provider-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Lizenzmanagement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34951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☐ LF6 – Security Governance, Risk, Compliance und IT-</w:t>
            </w:r>
            <w:proofErr w:type="spellStart"/>
            <w:r>
              <w:rPr>
                <w:rFonts w:eastAsia="Arial"/>
                <w:color w:val="1F1F1F"/>
                <w:sz w:val="16"/>
              </w:rPr>
              <w:t>Resilienz</w:t>
            </w:r>
            <w:proofErr w:type="spellEnd"/>
          </w:p>
        </w:tc>
      </w:tr>
      <w:tr w:rsidR="00417055" w:rsidRPr="00224270" w14:paraId="2E0AB5C3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5C9BF9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LF7 – CRM,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Anliegenmanagement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und Business-Nähe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8907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LF8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Qualität</w:t>
            </w:r>
            <w:proofErr w:type="spellEnd"/>
            <w:r>
              <w:rPr>
                <w:rFonts w:eastAsia="Arial"/>
                <w:color w:val="1F1F1F"/>
                <w:sz w:val="16"/>
              </w:rPr>
              <w:t>, Reviews, KVP und Benchmarking</w:t>
            </w:r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2A6253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LF9 – Projekt-, Transformations- und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transitionsnahe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Unterstützung</w:t>
            </w:r>
          </w:p>
        </w:tc>
      </w:tr>
    </w:tbl>
    <w:p w14:paraId="6BEBC8BD" w14:textId="77777777" w:rsidR="00417055" w:rsidRDefault="00E53AA1">
      <w:pPr>
        <w:spacing w:before="40" w:after="20" w:line="240" w:lineRule="auto"/>
      </w:pPr>
      <w:r>
        <w:rPr>
          <w:rFonts w:eastAsia="Arial"/>
          <w:b/>
          <w:color w:val="0B4F7A"/>
        </w:rPr>
        <w:t>C. P</w:t>
      </w:r>
      <w:proofErr w:type="spellStart"/>
      <w:r>
        <w:rPr>
          <w:rFonts w:eastAsia="Arial"/>
          <w:b/>
          <w:color w:val="0B4F7A"/>
        </w:rPr>
        <w:t>ersönliche</w:t>
      </w:r>
      <w:proofErr w:type="spellEnd"/>
      <w:r>
        <w:rPr>
          <w:rFonts w:eastAsia="Arial"/>
          <w:b/>
          <w:color w:val="0B4F7A"/>
        </w:rPr>
        <w:t xml:space="preserve"> </w:t>
      </w:r>
      <w:proofErr w:type="spellStart"/>
      <w:r>
        <w:rPr>
          <w:rFonts w:eastAsia="Arial"/>
          <w:b/>
          <w:color w:val="0B4F7A"/>
        </w:rPr>
        <w:t>Projektbeispiele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5669"/>
        <w:gridCol w:w="1928"/>
        <w:gridCol w:w="5669"/>
      </w:tblGrid>
      <w:tr w:rsidR="00417055" w14:paraId="6E0C9064" w14:textId="77777777">
        <w:trPr>
          <w:cantSplit/>
          <w:jc w:val="center"/>
        </w:trPr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0DEC4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1</w:t>
            </w:r>
          </w:p>
        </w:tc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EED275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2</w:t>
            </w:r>
          </w:p>
        </w:tc>
      </w:tr>
      <w:tr w:rsidR="00417055" w14:paraId="7E0B6076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C4DE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48CD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B5DA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3E7AB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0FE7C683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08ACD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99EBB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B57FB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B0F5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230FA546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B73D85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FFE6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02651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1AA3E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0FCF33F1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443C2B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C515A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B6EB6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32F43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2C3C8346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085389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95DF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703EE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FE9F9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511F62F0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84E92D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2278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E3717D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857D2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3C23713F" w14:textId="77777777" w:rsidR="00417055" w:rsidRDefault="00E53AA1">
      <w:pPr>
        <w:pageBreakBefore/>
        <w:spacing w:after="40" w:line="240" w:lineRule="auto"/>
      </w:pPr>
      <w:proofErr w:type="spellStart"/>
      <w:r>
        <w:rPr>
          <w:rFonts w:eastAsia="Arial"/>
          <w:b/>
          <w:color w:val="17365D"/>
          <w:sz w:val="28"/>
        </w:rPr>
        <w:lastRenderedPageBreak/>
        <w:t>Mitarbeiterprofil</w:t>
      </w:r>
      <w:proofErr w:type="spellEnd"/>
      <w:r>
        <w:rPr>
          <w:rFonts w:eastAsia="Arial"/>
          <w:b/>
          <w:color w:val="17365D"/>
          <w:sz w:val="28"/>
        </w:rPr>
        <w:t xml:space="preserve"> 9 – Consultant (1/2)</w:t>
      </w:r>
    </w:p>
    <w:p w14:paraId="36BC527B" w14:textId="77777777" w:rsidR="00417055" w:rsidRDefault="00E53AA1">
      <w:pPr>
        <w:spacing w:line="240" w:lineRule="auto"/>
      </w:pPr>
      <w:r w:rsidRPr="002A21D0">
        <w:rPr>
          <w:rFonts w:eastAsia="Arial"/>
          <w:color w:val="17365D"/>
          <w:sz w:val="17"/>
          <w:lang w:val="de-DE"/>
        </w:rPr>
        <w:t xml:space="preserve">Mindestanforderung: mindestens 2 Jahre relevante Berufserfahrung. </w:t>
      </w:r>
      <w:proofErr w:type="spellStart"/>
      <w:r>
        <w:rPr>
          <w:rFonts w:eastAsia="Arial"/>
          <w:color w:val="17365D"/>
          <w:sz w:val="17"/>
        </w:rPr>
        <w:t>Erwartetes</w:t>
      </w:r>
      <w:proofErr w:type="spellEnd"/>
      <w:r>
        <w:rPr>
          <w:rFonts w:eastAsia="Arial"/>
          <w:color w:val="17365D"/>
          <w:sz w:val="17"/>
        </w:rPr>
        <w:t xml:space="preserve"> Niveau: </w:t>
      </w:r>
      <w:proofErr w:type="spellStart"/>
      <w:r>
        <w:rPr>
          <w:rFonts w:eastAsia="Arial"/>
          <w:color w:val="17365D"/>
          <w:sz w:val="17"/>
        </w:rPr>
        <w:t>Selbständige</w:t>
      </w:r>
      <w:proofErr w:type="spellEnd"/>
      <w:r>
        <w:rPr>
          <w:rFonts w:eastAsia="Arial"/>
          <w:color w:val="17365D"/>
          <w:sz w:val="17"/>
        </w:rPr>
        <w:t xml:space="preserve"> </w:t>
      </w:r>
      <w:proofErr w:type="spellStart"/>
      <w:r>
        <w:rPr>
          <w:rFonts w:eastAsia="Arial"/>
          <w:color w:val="17365D"/>
          <w:sz w:val="17"/>
        </w:rPr>
        <w:t>Bearbeitung</w:t>
      </w:r>
      <w:proofErr w:type="spellEnd"/>
      <w:r>
        <w:rPr>
          <w:rFonts w:eastAsia="Arial"/>
          <w:color w:val="17365D"/>
          <w:sz w:val="17"/>
        </w:rPr>
        <w:t xml:space="preserve"> </w:t>
      </w:r>
      <w:proofErr w:type="spellStart"/>
      <w:r>
        <w:rPr>
          <w:rFonts w:eastAsia="Arial"/>
          <w:color w:val="17365D"/>
          <w:sz w:val="17"/>
        </w:rPr>
        <w:t>klar</w:t>
      </w:r>
      <w:proofErr w:type="spellEnd"/>
      <w:r>
        <w:rPr>
          <w:rFonts w:eastAsia="Arial"/>
          <w:color w:val="17365D"/>
          <w:sz w:val="17"/>
        </w:rPr>
        <w:t xml:space="preserve"> </w:t>
      </w:r>
      <w:proofErr w:type="spellStart"/>
      <w:r>
        <w:rPr>
          <w:rFonts w:eastAsia="Arial"/>
          <w:color w:val="17365D"/>
          <w:sz w:val="17"/>
        </w:rPr>
        <w:t>abgegrenzter</w:t>
      </w:r>
      <w:proofErr w:type="spellEnd"/>
      <w:r>
        <w:rPr>
          <w:rFonts w:eastAsia="Arial"/>
          <w:color w:val="17365D"/>
          <w:sz w:val="17"/>
        </w:rPr>
        <w:t xml:space="preserve"> </w:t>
      </w:r>
      <w:proofErr w:type="spellStart"/>
      <w:r>
        <w:rPr>
          <w:rFonts w:eastAsia="Arial"/>
          <w:color w:val="17365D"/>
          <w:sz w:val="17"/>
        </w:rPr>
        <w:t>fachlicher</w:t>
      </w:r>
      <w:proofErr w:type="spellEnd"/>
      <w:r>
        <w:rPr>
          <w:rFonts w:eastAsia="Arial"/>
          <w:color w:val="17365D"/>
          <w:sz w:val="17"/>
        </w:rPr>
        <w:t xml:space="preserve"> </w:t>
      </w:r>
      <w:proofErr w:type="spellStart"/>
      <w:r>
        <w:rPr>
          <w:rFonts w:eastAsia="Arial"/>
          <w:color w:val="17365D"/>
          <w:sz w:val="17"/>
        </w:rPr>
        <w:t>Aufgaben</w:t>
      </w:r>
      <w:proofErr w:type="spellEnd"/>
      <w:r>
        <w:rPr>
          <w:rFonts w:eastAsia="Arial"/>
          <w:color w:val="17365D"/>
          <w:sz w:val="17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5216"/>
        <w:gridCol w:w="2268"/>
        <w:gridCol w:w="5443"/>
      </w:tblGrid>
      <w:tr w:rsidR="00417055" w14:paraId="56E1E2A4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B5154B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Profil</w:t>
            </w:r>
            <w:proofErr w:type="spellEnd"/>
            <w:r>
              <w:rPr>
                <w:rFonts w:eastAsia="Arial"/>
                <w:color w:val="1F1F1F"/>
                <w:sz w:val="16"/>
              </w:rPr>
              <w:t>-ID</w:t>
            </w:r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ECB9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4541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Name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eindeutige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Kennzeichnung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ABBF9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69E2A9F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C07ECD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Interne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Funktionsbezeichnung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D546B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2C4D75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Arbeitgeber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ggf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. </w:t>
            </w:r>
            <w:proofErr w:type="spellStart"/>
            <w:r>
              <w:rPr>
                <w:rFonts w:eastAsia="Arial"/>
                <w:color w:val="1F1F1F"/>
                <w:sz w:val="16"/>
              </w:rPr>
              <w:t>Nachunternehmer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4715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C30F508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D5D8D2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Berufserfahrung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BDFE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[__ Jahre]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AA02E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Aktuelle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DFBBB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:rsidRPr="00224270" w14:paraId="319C883B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50B6C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Zertifizierungen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Qualifikationen</w:t>
            </w:r>
            <w:proofErr w:type="spellEnd"/>
          </w:p>
        </w:tc>
        <w:tc>
          <w:tcPr>
            <w:tcW w:w="12927" w:type="dxa"/>
            <w:gridSpan w:val="3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040E12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[Bezeichnung, Aussteller, ggf. Gültigkeit – nur fachlich relevante Nachweise]</w:t>
            </w:r>
          </w:p>
        </w:tc>
      </w:tr>
    </w:tbl>
    <w:p w14:paraId="5D23020B" w14:textId="77777777" w:rsidR="00417055" w:rsidRDefault="00E53AA1">
      <w:pPr>
        <w:spacing w:before="60" w:after="20" w:line="240" w:lineRule="auto"/>
      </w:pPr>
      <w:r>
        <w:rPr>
          <w:rFonts w:eastAsia="Arial"/>
          <w:b/>
          <w:color w:val="0B4F7A"/>
          <w:sz w:val="19"/>
        </w:rPr>
        <w:t>A. N</w:t>
      </w:r>
      <w:proofErr w:type="spellStart"/>
      <w:r>
        <w:rPr>
          <w:rFonts w:eastAsia="Arial"/>
          <w:b/>
          <w:color w:val="0B4F7A"/>
          <w:sz w:val="19"/>
        </w:rPr>
        <w:t>achweis</w:t>
      </w:r>
      <w:proofErr w:type="spellEnd"/>
      <w:r>
        <w:rPr>
          <w:rFonts w:eastAsia="Arial"/>
          <w:b/>
          <w:color w:val="0B4F7A"/>
          <w:sz w:val="19"/>
        </w:rPr>
        <w:t xml:space="preserve"> der </w:t>
      </w:r>
      <w:proofErr w:type="spellStart"/>
      <w:r>
        <w:rPr>
          <w:rFonts w:eastAsia="Arial"/>
          <w:b/>
          <w:color w:val="0B4F7A"/>
          <w:sz w:val="19"/>
        </w:rPr>
        <w:t>Rollenanforderungen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  <w:gridCol w:w="7710"/>
      </w:tblGrid>
      <w:tr w:rsidR="00417055" w:rsidRPr="00224270" w14:paraId="31E44B1C" w14:textId="77777777">
        <w:trPr>
          <w:cantSplit/>
          <w:tblHeader/>
          <w:jc w:val="center"/>
        </w:trPr>
        <w:tc>
          <w:tcPr>
            <w:tcW w:w="7483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24C32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 xml:space="preserve">Zu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prüfende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Rollenanforderung</w:t>
            </w:r>
            <w:proofErr w:type="spellEnd"/>
          </w:p>
        </w:tc>
        <w:tc>
          <w:tcPr>
            <w:tcW w:w="7710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01D8BC" w14:textId="77777777" w:rsidR="00417055" w:rsidRPr="002A21D0" w:rsidRDefault="00E53AA1">
            <w:pPr>
              <w:spacing w:after="0" w:line="240" w:lineRule="auto"/>
              <w:jc w:val="center"/>
              <w:rPr>
                <w:lang w:val="de-DE"/>
              </w:rPr>
            </w:pPr>
            <w:r w:rsidRPr="002A21D0">
              <w:rPr>
                <w:rFonts w:eastAsia="Arial"/>
                <w:b/>
                <w:color w:val="FFFFFF"/>
                <w:sz w:val="16"/>
                <w:lang w:val="de-DE"/>
              </w:rPr>
              <w:t>Konkreter Nachweis der Person (Tätigkeit, Verantwortung, Projektbezug)</w:t>
            </w:r>
          </w:p>
        </w:tc>
      </w:tr>
      <w:tr w:rsidR="00417055" w14:paraId="2706B034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24E76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Selbständige Bearbeitung klar abgegrenzter Aufgaben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8BDD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39BA07B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273FC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Analyse und strukturierte Aufbereitung von Informationen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48741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22A2C42A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6852A4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Fachliche Dokumentation und Erstellung von Konzeptbestandteilen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37541D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51CF70C9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4C3AC0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Vorbereitung und Nachbereitung von Workshops bzw. Mitarbeit bei Interviews und Analysen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6BA21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8AEF40A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69EF8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Erstellung von Ergebnisunterlagen und strukturierte Zusammenarbeit mit erfahrenen Beratern bzw. dem Auftraggeber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AD62A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6AD50D21" w14:textId="77777777" w:rsidR="00417055" w:rsidRPr="002A21D0" w:rsidRDefault="00E53AA1">
      <w:pPr>
        <w:spacing w:before="40" w:after="20" w:line="240" w:lineRule="auto"/>
        <w:rPr>
          <w:lang w:val="de-DE"/>
        </w:rPr>
      </w:pPr>
      <w:r w:rsidRPr="002A21D0">
        <w:rPr>
          <w:rFonts w:eastAsia="Arial"/>
          <w:b/>
          <w:color w:val="0B4F7A"/>
          <w:lang w:val="de-DE"/>
        </w:rPr>
        <w:t>B. Fachliche Schwerpunkt-Leistungsfelder – maximal drei auswählen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63"/>
        <w:gridCol w:w="5063"/>
        <w:gridCol w:w="5068"/>
      </w:tblGrid>
      <w:tr w:rsidR="00417055" w14:paraId="25692BA5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65A19A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LF1 – IT-Strategie und Innovation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5591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LF2 – IT-Governance, Demand, Portfolio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Steuerung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68113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LF3 – IT-Service-Management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Serviceorientierung</w:t>
            </w:r>
            <w:proofErr w:type="spellEnd"/>
          </w:p>
        </w:tc>
      </w:tr>
      <w:tr w:rsidR="00417055" w14:paraId="061B502A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C296A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LF4 – Organisation, Operating Model und Prozesse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DA47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LF5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Architektur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, Sourcing, Provider-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Lizenzmanagement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EC5F9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☐ LF6 – Security Governance, Risk, Compliance und IT-</w:t>
            </w:r>
            <w:proofErr w:type="spellStart"/>
            <w:r>
              <w:rPr>
                <w:rFonts w:eastAsia="Arial"/>
                <w:color w:val="1F1F1F"/>
                <w:sz w:val="16"/>
              </w:rPr>
              <w:t>Resilienz</w:t>
            </w:r>
            <w:proofErr w:type="spellEnd"/>
          </w:p>
        </w:tc>
      </w:tr>
      <w:tr w:rsidR="00417055" w:rsidRPr="00224270" w14:paraId="2864A06D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DF12DA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LF7 – CRM,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Anliegenmanagement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und Business-Nähe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32CDB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LF8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Qualität</w:t>
            </w:r>
            <w:proofErr w:type="spellEnd"/>
            <w:r>
              <w:rPr>
                <w:rFonts w:eastAsia="Arial"/>
                <w:color w:val="1F1F1F"/>
                <w:sz w:val="16"/>
              </w:rPr>
              <w:t>, Reviews, KVP und Benchmarking</w:t>
            </w:r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CAA78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LF9 – Projekt-, Transformations- und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transitionsnahe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Unterstützung</w:t>
            </w:r>
          </w:p>
        </w:tc>
      </w:tr>
    </w:tbl>
    <w:p w14:paraId="376B3F8D" w14:textId="77777777" w:rsidR="00417055" w:rsidRDefault="00E53AA1">
      <w:pPr>
        <w:spacing w:before="40" w:after="20" w:line="240" w:lineRule="auto"/>
      </w:pPr>
      <w:r>
        <w:rPr>
          <w:rFonts w:eastAsia="Arial"/>
          <w:b/>
          <w:color w:val="0B4F7A"/>
        </w:rPr>
        <w:t>C. P</w:t>
      </w:r>
      <w:proofErr w:type="spellStart"/>
      <w:r>
        <w:rPr>
          <w:rFonts w:eastAsia="Arial"/>
          <w:b/>
          <w:color w:val="0B4F7A"/>
        </w:rPr>
        <w:t>ersönliche</w:t>
      </w:r>
      <w:proofErr w:type="spellEnd"/>
      <w:r>
        <w:rPr>
          <w:rFonts w:eastAsia="Arial"/>
          <w:b/>
          <w:color w:val="0B4F7A"/>
        </w:rPr>
        <w:t xml:space="preserve"> </w:t>
      </w:r>
      <w:proofErr w:type="spellStart"/>
      <w:r>
        <w:rPr>
          <w:rFonts w:eastAsia="Arial"/>
          <w:b/>
          <w:color w:val="0B4F7A"/>
        </w:rPr>
        <w:t>Projektbeispiele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5669"/>
        <w:gridCol w:w="1928"/>
        <w:gridCol w:w="5669"/>
      </w:tblGrid>
      <w:tr w:rsidR="00417055" w14:paraId="3F72DDCD" w14:textId="77777777">
        <w:trPr>
          <w:cantSplit/>
          <w:jc w:val="center"/>
        </w:trPr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1E8C7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1</w:t>
            </w:r>
          </w:p>
        </w:tc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FBEAFE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2</w:t>
            </w:r>
          </w:p>
        </w:tc>
      </w:tr>
      <w:tr w:rsidR="00417055" w14:paraId="5492CC98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3DEE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7B5786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9A97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460DF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5672FF7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FB379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4E1A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296F2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45875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567C3F4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7D226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35D73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8E49E7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5CC3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07BA1D8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D53232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377BD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563C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0B1A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CB026E7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C9709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B1D9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C1F39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6ABF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3FDFA83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D155A5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F59C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B51CE4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21FD4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11804125" w14:textId="77777777" w:rsidR="00417055" w:rsidRDefault="00E53AA1">
      <w:pPr>
        <w:pageBreakBefore/>
        <w:spacing w:after="40" w:line="240" w:lineRule="auto"/>
      </w:pPr>
      <w:proofErr w:type="spellStart"/>
      <w:r>
        <w:rPr>
          <w:rFonts w:eastAsia="Arial"/>
          <w:b/>
          <w:color w:val="17365D"/>
          <w:sz w:val="28"/>
        </w:rPr>
        <w:lastRenderedPageBreak/>
        <w:t>Mitarbeiterprofil</w:t>
      </w:r>
      <w:proofErr w:type="spellEnd"/>
      <w:r>
        <w:rPr>
          <w:rFonts w:eastAsia="Arial"/>
          <w:b/>
          <w:color w:val="17365D"/>
          <w:sz w:val="28"/>
        </w:rPr>
        <w:t xml:space="preserve"> 10 – Consultant (2/2)</w:t>
      </w:r>
    </w:p>
    <w:p w14:paraId="004FDBD9" w14:textId="77777777" w:rsidR="00417055" w:rsidRDefault="00E53AA1">
      <w:pPr>
        <w:spacing w:line="240" w:lineRule="auto"/>
      </w:pPr>
      <w:r w:rsidRPr="002A21D0">
        <w:rPr>
          <w:rFonts w:eastAsia="Arial"/>
          <w:color w:val="17365D"/>
          <w:sz w:val="17"/>
          <w:lang w:val="de-DE"/>
        </w:rPr>
        <w:t xml:space="preserve">Mindestanforderung: mindestens 2 Jahre relevante Berufserfahrung. </w:t>
      </w:r>
      <w:proofErr w:type="spellStart"/>
      <w:r>
        <w:rPr>
          <w:rFonts w:eastAsia="Arial"/>
          <w:color w:val="17365D"/>
          <w:sz w:val="17"/>
        </w:rPr>
        <w:t>Erwartetes</w:t>
      </w:r>
      <w:proofErr w:type="spellEnd"/>
      <w:r>
        <w:rPr>
          <w:rFonts w:eastAsia="Arial"/>
          <w:color w:val="17365D"/>
          <w:sz w:val="17"/>
        </w:rPr>
        <w:t xml:space="preserve"> Niveau: </w:t>
      </w:r>
      <w:proofErr w:type="spellStart"/>
      <w:r>
        <w:rPr>
          <w:rFonts w:eastAsia="Arial"/>
          <w:color w:val="17365D"/>
          <w:sz w:val="17"/>
        </w:rPr>
        <w:t>Selbständige</w:t>
      </w:r>
      <w:proofErr w:type="spellEnd"/>
      <w:r>
        <w:rPr>
          <w:rFonts w:eastAsia="Arial"/>
          <w:color w:val="17365D"/>
          <w:sz w:val="17"/>
        </w:rPr>
        <w:t xml:space="preserve"> </w:t>
      </w:r>
      <w:proofErr w:type="spellStart"/>
      <w:r>
        <w:rPr>
          <w:rFonts w:eastAsia="Arial"/>
          <w:color w:val="17365D"/>
          <w:sz w:val="17"/>
        </w:rPr>
        <w:t>Bearbeitung</w:t>
      </w:r>
      <w:proofErr w:type="spellEnd"/>
      <w:r>
        <w:rPr>
          <w:rFonts w:eastAsia="Arial"/>
          <w:color w:val="17365D"/>
          <w:sz w:val="17"/>
        </w:rPr>
        <w:t xml:space="preserve"> </w:t>
      </w:r>
      <w:proofErr w:type="spellStart"/>
      <w:r>
        <w:rPr>
          <w:rFonts w:eastAsia="Arial"/>
          <w:color w:val="17365D"/>
          <w:sz w:val="17"/>
        </w:rPr>
        <w:t>klar</w:t>
      </w:r>
      <w:proofErr w:type="spellEnd"/>
      <w:r>
        <w:rPr>
          <w:rFonts w:eastAsia="Arial"/>
          <w:color w:val="17365D"/>
          <w:sz w:val="17"/>
        </w:rPr>
        <w:t xml:space="preserve"> </w:t>
      </w:r>
      <w:proofErr w:type="spellStart"/>
      <w:r>
        <w:rPr>
          <w:rFonts w:eastAsia="Arial"/>
          <w:color w:val="17365D"/>
          <w:sz w:val="17"/>
        </w:rPr>
        <w:t>abgegrenzter</w:t>
      </w:r>
      <w:proofErr w:type="spellEnd"/>
      <w:r>
        <w:rPr>
          <w:rFonts w:eastAsia="Arial"/>
          <w:color w:val="17365D"/>
          <w:sz w:val="17"/>
        </w:rPr>
        <w:t xml:space="preserve"> </w:t>
      </w:r>
      <w:proofErr w:type="spellStart"/>
      <w:r>
        <w:rPr>
          <w:rFonts w:eastAsia="Arial"/>
          <w:color w:val="17365D"/>
          <w:sz w:val="17"/>
        </w:rPr>
        <w:t>fachlicher</w:t>
      </w:r>
      <w:proofErr w:type="spellEnd"/>
      <w:r>
        <w:rPr>
          <w:rFonts w:eastAsia="Arial"/>
          <w:color w:val="17365D"/>
          <w:sz w:val="17"/>
        </w:rPr>
        <w:t xml:space="preserve"> </w:t>
      </w:r>
      <w:proofErr w:type="spellStart"/>
      <w:r>
        <w:rPr>
          <w:rFonts w:eastAsia="Arial"/>
          <w:color w:val="17365D"/>
          <w:sz w:val="17"/>
        </w:rPr>
        <w:t>Aufgaben</w:t>
      </w:r>
      <w:proofErr w:type="spellEnd"/>
      <w:r>
        <w:rPr>
          <w:rFonts w:eastAsia="Arial"/>
          <w:color w:val="17365D"/>
          <w:sz w:val="17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5216"/>
        <w:gridCol w:w="2268"/>
        <w:gridCol w:w="5443"/>
      </w:tblGrid>
      <w:tr w:rsidR="00417055" w14:paraId="425D673C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1B82D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Profil</w:t>
            </w:r>
            <w:proofErr w:type="spellEnd"/>
            <w:r>
              <w:rPr>
                <w:rFonts w:eastAsia="Arial"/>
                <w:color w:val="1F1F1F"/>
                <w:sz w:val="16"/>
              </w:rPr>
              <w:t>-ID</w:t>
            </w:r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34D7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0DD5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Name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eindeutige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Kennzeichnung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68BE6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B434689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4E3F5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Interne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Funktionsbezeichnung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0BE9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FC02AB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Arbeitgeber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ggf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. </w:t>
            </w:r>
            <w:proofErr w:type="spellStart"/>
            <w:r>
              <w:rPr>
                <w:rFonts w:eastAsia="Arial"/>
                <w:color w:val="1F1F1F"/>
                <w:sz w:val="16"/>
              </w:rPr>
              <w:t>Nachunternehmer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FF17D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01CC8903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F5E57C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Berufserfahrung</w:t>
            </w:r>
            <w:proofErr w:type="spellEnd"/>
          </w:p>
        </w:tc>
        <w:tc>
          <w:tcPr>
            <w:tcW w:w="5216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1BFA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[__ Jahre]</w:t>
            </w:r>
          </w:p>
        </w:tc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D2624E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Aktuelle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Funktion</w:t>
            </w:r>
            <w:proofErr w:type="spellEnd"/>
          </w:p>
        </w:tc>
        <w:tc>
          <w:tcPr>
            <w:tcW w:w="544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120EB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:rsidRPr="00224270" w14:paraId="62216DE8" w14:textId="77777777">
        <w:trPr>
          <w:cantSplit/>
          <w:jc w:val="center"/>
        </w:trPr>
        <w:tc>
          <w:tcPr>
            <w:tcW w:w="226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0E07B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Relevante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Zertifizierungen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Qualifikationen</w:t>
            </w:r>
            <w:proofErr w:type="spellEnd"/>
          </w:p>
        </w:tc>
        <w:tc>
          <w:tcPr>
            <w:tcW w:w="12927" w:type="dxa"/>
            <w:gridSpan w:val="3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07E7F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[Bezeichnung, Aussteller, ggf. Gültigkeit – nur fachlich relevante Nachweise]</w:t>
            </w:r>
          </w:p>
        </w:tc>
      </w:tr>
    </w:tbl>
    <w:p w14:paraId="378237B9" w14:textId="77777777" w:rsidR="00417055" w:rsidRDefault="00E53AA1">
      <w:pPr>
        <w:spacing w:before="60" w:after="20" w:line="240" w:lineRule="auto"/>
      </w:pPr>
      <w:r>
        <w:rPr>
          <w:rFonts w:eastAsia="Arial"/>
          <w:b/>
          <w:color w:val="0B4F7A"/>
          <w:sz w:val="19"/>
        </w:rPr>
        <w:t>A. N</w:t>
      </w:r>
      <w:proofErr w:type="spellStart"/>
      <w:r>
        <w:rPr>
          <w:rFonts w:eastAsia="Arial"/>
          <w:b/>
          <w:color w:val="0B4F7A"/>
          <w:sz w:val="19"/>
        </w:rPr>
        <w:t>achweis</w:t>
      </w:r>
      <w:proofErr w:type="spellEnd"/>
      <w:r>
        <w:rPr>
          <w:rFonts w:eastAsia="Arial"/>
          <w:b/>
          <w:color w:val="0B4F7A"/>
          <w:sz w:val="19"/>
        </w:rPr>
        <w:t xml:space="preserve"> der </w:t>
      </w:r>
      <w:proofErr w:type="spellStart"/>
      <w:r>
        <w:rPr>
          <w:rFonts w:eastAsia="Arial"/>
          <w:b/>
          <w:color w:val="0B4F7A"/>
          <w:sz w:val="19"/>
        </w:rPr>
        <w:t>Rollenanforderungen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  <w:gridCol w:w="7710"/>
      </w:tblGrid>
      <w:tr w:rsidR="00417055" w:rsidRPr="00224270" w14:paraId="62290542" w14:textId="77777777">
        <w:trPr>
          <w:cantSplit/>
          <w:tblHeader/>
          <w:jc w:val="center"/>
        </w:trPr>
        <w:tc>
          <w:tcPr>
            <w:tcW w:w="7483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A087E8" w14:textId="77777777" w:rsidR="00417055" w:rsidRDefault="00E53AA1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 xml:space="preserve">Zu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prüfende</w:t>
            </w:r>
            <w:proofErr w:type="spellEnd"/>
            <w:r>
              <w:rPr>
                <w:rFonts w:eastAsia="Arial"/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6"/>
              </w:rPr>
              <w:t>Rollenanforderung</w:t>
            </w:r>
            <w:proofErr w:type="spellEnd"/>
          </w:p>
        </w:tc>
        <w:tc>
          <w:tcPr>
            <w:tcW w:w="7710" w:type="dxa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8A7EA3" w14:textId="77777777" w:rsidR="00417055" w:rsidRPr="002A21D0" w:rsidRDefault="00E53AA1">
            <w:pPr>
              <w:spacing w:after="0" w:line="240" w:lineRule="auto"/>
              <w:jc w:val="center"/>
              <w:rPr>
                <w:lang w:val="de-DE"/>
              </w:rPr>
            </w:pPr>
            <w:r w:rsidRPr="002A21D0">
              <w:rPr>
                <w:rFonts w:eastAsia="Arial"/>
                <w:b/>
                <w:color w:val="FFFFFF"/>
                <w:sz w:val="16"/>
                <w:lang w:val="de-DE"/>
              </w:rPr>
              <w:t>Konkreter Nachweis der Person (Tätigkeit, Verantwortung, Projektbezug)</w:t>
            </w:r>
          </w:p>
        </w:tc>
      </w:tr>
      <w:tr w:rsidR="00417055" w14:paraId="66B6D7C9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BB135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Selbständige Bearbeitung klar abgegrenzter Aufgaben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A1E3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0C489E8D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811AC1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Analyse und strukturierte Aufbereitung von Informationen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EC24B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62B8F311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7518D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Fachliche Dokumentation und Erstellung von Konzeptbestandteilen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006F4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63D8772F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1C6F0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Vorbereitung und Nachbereitung von Workshops bzw. Mitarbeit bei Interviews und Analysen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9D76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6F67F57" w14:textId="77777777">
        <w:trPr>
          <w:cantSplit/>
          <w:jc w:val="center"/>
        </w:trPr>
        <w:tc>
          <w:tcPr>
            <w:tcW w:w="74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6122D7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Erstellung von Ergebnisunterlagen und strukturierte Zusammenarbeit mit erfahrenen Beratern bzw. dem Auftraggeber</w:t>
            </w:r>
          </w:p>
        </w:tc>
        <w:tc>
          <w:tcPr>
            <w:tcW w:w="7710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8240A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vom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Bewerber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konkret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097FFA16" w14:textId="77777777" w:rsidR="00417055" w:rsidRPr="002A21D0" w:rsidRDefault="00E53AA1">
      <w:pPr>
        <w:spacing w:before="40" w:after="20" w:line="240" w:lineRule="auto"/>
        <w:rPr>
          <w:lang w:val="de-DE"/>
        </w:rPr>
      </w:pPr>
      <w:r w:rsidRPr="002A21D0">
        <w:rPr>
          <w:rFonts w:eastAsia="Arial"/>
          <w:b/>
          <w:color w:val="0B4F7A"/>
          <w:lang w:val="de-DE"/>
        </w:rPr>
        <w:t>B. Fachliche Schwerpunkt-Leistungsfelder – maximal drei auswählen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63"/>
        <w:gridCol w:w="5063"/>
        <w:gridCol w:w="5068"/>
      </w:tblGrid>
      <w:tr w:rsidR="00417055" w14:paraId="56069FE2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9CA6E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LF1 – IT-Strategie und Innovation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7866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LF2 – IT-Governance, Demand, Portfolio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Steuerung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CBA60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LF3 – IT-Service-Management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Serviceorientierung</w:t>
            </w:r>
            <w:proofErr w:type="spellEnd"/>
          </w:p>
        </w:tc>
      </w:tr>
      <w:tr w:rsidR="00417055" w14:paraId="44C0E58E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3084FB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>☐ LF4 – Organisation, Operating Model und Prozesse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A6FE4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LF5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Architektur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, Sourcing, Provider- und </w:t>
            </w:r>
            <w:proofErr w:type="spellStart"/>
            <w:r>
              <w:rPr>
                <w:rFonts w:eastAsia="Arial"/>
                <w:color w:val="1F1F1F"/>
                <w:sz w:val="16"/>
              </w:rPr>
              <w:t>Lizenzmanagement</w:t>
            </w:r>
            <w:proofErr w:type="spellEnd"/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36E7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☐ LF6 – Security Governance, Risk, Compliance und IT-</w:t>
            </w:r>
            <w:proofErr w:type="spellStart"/>
            <w:r>
              <w:rPr>
                <w:rFonts w:eastAsia="Arial"/>
                <w:color w:val="1F1F1F"/>
                <w:sz w:val="16"/>
              </w:rPr>
              <w:t>Resilienz</w:t>
            </w:r>
            <w:proofErr w:type="spellEnd"/>
          </w:p>
        </w:tc>
      </w:tr>
      <w:tr w:rsidR="00417055" w:rsidRPr="00224270" w14:paraId="592FFD3D" w14:textId="77777777">
        <w:trPr>
          <w:cantSplit/>
          <w:jc w:val="center"/>
        </w:trPr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333FC5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LF7 – CRM,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Anliegenmanagement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und Business-Nähe</w:t>
            </w:r>
          </w:p>
        </w:tc>
        <w:tc>
          <w:tcPr>
            <w:tcW w:w="5063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223179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☐ LF8 – </w:t>
            </w:r>
            <w:proofErr w:type="spellStart"/>
            <w:r>
              <w:rPr>
                <w:rFonts w:eastAsia="Arial"/>
                <w:color w:val="1F1F1F"/>
                <w:sz w:val="16"/>
              </w:rPr>
              <w:t>Qualität</w:t>
            </w:r>
            <w:proofErr w:type="spellEnd"/>
            <w:r>
              <w:rPr>
                <w:rFonts w:eastAsia="Arial"/>
                <w:color w:val="1F1F1F"/>
                <w:sz w:val="16"/>
              </w:rPr>
              <w:t>, Reviews, KVP und Benchmarking</w:t>
            </w:r>
          </w:p>
        </w:tc>
        <w:tc>
          <w:tcPr>
            <w:tcW w:w="5068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D0BEAE" w14:textId="77777777" w:rsidR="00417055" w:rsidRPr="002A21D0" w:rsidRDefault="00E53AA1">
            <w:pPr>
              <w:spacing w:after="0" w:line="240" w:lineRule="auto"/>
              <w:rPr>
                <w:lang w:val="de-DE"/>
              </w:rPr>
            </w:pPr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☐ LF9 – Projekt-, Transformations- und </w:t>
            </w:r>
            <w:proofErr w:type="spellStart"/>
            <w:r w:rsidRPr="002A21D0">
              <w:rPr>
                <w:rFonts w:eastAsia="Arial"/>
                <w:color w:val="1F1F1F"/>
                <w:sz w:val="16"/>
                <w:lang w:val="de-DE"/>
              </w:rPr>
              <w:t>transitionsnahe</w:t>
            </w:r>
            <w:proofErr w:type="spellEnd"/>
            <w:r w:rsidRPr="002A21D0">
              <w:rPr>
                <w:rFonts w:eastAsia="Arial"/>
                <w:color w:val="1F1F1F"/>
                <w:sz w:val="16"/>
                <w:lang w:val="de-DE"/>
              </w:rPr>
              <w:t xml:space="preserve"> Unterstützung</w:t>
            </w:r>
          </w:p>
        </w:tc>
      </w:tr>
    </w:tbl>
    <w:p w14:paraId="2112F9E2" w14:textId="77777777" w:rsidR="00417055" w:rsidRDefault="00E53AA1">
      <w:pPr>
        <w:spacing w:before="40" w:after="20" w:line="240" w:lineRule="auto"/>
      </w:pPr>
      <w:r>
        <w:rPr>
          <w:rFonts w:eastAsia="Arial"/>
          <w:b/>
          <w:color w:val="0B4F7A"/>
        </w:rPr>
        <w:t>C. P</w:t>
      </w:r>
      <w:proofErr w:type="spellStart"/>
      <w:r>
        <w:rPr>
          <w:rFonts w:eastAsia="Arial"/>
          <w:b/>
          <w:color w:val="0B4F7A"/>
        </w:rPr>
        <w:t>ersönliche</w:t>
      </w:r>
      <w:proofErr w:type="spellEnd"/>
      <w:r>
        <w:rPr>
          <w:rFonts w:eastAsia="Arial"/>
          <w:b/>
          <w:color w:val="0B4F7A"/>
        </w:rPr>
        <w:t xml:space="preserve"> </w:t>
      </w:r>
      <w:proofErr w:type="spellStart"/>
      <w:r>
        <w:rPr>
          <w:rFonts w:eastAsia="Arial"/>
          <w:b/>
          <w:color w:val="0B4F7A"/>
        </w:rPr>
        <w:t>Projektbeispiele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5669"/>
        <w:gridCol w:w="1928"/>
        <w:gridCol w:w="5669"/>
      </w:tblGrid>
      <w:tr w:rsidR="00417055" w14:paraId="6422B1C5" w14:textId="77777777">
        <w:trPr>
          <w:cantSplit/>
          <w:jc w:val="center"/>
        </w:trPr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91C14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1</w:t>
            </w:r>
          </w:p>
        </w:tc>
        <w:tc>
          <w:tcPr>
            <w:tcW w:w="7597" w:type="dxa"/>
            <w:gridSpan w:val="2"/>
            <w:shd w:val="clear" w:color="auto" w:fill="0B4F7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872853" w14:textId="77777777" w:rsidR="00417055" w:rsidRPr="00C223FE" w:rsidRDefault="00E53AA1">
            <w:pPr>
              <w:spacing w:after="0" w:line="240" w:lineRule="auto"/>
              <w:jc w:val="center"/>
              <w:rPr>
                <w:color w:val="FFFFFF" w:themeColor="background1"/>
              </w:rPr>
            </w:pPr>
            <w:proofErr w:type="spellStart"/>
            <w:r w:rsidRPr="00C223FE">
              <w:rPr>
                <w:rFonts w:eastAsia="Arial"/>
                <w:color w:val="FFFFFF" w:themeColor="background1"/>
                <w:sz w:val="16"/>
              </w:rPr>
              <w:t>Projektbeispiel</w:t>
            </w:r>
            <w:proofErr w:type="spellEnd"/>
            <w:r w:rsidRPr="00C223FE">
              <w:rPr>
                <w:rFonts w:eastAsia="Arial"/>
                <w:color w:val="FFFFFF" w:themeColor="background1"/>
                <w:sz w:val="16"/>
              </w:rPr>
              <w:t xml:space="preserve"> 2</w:t>
            </w:r>
          </w:p>
        </w:tc>
      </w:tr>
      <w:tr w:rsidR="00417055" w14:paraId="40AE8375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AC68F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0165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50E5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 xml:space="preserve">Projekt /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Auftraggeber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5306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30A8C094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F60782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ABE32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F784F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Zeitraum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727A6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1335B9EB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0CD39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FDED48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4BA6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Leistungsfeld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(LF)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EEB8D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6A81BB03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2A2D7D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1FC1F7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10B5B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Rolle</w:t>
            </w:r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D67BE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28EF1829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05DE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4E108C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DB137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Aufgaben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4431A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  <w:tr w:rsidR="00417055" w14:paraId="74388F07" w14:textId="77777777">
        <w:trPr>
          <w:cantSplit/>
          <w:jc w:val="center"/>
        </w:trPr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7E9CF5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84875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  <w:tc>
          <w:tcPr>
            <w:tcW w:w="1928" w:type="dxa"/>
            <w:shd w:val="clear" w:color="auto" w:fill="F3F6F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08840" w14:textId="77777777" w:rsidR="00417055" w:rsidRDefault="00E53AA1">
            <w:pPr>
              <w:spacing w:after="0" w:line="240" w:lineRule="auto"/>
            </w:pPr>
            <w:proofErr w:type="spellStart"/>
            <w:r>
              <w:rPr>
                <w:rFonts w:eastAsia="Arial"/>
                <w:color w:val="1F1F1F"/>
                <w:sz w:val="16"/>
              </w:rPr>
              <w:t>Persönlich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verantwortete</w:t>
            </w:r>
            <w:proofErr w:type="spellEnd"/>
            <w:r>
              <w:rPr>
                <w:rFonts w:eastAsia="Arial"/>
                <w:color w:val="1F1F1F"/>
                <w:sz w:val="16"/>
              </w:rPr>
              <w:t xml:space="preserve"> </w:t>
            </w:r>
            <w:proofErr w:type="spellStart"/>
            <w:r>
              <w:rPr>
                <w:rFonts w:eastAsia="Arial"/>
                <w:color w:val="1F1F1F"/>
                <w:sz w:val="16"/>
              </w:rPr>
              <w:t>Ergebnisse</w:t>
            </w:r>
            <w:proofErr w:type="spellEnd"/>
          </w:p>
        </w:tc>
        <w:tc>
          <w:tcPr>
            <w:tcW w:w="5669" w:type="dxa"/>
            <w:shd w:val="clear" w:color="auto" w:fill="FFFBE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7A743" w14:textId="77777777" w:rsidR="00417055" w:rsidRDefault="00E53AA1">
            <w:pPr>
              <w:spacing w:after="0" w:line="240" w:lineRule="auto"/>
            </w:pPr>
            <w:r>
              <w:rPr>
                <w:rFonts w:eastAsia="Arial"/>
                <w:color w:val="1F1F1F"/>
                <w:sz w:val="16"/>
              </w:rPr>
              <w:t>[</w:t>
            </w:r>
            <w:proofErr w:type="spellStart"/>
            <w:r>
              <w:rPr>
                <w:rFonts w:eastAsia="Arial"/>
                <w:color w:val="1F1F1F"/>
                <w:sz w:val="16"/>
              </w:rPr>
              <w:t>auszufüllen</w:t>
            </w:r>
            <w:proofErr w:type="spellEnd"/>
            <w:r>
              <w:rPr>
                <w:rFonts w:eastAsia="Arial"/>
                <w:color w:val="1F1F1F"/>
                <w:sz w:val="16"/>
              </w:rPr>
              <w:t>]</w:t>
            </w:r>
          </w:p>
        </w:tc>
      </w:tr>
    </w:tbl>
    <w:p w14:paraId="38D3E9A4" w14:textId="77777777" w:rsidR="00E53AA1" w:rsidRDefault="00E53AA1"/>
    <w:sectPr w:rsidR="00E53AA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82" w:right="567" w:bottom="39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A201D" w14:textId="77777777" w:rsidR="00272FBE" w:rsidRDefault="00272FBE">
      <w:pPr>
        <w:spacing w:after="0" w:line="240" w:lineRule="auto"/>
      </w:pPr>
      <w:r>
        <w:separator/>
      </w:r>
    </w:p>
  </w:endnote>
  <w:endnote w:type="continuationSeparator" w:id="0">
    <w:p w14:paraId="4B857AC8" w14:textId="77777777" w:rsidR="00272FBE" w:rsidRDefault="00272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6E30D" w14:textId="77777777" w:rsidR="00224270" w:rsidRDefault="0022427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A5C5F" w14:textId="77777777" w:rsidR="00417055" w:rsidRPr="002A21D0" w:rsidRDefault="00E53AA1">
    <w:pPr>
      <w:pStyle w:val="Fuzeile"/>
      <w:jc w:val="center"/>
      <w:rPr>
        <w:lang w:val="de-DE"/>
      </w:rPr>
    </w:pPr>
    <w:r w:rsidRPr="002A21D0">
      <w:rPr>
        <w:rFonts w:eastAsia="Arial"/>
        <w:color w:val="666666"/>
        <w:sz w:val="15"/>
        <w:lang w:val="de-DE"/>
      </w:rPr>
      <w:t>SBK – Ausschreibung IT-Beratung | Arbeitsstand 23.09.2026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A20F5" w14:textId="77777777" w:rsidR="00224270" w:rsidRDefault="0022427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1C4C7" w14:textId="77777777" w:rsidR="00272FBE" w:rsidRDefault="00272FBE">
      <w:pPr>
        <w:spacing w:after="0" w:line="240" w:lineRule="auto"/>
      </w:pPr>
      <w:r>
        <w:separator/>
      </w:r>
    </w:p>
  </w:footnote>
  <w:footnote w:type="continuationSeparator" w:id="0">
    <w:p w14:paraId="1D87E792" w14:textId="77777777" w:rsidR="00272FBE" w:rsidRDefault="00272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2CF45" w14:textId="77777777" w:rsidR="00224270" w:rsidRDefault="0022427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AAC86" w14:textId="77777777" w:rsidR="00417055" w:rsidRDefault="00417055">
    <w:pPr>
      <w:pStyle w:val="Kopfzeil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01"/>
      <w:gridCol w:w="13606"/>
    </w:tblGrid>
    <w:tr w:rsidR="00417055" w14:paraId="0A03B564" w14:textId="77777777">
      <w:trPr>
        <w:jc w:val="center"/>
      </w:trPr>
      <w:tc>
        <w:tcPr>
          <w:tcW w:w="1701" w:type="dxa"/>
        </w:tcPr>
        <w:p w14:paraId="66A93F48" w14:textId="37AFAA61" w:rsidR="00417055" w:rsidRDefault="0000388A">
          <w:r w:rsidRPr="005638F1">
            <w:rPr>
              <w:rFonts w:cs="Arial"/>
              <w:noProof/>
            </w:rPr>
            <w:drawing>
              <wp:inline distT="0" distB="0" distL="0" distR="0" wp14:anchorId="69281591" wp14:editId="55DCF384">
                <wp:extent cx="636423" cy="239719"/>
                <wp:effectExtent l="0" t="0" r="0" b="8255"/>
                <wp:docPr id="2" name="shp_Logo_p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6052145" name="shp_Logo_pur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709" cy="242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06" w:type="dxa"/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2F705B59" w14:textId="77777777" w:rsidR="00224270" w:rsidRPr="00224270" w:rsidRDefault="00224270" w:rsidP="00224270">
          <w:pPr>
            <w:spacing w:after="0" w:line="240" w:lineRule="auto"/>
            <w:rPr>
              <w:rFonts w:eastAsia="Arial"/>
              <w:b/>
              <w:color w:val="17365D"/>
              <w:sz w:val="17"/>
              <w:lang w:val="de-DE"/>
            </w:rPr>
          </w:pPr>
          <w:r w:rsidRPr="00224270">
            <w:rPr>
              <w:rFonts w:eastAsia="Arial"/>
              <w:b/>
              <w:color w:val="17365D"/>
              <w:sz w:val="17"/>
              <w:lang w:val="de-DE"/>
            </w:rPr>
            <w:t xml:space="preserve">  </w:t>
          </w:r>
          <w:r w:rsidRPr="00224270">
            <w:rPr>
              <w:rFonts w:eastAsia="Arial"/>
              <w:b/>
              <w:color w:val="17365D"/>
              <w:sz w:val="17"/>
              <w:lang w:val="de-DE"/>
            </w:rPr>
            <w:t>Ausschreibung „IT-Beratung – konzeptionelle Beratungs- und Unterstützungsleistungen für die SBK“</w:t>
          </w:r>
        </w:p>
        <w:p w14:paraId="05EDAC9D" w14:textId="046D3CDA" w:rsidR="00417055" w:rsidRDefault="00224270" w:rsidP="00224270">
          <w:pPr>
            <w:spacing w:after="0" w:line="240" w:lineRule="auto"/>
            <w:jc w:val="right"/>
          </w:pPr>
          <w:r w:rsidRPr="00224270">
            <w:rPr>
              <w:rFonts w:eastAsia="Arial"/>
              <w:b/>
              <w:color w:val="17365D"/>
              <w:sz w:val="17"/>
            </w:rPr>
            <w:t xml:space="preserve">Anlage – </w:t>
          </w:r>
          <w:proofErr w:type="spellStart"/>
          <w:r w:rsidRPr="00224270">
            <w:rPr>
              <w:rFonts w:eastAsia="Arial"/>
              <w:b/>
              <w:color w:val="17365D"/>
              <w:sz w:val="17"/>
            </w:rPr>
            <w:t>Vordruck</w:t>
          </w:r>
          <w:proofErr w:type="spellEnd"/>
          <w:r w:rsidRPr="00224270">
            <w:rPr>
              <w:rFonts w:eastAsia="Arial"/>
              <w:b/>
              <w:color w:val="17365D"/>
              <w:sz w:val="17"/>
            </w:rPr>
            <w:t xml:space="preserve"> </w:t>
          </w:r>
          <w:proofErr w:type="spellStart"/>
          <w:r w:rsidRPr="00224270">
            <w:rPr>
              <w:rFonts w:eastAsia="Arial"/>
              <w:b/>
              <w:color w:val="17365D"/>
              <w:sz w:val="17"/>
            </w:rPr>
            <w:t>Leistungsfeldreferenzen</w:t>
          </w:r>
          <w:r w:rsidR="00E53AA1">
            <w:rPr>
              <w:rFonts w:eastAsia="Arial"/>
              <w:b/>
              <w:color w:val="17365D"/>
              <w:sz w:val="17"/>
            </w:rPr>
            <w:t>Anlage</w:t>
          </w:r>
          <w:proofErr w:type="spellEnd"/>
          <w:r w:rsidR="00E53AA1">
            <w:rPr>
              <w:rFonts w:eastAsia="Arial"/>
              <w:b/>
              <w:color w:val="17365D"/>
              <w:sz w:val="17"/>
            </w:rPr>
            <w:t xml:space="preserve"> – </w:t>
          </w:r>
          <w:proofErr w:type="spellStart"/>
          <w:r w:rsidR="00E53AA1">
            <w:rPr>
              <w:rFonts w:eastAsia="Arial"/>
              <w:b/>
              <w:color w:val="17365D"/>
              <w:sz w:val="17"/>
            </w:rPr>
            <w:t>Mitarbeiterprofile</w:t>
          </w:r>
          <w:proofErr w:type="spellEnd"/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DB091" w14:textId="77777777" w:rsidR="00224270" w:rsidRDefault="0022427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6874126">
    <w:abstractNumId w:val="8"/>
  </w:num>
  <w:num w:numId="2" w16cid:durableId="1653561949">
    <w:abstractNumId w:val="6"/>
  </w:num>
  <w:num w:numId="3" w16cid:durableId="1851067095">
    <w:abstractNumId w:val="5"/>
  </w:num>
  <w:num w:numId="4" w16cid:durableId="444035857">
    <w:abstractNumId w:val="4"/>
  </w:num>
  <w:num w:numId="5" w16cid:durableId="1332027396">
    <w:abstractNumId w:val="7"/>
  </w:num>
  <w:num w:numId="6" w16cid:durableId="641426218">
    <w:abstractNumId w:val="3"/>
  </w:num>
  <w:num w:numId="7" w16cid:durableId="566577509">
    <w:abstractNumId w:val="2"/>
  </w:num>
  <w:num w:numId="8" w16cid:durableId="1229881172">
    <w:abstractNumId w:val="1"/>
  </w:num>
  <w:num w:numId="9" w16cid:durableId="1795708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88A"/>
    <w:rsid w:val="00034616"/>
    <w:rsid w:val="0006063C"/>
    <w:rsid w:val="000E6F22"/>
    <w:rsid w:val="00147527"/>
    <w:rsid w:val="0015074B"/>
    <w:rsid w:val="001F4D7E"/>
    <w:rsid w:val="00224270"/>
    <w:rsid w:val="00272FBE"/>
    <w:rsid w:val="0029639D"/>
    <w:rsid w:val="002A21D0"/>
    <w:rsid w:val="00326F90"/>
    <w:rsid w:val="00366AAE"/>
    <w:rsid w:val="00375B6A"/>
    <w:rsid w:val="00417055"/>
    <w:rsid w:val="004E7AD8"/>
    <w:rsid w:val="005079DC"/>
    <w:rsid w:val="005226B3"/>
    <w:rsid w:val="005A6A46"/>
    <w:rsid w:val="005D5F3A"/>
    <w:rsid w:val="006748B2"/>
    <w:rsid w:val="006B3E58"/>
    <w:rsid w:val="007C6FDE"/>
    <w:rsid w:val="008039F0"/>
    <w:rsid w:val="00AA1D8D"/>
    <w:rsid w:val="00AA53A0"/>
    <w:rsid w:val="00B47730"/>
    <w:rsid w:val="00C223FE"/>
    <w:rsid w:val="00C34CF1"/>
    <w:rsid w:val="00C467B5"/>
    <w:rsid w:val="00CB0664"/>
    <w:rsid w:val="00D1577E"/>
    <w:rsid w:val="00E05BD9"/>
    <w:rsid w:val="00E31077"/>
    <w:rsid w:val="00E47ECA"/>
    <w:rsid w:val="00E53AA1"/>
    <w:rsid w:val="00ED3760"/>
    <w:rsid w:val="00F128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C5E8E2"/>
  <w14:defaultImageDpi w14:val="300"/>
  <w15:docId w15:val="{DFE09E78-5663-416E-8642-4B24A5CF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0B4F7A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100"/>
      <w:outlineLvl w:val="2"/>
    </w:pPr>
    <w:rPr>
      <w:rFonts w:asciiTheme="majorHAnsi" w:eastAsiaTheme="majorEastAsia" w:hAnsiTheme="majorHAnsi" w:cstheme="majorBidi"/>
      <w:b/>
      <w:bCs/>
      <w:color w:val="17365D"/>
      <w:sz w:val="20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6B3E5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B3E5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B3E58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B3E5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B3E58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3426</Words>
  <Characters>21585</Characters>
  <Application>Microsoft Office Word</Application>
  <DocSecurity>0</DocSecurity>
  <Lines>179</Lines>
  <Paragraphs>49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24962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Weiß, Franz (SBK)</cp:lastModifiedBy>
  <cp:revision>13</cp:revision>
  <dcterms:created xsi:type="dcterms:W3CDTF">2013-12-23T23:15:00Z</dcterms:created>
  <dcterms:modified xsi:type="dcterms:W3CDTF">2026-10-29T08:39:00Z</dcterms:modified>
  <cp:category/>
</cp:coreProperties>
</file>