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B78130" w14:textId="7F5A33FB" w:rsidR="00366253" w:rsidRDefault="00366253" w:rsidP="00366253">
      <w:pPr>
        <w:spacing w:before="120" w:after="40" w:line="240" w:lineRule="auto"/>
        <w:rPr>
          <w:sz w:val="24"/>
          <w:szCs w:val="24"/>
          <w:lang w:val="de-DE"/>
        </w:rPr>
      </w:pPr>
      <w:r>
        <w:rPr>
          <w:b/>
          <w:bCs/>
          <w:sz w:val="24"/>
          <w:szCs w:val="24"/>
          <w:u w:val="single"/>
          <w:lang w:val="de-DE"/>
        </w:rPr>
        <w:t>Wichtiger Hinweis zur Gültigkeit der Leistungsfeldreferenzen</w:t>
      </w:r>
      <w:r>
        <w:rPr>
          <w:sz w:val="24"/>
          <w:szCs w:val="24"/>
          <w:lang w:val="de-DE"/>
        </w:rPr>
        <w:t xml:space="preserve">: </w:t>
      </w:r>
    </w:p>
    <w:p w14:paraId="11E40CFF" w14:textId="4DF7C25F" w:rsidR="00366253" w:rsidRDefault="00366253" w:rsidP="00366253">
      <w:pPr>
        <w:spacing w:before="120" w:after="40" w:line="240" w:lineRule="auto"/>
        <w:rPr>
          <w:b/>
          <w:color w:val="17365D"/>
          <w:sz w:val="24"/>
          <w:szCs w:val="24"/>
          <w:lang w:val="de-DE"/>
        </w:rPr>
      </w:pPr>
      <w:r w:rsidRPr="00366253">
        <w:rPr>
          <w:b/>
          <w:bCs/>
          <w:sz w:val="24"/>
          <w:szCs w:val="24"/>
          <w:lang w:val="de-DE"/>
        </w:rPr>
        <w:t>Die Leistungsfeldreferenzen müssen spätestens zum Ablauf der Frist zur Einreichung der Teilnahmeanträge im Teilnahmewettbewerb abgeschlossen sein.</w:t>
      </w:r>
      <w:r>
        <w:rPr>
          <w:b/>
          <w:bCs/>
          <w:sz w:val="24"/>
          <w:szCs w:val="24"/>
          <w:lang w:val="de-DE"/>
        </w:rPr>
        <w:t xml:space="preserve"> Die Nichteinhaltung führt zum Ausschluss aus dem Vergabeverfahren.</w:t>
      </w:r>
    </w:p>
    <w:p w14:paraId="71FBCB69" w14:textId="77777777" w:rsidR="00366253" w:rsidRDefault="00366253">
      <w:pPr>
        <w:spacing w:before="120" w:after="40" w:line="240" w:lineRule="auto"/>
        <w:rPr>
          <w:b/>
          <w:color w:val="17365D"/>
          <w:sz w:val="40"/>
          <w:lang w:val="de-DE"/>
        </w:rPr>
      </w:pPr>
    </w:p>
    <w:p w14:paraId="26B03A60" w14:textId="240F1741" w:rsidR="00E84B84" w:rsidRPr="00191757" w:rsidRDefault="001E0666">
      <w:pPr>
        <w:spacing w:before="120" w:after="40" w:line="240" w:lineRule="auto"/>
        <w:rPr>
          <w:lang w:val="de-DE"/>
        </w:rPr>
      </w:pPr>
      <w:r w:rsidRPr="00E05BED">
        <w:rPr>
          <w:b/>
          <w:color w:val="17365D"/>
          <w:sz w:val="40"/>
          <w:lang w:val="de-DE"/>
        </w:rPr>
        <w:t>Leistungsfeldreferenz 1 – Integrationsreferenz</w:t>
      </w:r>
    </w:p>
    <w:p w14:paraId="51BC32FD" w14:textId="77777777" w:rsidR="00E84B84" w:rsidRPr="00191757" w:rsidRDefault="008D034A">
      <w:pPr>
        <w:spacing w:after="160" w:line="240" w:lineRule="auto"/>
        <w:rPr>
          <w:lang w:val="de-DE"/>
        </w:rPr>
      </w:pPr>
      <w:r w:rsidRPr="00191757">
        <w:rPr>
          <w:rFonts w:eastAsia="Arial"/>
          <w:color w:val="5B6570"/>
          <w:sz w:val="20"/>
          <w:lang w:val="de-DE"/>
        </w:rPr>
        <w:t>Nachweis der fachlichen Leistungsfähigkeit des Bewerbers in den Leistungsfeldern LF1 bis LF9</w:t>
      </w:r>
    </w:p>
    <w:p w14:paraId="3BFD0401" w14:textId="77777777" w:rsidR="00E84B84" w:rsidRPr="00191757" w:rsidRDefault="00E84B84">
      <w:pPr>
        <w:pBdr>
          <w:bottom w:val="single" w:sz="12" w:space="1" w:color="0B4F7A"/>
        </w:pBdr>
        <w:spacing w:after="80"/>
        <w:rPr>
          <w:lang w:val="de-DE"/>
        </w:rPr>
      </w:pPr>
    </w:p>
    <w:tbl>
      <w:tblPr>
        <w:tblW w:w="0" w:type="auto"/>
        <w:jc w:val="center"/>
        <w:tblLayout w:type="fixed"/>
        <w:tblLook w:val="04A0" w:firstRow="1" w:lastRow="0" w:firstColumn="1" w:lastColumn="0" w:noHBand="0" w:noVBand="1"/>
      </w:tblPr>
      <w:tblGrid>
        <w:gridCol w:w="15194"/>
      </w:tblGrid>
      <w:tr w:rsidR="00E84B84" w14:paraId="3CE2D227" w14:textId="77777777">
        <w:trPr>
          <w:jc w:val="center"/>
        </w:trPr>
        <w:tc>
          <w:tcPr>
            <w:tcW w:w="15194" w:type="dxa"/>
            <w:shd w:val="clear" w:color="auto" w:fill="D9EAF7"/>
            <w:tcMar>
              <w:top w:w="40" w:type="dxa"/>
              <w:left w:w="80" w:type="dxa"/>
              <w:bottom w:w="40" w:type="dxa"/>
              <w:right w:w="80" w:type="dxa"/>
            </w:tcMar>
            <w:vAlign w:val="center"/>
          </w:tcPr>
          <w:p w14:paraId="681F4F82" w14:textId="77777777" w:rsidR="00E11C75" w:rsidRDefault="00BA2CF2">
            <w:r w:rsidRPr="00E05BED">
              <w:rPr>
                <w:lang w:val="de-DE"/>
              </w:rPr>
              <w:t xml:space="preserve">Referenz 1 ist als Integrationsreferenz einzureichen. Das Referenzprojekt soll konkrete Leistungsbeiträge in mehreren Leistungsfeldern LF1 bis LF9 nachweisen. Das primäre Leistungsfeld ist unter den Projektdaten anzugeben; weitere Leistungsfelder können ergänzend zugeordnet werden, wenn der jeweilige Leistungsanteil konkret und nachvollziehbar beschrieben wird. </w:t>
            </w:r>
            <w:r>
              <w:t xml:space="preserve">Die </w:t>
            </w:r>
            <w:proofErr w:type="spellStart"/>
            <w:r>
              <w:t>reine</w:t>
            </w:r>
            <w:proofErr w:type="spellEnd"/>
            <w:r>
              <w:t xml:space="preserve"> </w:t>
            </w:r>
            <w:proofErr w:type="spellStart"/>
            <w:r>
              <w:t>Anzahl</w:t>
            </w:r>
            <w:proofErr w:type="spellEnd"/>
            <w:r>
              <w:t xml:space="preserve"> </w:t>
            </w:r>
            <w:proofErr w:type="spellStart"/>
            <w:r>
              <w:t>gesetzter</w:t>
            </w:r>
            <w:proofErr w:type="spellEnd"/>
            <w:r>
              <w:t xml:space="preserve"> </w:t>
            </w:r>
            <w:proofErr w:type="spellStart"/>
            <w:r>
              <w:t>Zuordnungen</w:t>
            </w:r>
            <w:proofErr w:type="spellEnd"/>
            <w:r>
              <w:t xml:space="preserve"> </w:t>
            </w:r>
            <w:proofErr w:type="spellStart"/>
            <w:r>
              <w:t>wird</w:t>
            </w:r>
            <w:proofErr w:type="spellEnd"/>
            <w:r>
              <w:t xml:space="preserve"> nicht </w:t>
            </w:r>
            <w:proofErr w:type="spellStart"/>
            <w:r>
              <w:t>positiv</w:t>
            </w:r>
            <w:proofErr w:type="spellEnd"/>
            <w:r>
              <w:t xml:space="preserve"> </w:t>
            </w:r>
            <w:proofErr w:type="spellStart"/>
            <w:r>
              <w:t>bewertet</w:t>
            </w:r>
            <w:proofErr w:type="spellEnd"/>
            <w:r>
              <w:t>.</w:t>
            </w:r>
          </w:p>
        </w:tc>
      </w:tr>
    </w:tbl>
    <w:p w14:paraId="64A4ECB8" w14:textId="77777777" w:rsidR="00E84B84" w:rsidRDefault="008D034A">
      <w:pPr>
        <w:spacing w:after="40" w:line="240" w:lineRule="auto"/>
      </w:pPr>
      <w:r>
        <w:rPr>
          <w:rFonts w:eastAsia="Arial"/>
          <w:b/>
          <w:color w:val="0B4F7A"/>
          <w:sz w:val="22"/>
        </w:rPr>
        <w:t xml:space="preserve">1. </w:t>
      </w:r>
      <w:proofErr w:type="spellStart"/>
      <w:r>
        <w:rPr>
          <w:rFonts w:eastAsia="Arial"/>
          <w:b/>
          <w:color w:val="0B4F7A"/>
          <w:sz w:val="22"/>
        </w:rPr>
        <w:t>Projektdaten</w:t>
      </w:r>
      <w:proofErr w:type="spellEnd"/>
    </w:p>
    <w:tbl>
      <w:tblPr>
        <w:tblW w:w="0" w:type="auto"/>
        <w:jc w:val="center"/>
        <w:tblLayout w:type="fixed"/>
        <w:tblLook w:val="04A0" w:firstRow="1" w:lastRow="0" w:firstColumn="1" w:lastColumn="0" w:noHBand="0" w:noVBand="1"/>
      </w:tblPr>
      <w:tblGrid>
        <w:gridCol w:w="3969"/>
        <w:gridCol w:w="11225"/>
      </w:tblGrid>
      <w:tr w:rsidR="00E84B84" w14:paraId="5F1DCE46" w14:textId="77777777">
        <w:trPr>
          <w:cantSplit/>
          <w:jc w:val="center"/>
        </w:trPr>
        <w:tc>
          <w:tcPr>
            <w:tcW w:w="3969" w:type="dxa"/>
            <w:shd w:val="clear" w:color="auto" w:fill="F3F6F8"/>
            <w:tcMar>
              <w:top w:w="40" w:type="dxa"/>
              <w:left w:w="80" w:type="dxa"/>
              <w:bottom w:w="40" w:type="dxa"/>
              <w:right w:w="80" w:type="dxa"/>
            </w:tcMar>
            <w:vAlign w:val="center"/>
          </w:tcPr>
          <w:p w14:paraId="261A44C8" w14:textId="77777777" w:rsidR="00E84B84" w:rsidRDefault="008D034A">
            <w:pPr>
              <w:spacing w:after="0" w:line="240" w:lineRule="auto"/>
            </w:pPr>
            <w:proofErr w:type="spellStart"/>
            <w:r>
              <w:rPr>
                <w:rFonts w:eastAsia="Arial"/>
                <w:color w:val="1F1F1F"/>
                <w:sz w:val="16"/>
              </w:rPr>
              <w:t>Referenz</w:t>
            </w:r>
            <w:proofErr w:type="spellEnd"/>
            <w:r>
              <w:rPr>
                <w:rFonts w:eastAsia="Arial"/>
                <w:color w:val="1F1F1F"/>
                <w:sz w:val="16"/>
              </w:rPr>
              <w:t>-ID</w:t>
            </w:r>
          </w:p>
        </w:tc>
        <w:tc>
          <w:tcPr>
            <w:tcW w:w="11225" w:type="dxa"/>
            <w:shd w:val="clear" w:color="auto" w:fill="FFFBEA"/>
            <w:tcMar>
              <w:top w:w="40" w:type="dxa"/>
              <w:left w:w="80" w:type="dxa"/>
              <w:bottom w:w="40" w:type="dxa"/>
              <w:right w:w="80" w:type="dxa"/>
            </w:tcMar>
            <w:vAlign w:val="center"/>
          </w:tcPr>
          <w:p w14:paraId="58CD82BF" w14:textId="77777777" w:rsidR="00E84B84" w:rsidRDefault="008D034A">
            <w:pPr>
              <w:spacing w:after="0" w:line="240" w:lineRule="auto"/>
            </w:pPr>
            <w:r>
              <w:rPr>
                <w:rFonts w:eastAsia="Arial"/>
                <w:color w:val="1F1F1F"/>
                <w:sz w:val="16"/>
              </w:rPr>
              <w:t>REF-01</w:t>
            </w:r>
          </w:p>
        </w:tc>
      </w:tr>
      <w:tr w:rsidR="00E11C75" w14:paraId="5935BD2D" w14:textId="77777777">
        <w:trPr>
          <w:jc w:val="center"/>
        </w:trPr>
        <w:tc>
          <w:tcPr>
            <w:tcW w:w="3969" w:type="dxa"/>
          </w:tcPr>
          <w:p w14:paraId="143A0AD7" w14:textId="77777777" w:rsidR="00E11C75" w:rsidRDefault="00BA2CF2">
            <w:proofErr w:type="spellStart"/>
            <w:r>
              <w:t>Primäres</w:t>
            </w:r>
            <w:proofErr w:type="spellEnd"/>
            <w:r>
              <w:t xml:space="preserve"> </w:t>
            </w:r>
            <w:proofErr w:type="spellStart"/>
            <w:r>
              <w:t>Leistungsfeld</w:t>
            </w:r>
            <w:proofErr w:type="spellEnd"/>
            <w:r>
              <w:t xml:space="preserve"> (LF1–LF9)</w:t>
            </w:r>
          </w:p>
        </w:tc>
        <w:tc>
          <w:tcPr>
            <w:tcW w:w="11225" w:type="dxa"/>
          </w:tcPr>
          <w:p w14:paraId="11BEA111" w14:textId="77777777" w:rsidR="00E11C75" w:rsidRDefault="00BA2CF2">
            <w:r>
              <w:t>[</w:t>
            </w:r>
            <w:proofErr w:type="spellStart"/>
            <w:r>
              <w:t>vom</w:t>
            </w:r>
            <w:proofErr w:type="spellEnd"/>
            <w:r>
              <w:t xml:space="preserve"> </w:t>
            </w:r>
            <w:proofErr w:type="spellStart"/>
            <w:r>
              <w:t>Bewerber</w:t>
            </w:r>
            <w:proofErr w:type="spellEnd"/>
            <w:r>
              <w:t xml:space="preserve"> </w:t>
            </w:r>
            <w:proofErr w:type="spellStart"/>
            <w:r>
              <w:t>auszufüllen</w:t>
            </w:r>
            <w:proofErr w:type="spellEnd"/>
            <w:r>
              <w:t>]</w:t>
            </w:r>
          </w:p>
        </w:tc>
      </w:tr>
      <w:tr w:rsidR="00E84B84" w14:paraId="7D3224EE" w14:textId="77777777">
        <w:trPr>
          <w:cantSplit/>
          <w:jc w:val="center"/>
        </w:trPr>
        <w:tc>
          <w:tcPr>
            <w:tcW w:w="3969" w:type="dxa"/>
            <w:shd w:val="clear" w:color="auto" w:fill="F3F6F8"/>
            <w:tcMar>
              <w:top w:w="40" w:type="dxa"/>
              <w:left w:w="80" w:type="dxa"/>
              <w:bottom w:w="40" w:type="dxa"/>
              <w:right w:w="80" w:type="dxa"/>
            </w:tcMar>
            <w:vAlign w:val="center"/>
          </w:tcPr>
          <w:p w14:paraId="157F3B0F" w14:textId="77777777" w:rsidR="00E84B84" w:rsidRDefault="008D034A">
            <w:pPr>
              <w:spacing w:after="0" w:line="240" w:lineRule="auto"/>
            </w:pPr>
            <w:proofErr w:type="spellStart"/>
            <w:r>
              <w:rPr>
                <w:rFonts w:eastAsia="Arial"/>
                <w:color w:val="1F1F1F"/>
                <w:sz w:val="16"/>
              </w:rPr>
              <w:t>Abgeschlossenes</w:t>
            </w:r>
            <w:proofErr w:type="spellEnd"/>
            <w:r>
              <w:rPr>
                <w:rFonts w:eastAsia="Arial"/>
                <w:color w:val="1F1F1F"/>
                <w:sz w:val="16"/>
              </w:rPr>
              <w:t xml:space="preserve"> Projekt / </w:t>
            </w:r>
            <w:proofErr w:type="spellStart"/>
            <w:r>
              <w:rPr>
                <w:rFonts w:eastAsia="Arial"/>
                <w:color w:val="1F1F1F"/>
                <w:sz w:val="16"/>
              </w:rPr>
              <w:t>Vorhaben</w:t>
            </w:r>
            <w:proofErr w:type="spellEnd"/>
          </w:p>
        </w:tc>
        <w:tc>
          <w:tcPr>
            <w:tcW w:w="11225" w:type="dxa"/>
            <w:shd w:val="clear" w:color="auto" w:fill="FFFBEA"/>
            <w:tcMar>
              <w:top w:w="40" w:type="dxa"/>
              <w:left w:w="80" w:type="dxa"/>
              <w:bottom w:w="40" w:type="dxa"/>
              <w:right w:w="80" w:type="dxa"/>
            </w:tcMar>
            <w:vAlign w:val="center"/>
          </w:tcPr>
          <w:p w14:paraId="4D0969F1" w14:textId="77777777" w:rsidR="00E84B84" w:rsidRDefault="008D034A">
            <w:pPr>
              <w:spacing w:after="0" w:line="240" w:lineRule="auto"/>
            </w:pPr>
            <w:r>
              <w:rPr>
                <w:rFonts w:eastAsia="Arial"/>
                <w:color w:val="1F1F1F"/>
                <w:sz w:val="16"/>
              </w:rPr>
              <w:t>[</w:t>
            </w:r>
            <w:proofErr w:type="spellStart"/>
            <w:r>
              <w:rPr>
                <w:rFonts w:eastAsia="Arial"/>
                <w:color w:val="1F1F1F"/>
                <w:sz w:val="16"/>
              </w:rPr>
              <w:t>vom</w:t>
            </w:r>
            <w:proofErr w:type="spellEnd"/>
            <w:r>
              <w:rPr>
                <w:rFonts w:eastAsia="Arial"/>
                <w:color w:val="1F1F1F"/>
                <w:sz w:val="16"/>
              </w:rPr>
              <w:t xml:space="preserve"> </w:t>
            </w:r>
            <w:proofErr w:type="spellStart"/>
            <w:r>
              <w:rPr>
                <w:rFonts w:eastAsia="Arial"/>
                <w:color w:val="1F1F1F"/>
                <w:sz w:val="16"/>
              </w:rPr>
              <w:t>Bewerber</w:t>
            </w:r>
            <w:proofErr w:type="spellEnd"/>
            <w:r>
              <w:rPr>
                <w:rFonts w:eastAsia="Arial"/>
                <w:color w:val="1F1F1F"/>
                <w:sz w:val="16"/>
              </w:rPr>
              <w:t xml:space="preserve"> </w:t>
            </w:r>
            <w:proofErr w:type="spellStart"/>
            <w:r>
              <w:rPr>
                <w:rFonts w:eastAsia="Arial"/>
                <w:color w:val="1F1F1F"/>
                <w:sz w:val="16"/>
              </w:rPr>
              <w:t>auszufüllen</w:t>
            </w:r>
            <w:proofErr w:type="spellEnd"/>
            <w:r>
              <w:rPr>
                <w:rFonts w:eastAsia="Arial"/>
                <w:color w:val="1F1F1F"/>
                <w:sz w:val="16"/>
              </w:rPr>
              <w:t>]</w:t>
            </w:r>
          </w:p>
        </w:tc>
      </w:tr>
      <w:tr w:rsidR="00E84B84" w14:paraId="7CBDA0AA" w14:textId="77777777">
        <w:trPr>
          <w:cantSplit/>
          <w:jc w:val="center"/>
        </w:trPr>
        <w:tc>
          <w:tcPr>
            <w:tcW w:w="3969" w:type="dxa"/>
            <w:shd w:val="clear" w:color="auto" w:fill="F3F6F8"/>
            <w:tcMar>
              <w:top w:w="40" w:type="dxa"/>
              <w:left w:w="80" w:type="dxa"/>
              <w:bottom w:w="40" w:type="dxa"/>
              <w:right w:w="80" w:type="dxa"/>
            </w:tcMar>
            <w:vAlign w:val="center"/>
          </w:tcPr>
          <w:p w14:paraId="07BFAB43" w14:textId="77777777" w:rsidR="00E84B84" w:rsidRDefault="008D034A">
            <w:pPr>
              <w:spacing w:after="0" w:line="240" w:lineRule="auto"/>
            </w:pPr>
            <w:proofErr w:type="spellStart"/>
            <w:r>
              <w:rPr>
                <w:rFonts w:eastAsia="Arial"/>
                <w:color w:val="1F1F1F"/>
                <w:sz w:val="16"/>
              </w:rPr>
              <w:t>Auftraggeber</w:t>
            </w:r>
            <w:proofErr w:type="spellEnd"/>
            <w:r>
              <w:rPr>
                <w:rFonts w:eastAsia="Arial"/>
                <w:color w:val="1F1F1F"/>
                <w:sz w:val="16"/>
              </w:rPr>
              <w:t xml:space="preserve"> / </w:t>
            </w:r>
            <w:proofErr w:type="spellStart"/>
            <w:r>
              <w:rPr>
                <w:rFonts w:eastAsia="Arial"/>
                <w:color w:val="1F1F1F"/>
                <w:sz w:val="16"/>
              </w:rPr>
              <w:t>Referenzkunde</w:t>
            </w:r>
            <w:proofErr w:type="spellEnd"/>
          </w:p>
        </w:tc>
        <w:tc>
          <w:tcPr>
            <w:tcW w:w="11225" w:type="dxa"/>
            <w:shd w:val="clear" w:color="auto" w:fill="FFFBEA"/>
            <w:tcMar>
              <w:top w:w="40" w:type="dxa"/>
              <w:left w:w="80" w:type="dxa"/>
              <w:bottom w:w="40" w:type="dxa"/>
              <w:right w:w="80" w:type="dxa"/>
            </w:tcMar>
            <w:vAlign w:val="center"/>
          </w:tcPr>
          <w:p w14:paraId="5F19D2EC" w14:textId="77777777" w:rsidR="00E84B84" w:rsidRDefault="008D034A">
            <w:pPr>
              <w:spacing w:after="0" w:line="240" w:lineRule="auto"/>
            </w:pPr>
            <w:r>
              <w:rPr>
                <w:rFonts w:eastAsia="Arial"/>
                <w:color w:val="1F1F1F"/>
                <w:sz w:val="16"/>
              </w:rPr>
              <w:t>[</w:t>
            </w:r>
            <w:proofErr w:type="spellStart"/>
            <w:r>
              <w:rPr>
                <w:rFonts w:eastAsia="Arial"/>
                <w:color w:val="1F1F1F"/>
                <w:sz w:val="16"/>
              </w:rPr>
              <w:t>vom</w:t>
            </w:r>
            <w:proofErr w:type="spellEnd"/>
            <w:r>
              <w:rPr>
                <w:rFonts w:eastAsia="Arial"/>
                <w:color w:val="1F1F1F"/>
                <w:sz w:val="16"/>
              </w:rPr>
              <w:t xml:space="preserve"> </w:t>
            </w:r>
            <w:proofErr w:type="spellStart"/>
            <w:r>
              <w:rPr>
                <w:rFonts w:eastAsia="Arial"/>
                <w:color w:val="1F1F1F"/>
                <w:sz w:val="16"/>
              </w:rPr>
              <w:t>Bewerber</w:t>
            </w:r>
            <w:proofErr w:type="spellEnd"/>
            <w:r>
              <w:rPr>
                <w:rFonts w:eastAsia="Arial"/>
                <w:color w:val="1F1F1F"/>
                <w:sz w:val="16"/>
              </w:rPr>
              <w:t xml:space="preserve"> </w:t>
            </w:r>
            <w:proofErr w:type="spellStart"/>
            <w:r>
              <w:rPr>
                <w:rFonts w:eastAsia="Arial"/>
                <w:color w:val="1F1F1F"/>
                <w:sz w:val="16"/>
              </w:rPr>
              <w:t>auszufüllen</w:t>
            </w:r>
            <w:proofErr w:type="spellEnd"/>
            <w:r>
              <w:rPr>
                <w:rFonts w:eastAsia="Arial"/>
                <w:color w:val="1F1F1F"/>
                <w:sz w:val="16"/>
              </w:rPr>
              <w:t>]</w:t>
            </w:r>
          </w:p>
        </w:tc>
      </w:tr>
      <w:tr w:rsidR="00E84B84" w14:paraId="5BFD7F7D" w14:textId="77777777">
        <w:trPr>
          <w:cantSplit/>
          <w:jc w:val="center"/>
        </w:trPr>
        <w:tc>
          <w:tcPr>
            <w:tcW w:w="3969" w:type="dxa"/>
            <w:shd w:val="clear" w:color="auto" w:fill="F3F6F8"/>
            <w:tcMar>
              <w:top w:w="40" w:type="dxa"/>
              <w:left w:w="80" w:type="dxa"/>
              <w:bottom w:w="40" w:type="dxa"/>
              <w:right w:w="80" w:type="dxa"/>
            </w:tcMar>
            <w:vAlign w:val="center"/>
          </w:tcPr>
          <w:p w14:paraId="11C9A068" w14:textId="77777777" w:rsidR="00E84B84" w:rsidRDefault="008D034A">
            <w:pPr>
              <w:spacing w:after="0" w:line="240" w:lineRule="auto"/>
            </w:pPr>
            <w:r>
              <w:rPr>
                <w:rFonts w:eastAsia="Arial"/>
                <w:color w:val="1F1F1F"/>
                <w:sz w:val="16"/>
              </w:rPr>
              <w:t>Branche</w:t>
            </w:r>
          </w:p>
        </w:tc>
        <w:tc>
          <w:tcPr>
            <w:tcW w:w="11225" w:type="dxa"/>
            <w:shd w:val="clear" w:color="auto" w:fill="FFFBEA"/>
            <w:tcMar>
              <w:top w:w="40" w:type="dxa"/>
              <w:left w:w="80" w:type="dxa"/>
              <w:bottom w:w="40" w:type="dxa"/>
              <w:right w:w="80" w:type="dxa"/>
            </w:tcMar>
            <w:vAlign w:val="center"/>
          </w:tcPr>
          <w:p w14:paraId="7F1B78FD" w14:textId="77777777" w:rsidR="00E84B84" w:rsidRDefault="008D034A">
            <w:pPr>
              <w:spacing w:after="0" w:line="240" w:lineRule="auto"/>
            </w:pPr>
            <w:r>
              <w:rPr>
                <w:rFonts w:eastAsia="Arial"/>
                <w:color w:val="1F1F1F"/>
                <w:sz w:val="16"/>
              </w:rPr>
              <w:t>[</w:t>
            </w:r>
            <w:proofErr w:type="spellStart"/>
            <w:r>
              <w:rPr>
                <w:rFonts w:eastAsia="Arial"/>
                <w:color w:val="1F1F1F"/>
                <w:sz w:val="16"/>
              </w:rPr>
              <w:t>vom</w:t>
            </w:r>
            <w:proofErr w:type="spellEnd"/>
            <w:r>
              <w:rPr>
                <w:rFonts w:eastAsia="Arial"/>
                <w:color w:val="1F1F1F"/>
                <w:sz w:val="16"/>
              </w:rPr>
              <w:t xml:space="preserve"> </w:t>
            </w:r>
            <w:proofErr w:type="spellStart"/>
            <w:r>
              <w:rPr>
                <w:rFonts w:eastAsia="Arial"/>
                <w:color w:val="1F1F1F"/>
                <w:sz w:val="16"/>
              </w:rPr>
              <w:t>Bewerber</w:t>
            </w:r>
            <w:proofErr w:type="spellEnd"/>
            <w:r>
              <w:rPr>
                <w:rFonts w:eastAsia="Arial"/>
                <w:color w:val="1F1F1F"/>
                <w:sz w:val="16"/>
              </w:rPr>
              <w:t xml:space="preserve"> </w:t>
            </w:r>
            <w:proofErr w:type="spellStart"/>
            <w:r>
              <w:rPr>
                <w:rFonts w:eastAsia="Arial"/>
                <w:color w:val="1F1F1F"/>
                <w:sz w:val="16"/>
              </w:rPr>
              <w:t>auszufüllen</w:t>
            </w:r>
            <w:proofErr w:type="spellEnd"/>
            <w:r>
              <w:rPr>
                <w:rFonts w:eastAsia="Arial"/>
                <w:color w:val="1F1F1F"/>
                <w:sz w:val="16"/>
              </w:rPr>
              <w:t>]</w:t>
            </w:r>
          </w:p>
        </w:tc>
      </w:tr>
      <w:tr w:rsidR="00E84B84" w14:paraId="563F7712" w14:textId="77777777">
        <w:trPr>
          <w:cantSplit/>
          <w:jc w:val="center"/>
        </w:trPr>
        <w:tc>
          <w:tcPr>
            <w:tcW w:w="3969" w:type="dxa"/>
            <w:shd w:val="clear" w:color="auto" w:fill="F3F6F8"/>
            <w:tcMar>
              <w:top w:w="40" w:type="dxa"/>
              <w:left w:w="80" w:type="dxa"/>
              <w:bottom w:w="40" w:type="dxa"/>
              <w:right w:w="80" w:type="dxa"/>
            </w:tcMar>
            <w:vAlign w:val="center"/>
          </w:tcPr>
          <w:p w14:paraId="2710C8BC" w14:textId="77777777" w:rsidR="00E84B84" w:rsidRDefault="008D034A">
            <w:pPr>
              <w:spacing w:after="0" w:line="240" w:lineRule="auto"/>
            </w:pPr>
            <w:proofErr w:type="spellStart"/>
            <w:r>
              <w:rPr>
                <w:rFonts w:eastAsia="Arial"/>
                <w:color w:val="1F1F1F"/>
                <w:sz w:val="16"/>
              </w:rPr>
              <w:t>Projektzeitraum</w:t>
            </w:r>
            <w:proofErr w:type="spellEnd"/>
            <w:r>
              <w:rPr>
                <w:rFonts w:eastAsia="Arial"/>
                <w:color w:val="1F1F1F"/>
                <w:sz w:val="16"/>
              </w:rPr>
              <w:t xml:space="preserve"> (von / bis)</w:t>
            </w:r>
          </w:p>
        </w:tc>
        <w:tc>
          <w:tcPr>
            <w:tcW w:w="11225" w:type="dxa"/>
            <w:shd w:val="clear" w:color="auto" w:fill="FFFBEA"/>
            <w:tcMar>
              <w:top w:w="40" w:type="dxa"/>
              <w:left w:w="80" w:type="dxa"/>
              <w:bottom w:w="40" w:type="dxa"/>
              <w:right w:w="80" w:type="dxa"/>
            </w:tcMar>
            <w:vAlign w:val="center"/>
          </w:tcPr>
          <w:p w14:paraId="49F1A478" w14:textId="77777777" w:rsidR="00E84B84" w:rsidRDefault="008D034A">
            <w:pPr>
              <w:spacing w:after="0" w:line="240" w:lineRule="auto"/>
            </w:pPr>
            <w:r>
              <w:rPr>
                <w:rFonts w:eastAsia="Arial"/>
                <w:color w:val="1F1F1F"/>
                <w:sz w:val="16"/>
              </w:rPr>
              <w:t>[</w:t>
            </w:r>
            <w:proofErr w:type="spellStart"/>
            <w:r>
              <w:rPr>
                <w:rFonts w:eastAsia="Arial"/>
                <w:color w:val="1F1F1F"/>
                <w:sz w:val="16"/>
              </w:rPr>
              <w:t>vom</w:t>
            </w:r>
            <w:proofErr w:type="spellEnd"/>
            <w:r>
              <w:rPr>
                <w:rFonts w:eastAsia="Arial"/>
                <w:color w:val="1F1F1F"/>
                <w:sz w:val="16"/>
              </w:rPr>
              <w:t xml:space="preserve"> </w:t>
            </w:r>
            <w:proofErr w:type="spellStart"/>
            <w:r>
              <w:rPr>
                <w:rFonts w:eastAsia="Arial"/>
                <w:color w:val="1F1F1F"/>
                <w:sz w:val="16"/>
              </w:rPr>
              <w:t>Bewerber</w:t>
            </w:r>
            <w:proofErr w:type="spellEnd"/>
            <w:r>
              <w:rPr>
                <w:rFonts w:eastAsia="Arial"/>
                <w:color w:val="1F1F1F"/>
                <w:sz w:val="16"/>
              </w:rPr>
              <w:t xml:space="preserve"> </w:t>
            </w:r>
            <w:proofErr w:type="spellStart"/>
            <w:r>
              <w:rPr>
                <w:rFonts w:eastAsia="Arial"/>
                <w:color w:val="1F1F1F"/>
                <w:sz w:val="16"/>
              </w:rPr>
              <w:t>auszufüllen</w:t>
            </w:r>
            <w:proofErr w:type="spellEnd"/>
            <w:r>
              <w:rPr>
                <w:rFonts w:eastAsia="Arial"/>
                <w:color w:val="1F1F1F"/>
                <w:sz w:val="16"/>
              </w:rPr>
              <w:t>]</w:t>
            </w:r>
          </w:p>
        </w:tc>
      </w:tr>
      <w:tr w:rsidR="00E84B84" w14:paraId="028707AD" w14:textId="77777777">
        <w:trPr>
          <w:cantSplit/>
          <w:jc w:val="center"/>
        </w:trPr>
        <w:tc>
          <w:tcPr>
            <w:tcW w:w="3969" w:type="dxa"/>
            <w:shd w:val="clear" w:color="auto" w:fill="F3F6F8"/>
            <w:tcMar>
              <w:top w:w="40" w:type="dxa"/>
              <w:left w:w="80" w:type="dxa"/>
              <w:bottom w:w="40" w:type="dxa"/>
              <w:right w:w="80" w:type="dxa"/>
            </w:tcMar>
            <w:vAlign w:val="center"/>
          </w:tcPr>
          <w:p w14:paraId="5BC7C175" w14:textId="77777777" w:rsidR="00E84B84" w:rsidRDefault="008D034A">
            <w:pPr>
              <w:spacing w:after="0" w:line="240" w:lineRule="auto"/>
            </w:pPr>
            <w:proofErr w:type="spellStart"/>
            <w:r>
              <w:rPr>
                <w:rFonts w:eastAsia="Arial"/>
                <w:color w:val="1F1F1F"/>
                <w:sz w:val="16"/>
              </w:rPr>
              <w:t>Gesamtumfang</w:t>
            </w:r>
            <w:proofErr w:type="spellEnd"/>
            <w:r>
              <w:rPr>
                <w:rFonts w:eastAsia="Arial"/>
                <w:color w:val="1F1F1F"/>
                <w:sz w:val="16"/>
              </w:rPr>
              <w:t xml:space="preserve"> des </w:t>
            </w:r>
            <w:proofErr w:type="spellStart"/>
            <w:r>
              <w:rPr>
                <w:rFonts w:eastAsia="Arial"/>
                <w:color w:val="1F1F1F"/>
                <w:sz w:val="16"/>
              </w:rPr>
              <w:t>Referenzprojekts</w:t>
            </w:r>
            <w:proofErr w:type="spellEnd"/>
          </w:p>
        </w:tc>
        <w:tc>
          <w:tcPr>
            <w:tcW w:w="11225" w:type="dxa"/>
            <w:shd w:val="clear" w:color="auto" w:fill="FFFBEA"/>
            <w:tcMar>
              <w:top w:w="40" w:type="dxa"/>
              <w:left w:w="80" w:type="dxa"/>
              <w:bottom w:w="40" w:type="dxa"/>
              <w:right w:w="80" w:type="dxa"/>
            </w:tcMar>
            <w:vAlign w:val="center"/>
          </w:tcPr>
          <w:p w14:paraId="19559021" w14:textId="77777777" w:rsidR="00E84B84" w:rsidRDefault="008D034A">
            <w:pPr>
              <w:spacing w:after="0" w:line="240" w:lineRule="auto"/>
            </w:pPr>
            <w:r>
              <w:rPr>
                <w:rFonts w:eastAsia="Arial"/>
                <w:color w:val="1F1F1F"/>
                <w:sz w:val="16"/>
              </w:rPr>
              <w:t>[</w:t>
            </w:r>
            <w:proofErr w:type="spellStart"/>
            <w:r>
              <w:rPr>
                <w:rFonts w:eastAsia="Arial"/>
                <w:color w:val="1F1F1F"/>
                <w:sz w:val="16"/>
              </w:rPr>
              <w:t>vom</w:t>
            </w:r>
            <w:proofErr w:type="spellEnd"/>
            <w:r>
              <w:rPr>
                <w:rFonts w:eastAsia="Arial"/>
                <w:color w:val="1F1F1F"/>
                <w:sz w:val="16"/>
              </w:rPr>
              <w:t xml:space="preserve"> </w:t>
            </w:r>
            <w:proofErr w:type="spellStart"/>
            <w:r>
              <w:rPr>
                <w:rFonts w:eastAsia="Arial"/>
                <w:color w:val="1F1F1F"/>
                <w:sz w:val="16"/>
              </w:rPr>
              <w:t>Bewerber</w:t>
            </w:r>
            <w:proofErr w:type="spellEnd"/>
            <w:r>
              <w:rPr>
                <w:rFonts w:eastAsia="Arial"/>
                <w:color w:val="1F1F1F"/>
                <w:sz w:val="16"/>
              </w:rPr>
              <w:t xml:space="preserve"> </w:t>
            </w:r>
            <w:proofErr w:type="spellStart"/>
            <w:r>
              <w:rPr>
                <w:rFonts w:eastAsia="Arial"/>
                <w:color w:val="1F1F1F"/>
                <w:sz w:val="16"/>
              </w:rPr>
              <w:t>auszufüllen</w:t>
            </w:r>
            <w:proofErr w:type="spellEnd"/>
            <w:r>
              <w:rPr>
                <w:rFonts w:eastAsia="Arial"/>
                <w:color w:val="1F1F1F"/>
                <w:sz w:val="16"/>
              </w:rPr>
              <w:t>]</w:t>
            </w:r>
          </w:p>
        </w:tc>
      </w:tr>
      <w:tr w:rsidR="00E84B84" w14:paraId="591A3733" w14:textId="77777777">
        <w:trPr>
          <w:cantSplit/>
          <w:jc w:val="center"/>
        </w:trPr>
        <w:tc>
          <w:tcPr>
            <w:tcW w:w="3969" w:type="dxa"/>
            <w:shd w:val="clear" w:color="auto" w:fill="F3F6F8"/>
            <w:tcMar>
              <w:top w:w="40" w:type="dxa"/>
              <w:left w:w="80" w:type="dxa"/>
              <w:bottom w:w="40" w:type="dxa"/>
              <w:right w:w="80" w:type="dxa"/>
            </w:tcMar>
            <w:vAlign w:val="center"/>
          </w:tcPr>
          <w:p w14:paraId="113E287B" w14:textId="77777777" w:rsidR="00E84B84" w:rsidRDefault="008D034A">
            <w:pPr>
              <w:spacing w:after="0" w:line="240" w:lineRule="auto"/>
            </w:pPr>
            <w:proofErr w:type="spellStart"/>
            <w:r>
              <w:rPr>
                <w:rFonts w:eastAsia="Arial"/>
                <w:color w:val="1F1F1F"/>
                <w:sz w:val="16"/>
              </w:rPr>
              <w:t>Leistungsanteil</w:t>
            </w:r>
            <w:proofErr w:type="spellEnd"/>
            <w:r>
              <w:rPr>
                <w:rFonts w:eastAsia="Arial"/>
                <w:color w:val="1F1F1F"/>
                <w:sz w:val="16"/>
              </w:rPr>
              <w:t xml:space="preserve"> des </w:t>
            </w:r>
            <w:proofErr w:type="spellStart"/>
            <w:r>
              <w:rPr>
                <w:rFonts w:eastAsia="Arial"/>
                <w:color w:val="1F1F1F"/>
                <w:sz w:val="16"/>
              </w:rPr>
              <w:t>Bewerbers</w:t>
            </w:r>
            <w:proofErr w:type="spellEnd"/>
          </w:p>
        </w:tc>
        <w:tc>
          <w:tcPr>
            <w:tcW w:w="11225" w:type="dxa"/>
            <w:shd w:val="clear" w:color="auto" w:fill="FFFBEA"/>
            <w:tcMar>
              <w:top w:w="40" w:type="dxa"/>
              <w:left w:w="80" w:type="dxa"/>
              <w:bottom w:w="40" w:type="dxa"/>
              <w:right w:w="80" w:type="dxa"/>
            </w:tcMar>
            <w:vAlign w:val="center"/>
          </w:tcPr>
          <w:p w14:paraId="18A3A5BE" w14:textId="77777777" w:rsidR="00E84B84" w:rsidRDefault="008D034A">
            <w:pPr>
              <w:spacing w:after="0" w:line="240" w:lineRule="auto"/>
            </w:pPr>
            <w:r>
              <w:rPr>
                <w:rFonts w:eastAsia="Arial"/>
                <w:color w:val="1F1F1F"/>
                <w:sz w:val="16"/>
              </w:rPr>
              <w:t>[</w:t>
            </w:r>
            <w:proofErr w:type="spellStart"/>
            <w:r>
              <w:rPr>
                <w:rFonts w:eastAsia="Arial"/>
                <w:color w:val="1F1F1F"/>
                <w:sz w:val="16"/>
              </w:rPr>
              <w:t>vom</w:t>
            </w:r>
            <w:proofErr w:type="spellEnd"/>
            <w:r>
              <w:rPr>
                <w:rFonts w:eastAsia="Arial"/>
                <w:color w:val="1F1F1F"/>
                <w:sz w:val="16"/>
              </w:rPr>
              <w:t xml:space="preserve"> </w:t>
            </w:r>
            <w:proofErr w:type="spellStart"/>
            <w:r>
              <w:rPr>
                <w:rFonts w:eastAsia="Arial"/>
                <w:color w:val="1F1F1F"/>
                <w:sz w:val="16"/>
              </w:rPr>
              <w:t>Bewerber</w:t>
            </w:r>
            <w:proofErr w:type="spellEnd"/>
            <w:r>
              <w:rPr>
                <w:rFonts w:eastAsia="Arial"/>
                <w:color w:val="1F1F1F"/>
                <w:sz w:val="16"/>
              </w:rPr>
              <w:t xml:space="preserve"> </w:t>
            </w:r>
            <w:proofErr w:type="spellStart"/>
            <w:r>
              <w:rPr>
                <w:rFonts w:eastAsia="Arial"/>
                <w:color w:val="1F1F1F"/>
                <w:sz w:val="16"/>
              </w:rPr>
              <w:t>auszufüllen</w:t>
            </w:r>
            <w:proofErr w:type="spellEnd"/>
            <w:r>
              <w:rPr>
                <w:rFonts w:eastAsia="Arial"/>
                <w:color w:val="1F1F1F"/>
                <w:sz w:val="16"/>
              </w:rPr>
              <w:t>]</w:t>
            </w:r>
          </w:p>
        </w:tc>
      </w:tr>
    </w:tbl>
    <w:p w14:paraId="5DC47CD0" w14:textId="77777777" w:rsidR="00E84B84" w:rsidRDefault="008D034A">
      <w:pPr>
        <w:spacing w:before="100" w:after="40" w:line="240" w:lineRule="auto"/>
      </w:pPr>
      <w:r>
        <w:rPr>
          <w:rFonts w:eastAsia="Arial"/>
          <w:b/>
          <w:color w:val="0B4F7A"/>
          <w:sz w:val="22"/>
        </w:rPr>
        <w:t xml:space="preserve">2. </w:t>
      </w:r>
      <w:proofErr w:type="spellStart"/>
      <w:r>
        <w:rPr>
          <w:rFonts w:eastAsia="Arial"/>
          <w:b/>
          <w:color w:val="0B4F7A"/>
          <w:sz w:val="22"/>
        </w:rPr>
        <w:t>Ausgangslage</w:t>
      </w:r>
      <w:proofErr w:type="spellEnd"/>
      <w:r>
        <w:rPr>
          <w:rFonts w:eastAsia="Arial"/>
          <w:b/>
          <w:color w:val="0B4F7A"/>
          <w:sz w:val="22"/>
        </w:rPr>
        <w:t xml:space="preserve">, </w:t>
      </w:r>
      <w:proofErr w:type="spellStart"/>
      <w:r>
        <w:rPr>
          <w:rFonts w:eastAsia="Arial"/>
          <w:b/>
          <w:color w:val="0B4F7A"/>
          <w:sz w:val="22"/>
        </w:rPr>
        <w:t>Auftrag</w:t>
      </w:r>
      <w:proofErr w:type="spellEnd"/>
      <w:r>
        <w:rPr>
          <w:rFonts w:eastAsia="Arial"/>
          <w:b/>
          <w:color w:val="0B4F7A"/>
          <w:sz w:val="22"/>
        </w:rPr>
        <w:t xml:space="preserve"> und </w:t>
      </w:r>
      <w:proofErr w:type="spellStart"/>
      <w:r>
        <w:rPr>
          <w:rFonts w:eastAsia="Arial"/>
          <w:b/>
          <w:color w:val="0B4F7A"/>
          <w:sz w:val="22"/>
        </w:rPr>
        <w:t>Ergebnisse</w:t>
      </w:r>
      <w:proofErr w:type="spellEnd"/>
    </w:p>
    <w:tbl>
      <w:tblPr>
        <w:tblW w:w="0" w:type="auto"/>
        <w:jc w:val="center"/>
        <w:tblLayout w:type="fixed"/>
        <w:tblLook w:val="04A0" w:firstRow="1" w:lastRow="0" w:firstColumn="1" w:lastColumn="0" w:noHBand="0" w:noVBand="1"/>
      </w:tblPr>
      <w:tblGrid>
        <w:gridCol w:w="3969"/>
        <w:gridCol w:w="11225"/>
      </w:tblGrid>
      <w:tr w:rsidR="00E84B84" w14:paraId="320573C4" w14:textId="77777777">
        <w:trPr>
          <w:cantSplit/>
          <w:jc w:val="center"/>
        </w:trPr>
        <w:tc>
          <w:tcPr>
            <w:tcW w:w="3969" w:type="dxa"/>
            <w:shd w:val="clear" w:color="auto" w:fill="F3F6F8"/>
            <w:tcMar>
              <w:top w:w="40" w:type="dxa"/>
              <w:left w:w="80" w:type="dxa"/>
              <w:bottom w:w="40" w:type="dxa"/>
              <w:right w:w="80" w:type="dxa"/>
            </w:tcMar>
            <w:vAlign w:val="center"/>
          </w:tcPr>
          <w:p w14:paraId="55F516DF" w14:textId="77777777" w:rsidR="00E84B84" w:rsidRDefault="008D034A">
            <w:pPr>
              <w:spacing w:after="0" w:line="240" w:lineRule="auto"/>
            </w:pPr>
            <w:proofErr w:type="spellStart"/>
            <w:r>
              <w:rPr>
                <w:rFonts w:eastAsia="Arial"/>
                <w:color w:val="1F1F1F"/>
                <w:sz w:val="16"/>
              </w:rPr>
              <w:t>Ausgangslage</w:t>
            </w:r>
            <w:proofErr w:type="spellEnd"/>
            <w:r>
              <w:rPr>
                <w:rFonts w:eastAsia="Arial"/>
                <w:color w:val="1F1F1F"/>
                <w:sz w:val="16"/>
              </w:rPr>
              <w:t xml:space="preserve"> / </w:t>
            </w:r>
            <w:proofErr w:type="spellStart"/>
            <w:r>
              <w:rPr>
                <w:rFonts w:eastAsia="Arial"/>
                <w:color w:val="1F1F1F"/>
                <w:sz w:val="16"/>
              </w:rPr>
              <w:t>Problemstellung</w:t>
            </w:r>
            <w:proofErr w:type="spellEnd"/>
          </w:p>
        </w:tc>
        <w:tc>
          <w:tcPr>
            <w:tcW w:w="11225" w:type="dxa"/>
            <w:shd w:val="clear" w:color="auto" w:fill="FFFBEA"/>
            <w:tcMar>
              <w:top w:w="40" w:type="dxa"/>
              <w:left w:w="80" w:type="dxa"/>
              <w:bottom w:w="40" w:type="dxa"/>
              <w:right w:w="80" w:type="dxa"/>
            </w:tcMar>
            <w:vAlign w:val="center"/>
          </w:tcPr>
          <w:p w14:paraId="367B44A6" w14:textId="77777777" w:rsidR="00E84B84" w:rsidRDefault="008D034A">
            <w:pPr>
              <w:spacing w:after="0" w:line="240" w:lineRule="auto"/>
            </w:pPr>
            <w:r w:rsidRPr="00191757">
              <w:rPr>
                <w:rFonts w:eastAsia="Arial"/>
                <w:color w:val="1F1F1F"/>
                <w:sz w:val="16"/>
                <w:lang w:val="de-DE"/>
              </w:rPr>
              <w:t>Ausgangslage und Anlass des Vorhabens konkret beschreiben.</w:t>
            </w:r>
            <w:r w:rsidRPr="00191757">
              <w:rPr>
                <w:rFonts w:eastAsia="Arial"/>
                <w:color w:val="1F1F1F"/>
                <w:sz w:val="16"/>
                <w:lang w:val="de-DE"/>
              </w:rPr>
              <w:br/>
            </w:r>
            <w:r w:rsidRPr="00191757">
              <w:rPr>
                <w:rFonts w:eastAsia="Arial"/>
                <w:color w:val="1F1F1F"/>
                <w:sz w:val="16"/>
                <w:lang w:val="de-DE"/>
              </w:rPr>
              <w:br/>
            </w:r>
            <w:r>
              <w:rPr>
                <w:rFonts w:eastAsia="Arial"/>
                <w:color w:val="1F1F1F"/>
                <w:sz w:val="16"/>
              </w:rPr>
              <w:t>[</w:t>
            </w:r>
            <w:proofErr w:type="spellStart"/>
            <w:r>
              <w:rPr>
                <w:rFonts w:eastAsia="Arial"/>
                <w:color w:val="1F1F1F"/>
                <w:sz w:val="16"/>
              </w:rPr>
              <w:t>vom</w:t>
            </w:r>
            <w:proofErr w:type="spellEnd"/>
            <w:r>
              <w:rPr>
                <w:rFonts w:eastAsia="Arial"/>
                <w:color w:val="1F1F1F"/>
                <w:sz w:val="16"/>
              </w:rPr>
              <w:t xml:space="preserve"> </w:t>
            </w:r>
            <w:proofErr w:type="spellStart"/>
            <w:r>
              <w:rPr>
                <w:rFonts w:eastAsia="Arial"/>
                <w:color w:val="1F1F1F"/>
                <w:sz w:val="16"/>
              </w:rPr>
              <w:t>Bewerber</w:t>
            </w:r>
            <w:proofErr w:type="spellEnd"/>
            <w:r>
              <w:rPr>
                <w:rFonts w:eastAsia="Arial"/>
                <w:color w:val="1F1F1F"/>
                <w:sz w:val="16"/>
              </w:rPr>
              <w:t xml:space="preserve"> </w:t>
            </w:r>
            <w:proofErr w:type="spellStart"/>
            <w:r>
              <w:rPr>
                <w:rFonts w:eastAsia="Arial"/>
                <w:color w:val="1F1F1F"/>
                <w:sz w:val="16"/>
              </w:rPr>
              <w:t>auszufüllen</w:t>
            </w:r>
            <w:proofErr w:type="spellEnd"/>
            <w:r>
              <w:rPr>
                <w:rFonts w:eastAsia="Arial"/>
                <w:color w:val="1F1F1F"/>
                <w:sz w:val="16"/>
              </w:rPr>
              <w:t>]</w:t>
            </w:r>
          </w:p>
        </w:tc>
      </w:tr>
      <w:tr w:rsidR="00E84B84" w14:paraId="0A2FC989" w14:textId="77777777">
        <w:trPr>
          <w:cantSplit/>
          <w:jc w:val="center"/>
        </w:trPr>
        <w:tc>
          <w:tcPr>
            <w:tcW w:w="3969" w:type="dxa"/>
            <w:shd w:val="clear" w:color="auto" w:fill="F3F6F8"/>
            <w:tcMar>
              <w:top w:w="40" w:type="dxa"/>
              <w:left w:w="80" w:type="dxa"/>
              <w:bottom w:w="40" w:type="dxa"/>
              <w:right w:w="80" w:type="dxa"/>
            </w:tcMar>
            <w:vAlign w:val="center"/>
          </w:tcPr>
          <w:p w14:paraId="1636E96B" w14:textId="77777777" w:rsidR="00E84B84" w:rsidRDefault="008D034A">
            <w:pPr>
              <w:spacing w:after="0" w:line="240" w:lineRule="auto"/>
            </w:pPr>
            <w:proofErr w:type="spellStart"/>
            <w:r>
              <w:rPr>
                <w:rFonts w:eastAsia="Arial"/>
                <w:color w:val="1F1F1F"/>
                <w:sz w:val="16"/>
              </w:rPr>
              <w:t>Auftrag</w:t>
            </w:r>
            <w:proofErr w:type="spellEnd"/>
            <w:r>
              <w:rPr>
                <w:rFonts w:eastAsia="Arial"/>
                <w:color w:val="1F1F1F"/>
                <w:sz w:val="16"/>
              </w:rPr>
              <w:t xml:space="preserve"> / </w:t>
            </w:r>
            <w:proofErr w:type="spellStart"/>
            <w:r>
              <w:rPr>
                <w:rFonts w:eastAsia="Arial"/>
                <w:color w:val="1F1F1F"/>
                <w:sz w:val="16"/>
              </w:rPr>
              <w:t>Zielsetzung</w:t>
            </w:r>
            <w:proofErr w:type="spellEnd"/>
          </w:p>
        </w:tc>
        <w:tc>
          <w:tcPr>
            <w:tcW w:w="11225" w:type="dxa"/>
            <w:shd w:val="clear" w:color="auto" w:fill="FFFBEA"/>
            <w:tcMar>
              <w:top w:w="40" w:type="dxa"/>
              <w:left w:w="80" w:type="dxa"/>
              <w:bottom w:w="40" w:type="dxa"/>
              <w:right w:w="80" w:type="dxa"/>
            </w:tcMar>
            <w:vAlign w:val="center"/>
          </w:tcPr>
          <w:p w14:paraId="53A55EB9" w14:textId="77777777" w:rsidR="00E84B84" w:rsidRDefault="008D034A">
            <w:pPr>
              <w:spacing w:after="0" w:line="240" w:lineRule="auto"/>
            </w:pPr>
            <w:r w:rsidRPr="00191757">
              <w:rPr>
                <w:rFonts w:eastAsia="Arial"/>
                <w:color w:val="1F1F1F"/>
                <w:sz w:val="16"/>
                <w:lang w:val="de-DE"/>
              </w:rPr>
              <w:t>Ziel und Umfang der durch den Bewerber übernommenen Beratungsleistung beschreiben.</w:t>
            </w:r>
            <w:r w:rsidRPr="00191757">
              <w:rPr>
                <w:rFonts w:eastAsia="Arial"/>
                <w:color w:val="1F1F1F"/>
                <w:sz w:val="16"/>
                <w:lang w:val="de-DE"/>
              </w:rPr>
              <w:br/>
            </w:r>
            <w:r w:rsidRPr="00191757">
              <w:rPr>
                <w:rFonts w:eastAsia="Arial"/>
                <w:color w:val="1F1F1F"/>
                <w:sz w:val="16"/>
                <w:lang w:val="de-DE"/>
              </w:rPr>
              <w:br/>
            </w:r>
            <w:r>
              <w:rPr>
                <w:rFonts w:eastAsia="Arial"/>
                <w:color w:val="1F1F1F"/>
                <w:sz w:val="16"/>
              </w:rPr>
              <w:t>[</w:t>
            </w:r>
            <w:proofErr w:type="spellStart"/>
            <w:r>
              <w:rPr>
                <w:rFonts w:eastAsia="Arial"/>
                <w:color w:val="1F1F1F"/>
                <w:sz w:val="16"/>
              </w:rPr>
              <w:t>vom</w:t>
            </w:r>
            <w:proofErr w:type="spellEnd"/>
            <w:r>
              <w:rPr>
                <w:rFonts w:eastAsia="Arial"/>
                <w:color w:val="1F1F1F"/>
                <w:sz w:val="16"/>
              </w:rPr>
              <w:t xml:space="preserve"> </w:t>
            </w:r>
            <w:proofErr w:type="spellStart"/>
            <w:r>
              <w:rPr>
                <w:rFonts w:eastAsia="Arial"/>
                <w:color w:val="1F1F1F"/>
                <w:sz w:val="16"/>
              </w:rPr>
              <w:t>Bewerber</w:t>
            </w:r>
            <w:proofErr w:type="spellEnd"/>
            <w:r>
              <w:rPr>
                <w:rFonts w:eastAsia="Arial"/>
                <w:color w:val="1F1F1F"/>
                <w:sz w:val="16"/>
              </w:rPr>
              <w:t xml:space="preserve"> </w:t>
            </w:r>
            <w:proofErr w:type="spellStart"/>
            <w:r>
              <w:rPr>
                <w:rFonts w:eastAsia="Arial"/>
                <w:color w:val="1F1F1F"/>
                <w:sz w:val="16"/>
              </w:rPr>
              <w:t>auszufüllen</w:t>
            </w:r>
            <w:proofErr w:type="spellEnd"/>
            <w:r>
              <w:rPr>
                <w:rFonts w:eastAsia="Arial"/>
                <w:color w:val="1F1F1F"/>
                <w:sz w:val="16"/>
              </w:rPr>
              <w:t>]</w:t>
            </w:r>
          </w:p>
        </w:tc>
      </w:tr>
      <w:tr w:rsidR="00E84B84" w14:paraId="3C262572" w14:textId="77777777">
        <w:trPr>
          <w:cantSplit/>
          <w:jc w:val="center"/>
        </w:trPr>
        <w:tc>
          <w:tcPr>
            <w:tcW w:w="3969" w:type="dxa"/>
            <w:shd w:val="clear" w:color="auto" w:fill="F3F6F8"/>
            <w:tcMar>
              <w:top w:w="40" w:type="dxa"/>
              <w:left w:w="80" w:type="dxa"/>
              <w:bottom w:w="40" w:type="dxa"/>
              <w:right w:w="80" w:type="dxa"/>
            </w:tcMar>
            <w:vAlign w:val="center"/>
          </w:tcPr>
          <w:p w14:paraId="66533694" w14:textId="77777777" w:rsidR="00E84B84" w:rsidRDefault="008D034A">
            <w:pPr>
              <w:spacing w:after="0" w:line="240" w:lineRule="auto"/>
            </w:pPr>
            <w:proofErr w:type="spellStart"/>
            <w:r>
              <w:rPr>
                <w:rFonts w:eastAsia="Arial"/>
                <w:color w:val="1F1F1F"/>
                <w:sz w:val="16"/>
              </w:rPr>
              <w:t>Erbrachte</w:t>
            </w:r>
            <w:proofErr w:type="spellEnd"/>
            <w:r>
              <w:rPr>
                <w:rFonts w:eastAsia="Arial"/>
                <w:color w:val="1F1F1F"/>
                <w:sz w:val="16"/>
              </w:rPr>
              <w:t xml:space="preserve"> </w:t>
            </w:r>
            <w:proofErr w:type="spellStart"/>
            <w:r>
              <w:rPr>
                <w:rFonts w:eastAsia="Arial"/>
                <w:color w:val="1F1F1F"/>
                <w:sz w:val="16"/>
              </w:rPr>
              <w:t>Ergebnisse</w:t>
            </w:r>
            <w:proofErr w:type="spellEnd"/>
          </w:p>
        </w:tc>
        <w:tc>
          <w:tcPr>
            <w:tcW w:w="11225" w:type="dxa"/>
            <w:shd w:val="clear" w:color="auto" w:fill="FFFBEA"/>
            <w:tcMar>
              <w:top w:w="40" w:type="dxa"/>
              <w:left w:w="80" w:type="dxa"/>
              <w:bottom w:w="40" w:type="dxa"/>
              <w:right w:w="80" w:type="dxa"/>
            </w:tcMar>
            <w:vAlign w:val="center"/>
          </w:tcPr>
          <w:p w14:paraId="2161B33E" w14:textId="77777777" w:rsidR="00E84B84" w:rsidRDefault="008D034A">
            <w:pPr>
              <w:spacing w:after="0" w:line="240" w:lineRule="auto"/>
            </w:pPr>
            <w:r w:rsidRPr="00191757">
              <w:rPr>
                <w:rFonts w:eastAsia="Arial"/>
                <w:color w:val="1F1F1F"/>
                <w:sz w:val="16"/>
                <w:lang w:val="de-DE"/>
              </w:rPr>
              <w:t>Wesentliche Ergebnisobjekte und erzielte Ergebnisse benennen.</w:t>
            </w:r>
            <w:r w:rsidRPr="00191757">
              <w:rPr>
                <w:rFonts w:eastAsia="Arial"/>
                <w:color w:val="1F1F1F"/>
                <w:sz w:val="16"/>
                <w:lang w:val="de-DE"/>
              </w:rPr>
              <w:br/>
            </w:r>
            <w:r w:rsidRPr="00191757">
              <w:rPr>
                <w:rFonts w:eastAsia="Arial"/>
                <w:color w:val="1F1F1F"/>
                <w:sz w:val="16"/>
                <w:lang w:val="de-DE"/>
              </w:rPr>
              <w:br/>
            </w:r>
            <w:r>
              <w:rPr>
                <w:rFonts w:eastAsia="Arial"/>
                <w:color w:val="1F1F1F"/>
                <w:sz w:val="16"/>
              </w:rPr>
              <w:t>[</w:t>
            </w:r>
            <w:proofErr w:type="spellStart"/>
            <w:r>
              <w:rPr>
                <w:rFonts w:eastAsia="Arial"/>
                <w:color w:val="1F1F1F"/>
                <w:sz w:val="16"/>
              </w:rPr>
              <w:t>vom</w:t>
            </w:r>
            <w:proofErr w:type="spellEnd"/>
            <w:r>
              <w:rPr>
                <w:rFonts w:eastAsia="Arial"/>
                <w:color w:val="1F1F1F"/>
                <w:sz w:val="16"/>
              </w:rPr>
              <w:t xml:space="preserve"> </w:t>
            </w:r>
            <w:proofErr w:type="spellStart"/>
            <w:r>
              <w:rPr>
                <w:rFonts w:eastAsia="Arial"/>
                <w:color w:val="1F1F1F"/>
                <w:sz w:val="16"/>
              </w:rPr>
              <w:t>Bewerber</w:t>
            </w:r>
            <w:proofErr w:type="spellEnd"/>
            <w:r>
              <w:rPr>
                <w:rFonts w:eastAsia="Arial"/>
                <w:color w:val="1F1F1F"/>
                <w:sz w:val="16"/>
              </w:rPr>
              <w:t xml:space="preserve"> </w:t>
            </w:r>
            <w:proofErr w:type="spellStart"/>
            <w:r>
              <w:rPr>
                <w:rFonts w:eastAsia="Arial"/>
                <w:color w:val="1F1F1F"/>
                <w:sz w:val="16"/>
              </w:rPr>
              <w:t>auszufüllen</w:t>
            </w:r>
            <w:proofErr w:type="spellEnd"/>
            <w:r>
              <w:rPr>
                <w:rFonts w:eastAsia="Arial"/>
                <w:color w:val="1F1F1F"/>
                <w:sz w:val="16"/>
              </w:rPr>
              <w:t>]</w:t>
            </w:r>
          </w:p>
        </w:tc>
      </w:tr>
    </w:tbl>
    <w:p w14:paraId="1E774AAD" w14:textId="77777777" w:rsidR="00E84B84" w:rsidRDefault="008D034A">
      <w:r>
        <w:br w:type="page"/>
      </w:r>
    </w:p>
    <w:p w14:paraId="61789487" w14:textId="77777777" w:rsidR="00E84B84" w:rsidRPr="00E05BED" w:rsidRDefault="008D034A">
      <w:pPr>
        <w:spacing w:before="40" w:after="40" w:line="240" w:lineRule="auto"/>
        <w:rPr>
          <w:lang w:val="de-DE"/>
        </w:rPr>
      </w:pPr>
      <w:r w:rsidRPr="00E05BED">
        <w:rPr>
          <w:rFonts w:eastAsia="Arial"/>
          <w:b/>
          <w:color w:val="0B4F7A"/>
          <w:sz w:val="22"/>
          <w:lang w:val="de-DE"/>
        </w:rPr>
        <w:lastRenderedPageBreak/>
        <w:t>3. Zuordnung zu den Leistungsfeldern</w:t>
      </w:r>
    </w:p>
    <w:p w14:paraId="69E6FC65" w14:textId="77777777" w:rsidR="00E84B84" w:rsidRPr="00191757" w:rsidRDefault="008D034A">
      <w:pPr>
        <w:spacing w:after="0" w:line="240" w:lineRule="auto"/>
        <w:rPr>
          <w:lang w:val="de-DE"/>
        </w:rPr>
      </w:pPr>
      <w:r w:rsidRPr="00E05BED">
        <w:rPr>
          <w:lang w:val="de-DE"/>
        </w:rPr>
        <w:t>Das unter 1 benannte primäre Leistungsfeld sowie die weiteren durch die Integrationsreferenz nachgewiesenen Leistungsfelder sind auszuwählen. Für jedes ausgewählte Leistungsfeld ist in der rechten Spalte der konkrete Leistungsanteil dieses Referenzprojekts zu beschreiben.</w:t>
      </w:r>
    </w:p>
    <w:tbl>
      <w:tblPr>
        <w:tblW w:w="0" w:type="auto"/>
        <w:jc w:val="center"/>
        <w:tblLayout w:type="fixed"/>
        <w:tblLook w:val="04A0" w:firstRow="1" w:lastRow="0" w:firstColumn="1" w:lastColumn="0" w:noHBand="0" w:noVBand="1"/>
      </w:tblPr>
      <w:tblGrid>
        <w:gridCol w:w="1247"/>
        <w:gridCol w:w="5102"/>
        <w:gridCol w:w="8844"/>
      </w:tblGrid>
      <w:tr w:rsidR="00E84B84" w:rsidRPr="00CD663C" w14:paraId="7A1D121B" w14:textId="77777777">
        <w:trPr>
          <w:cantSplit/>
          <w:tblHeader/>
          <w:jc w:val="center"/>
        </w:trPr>
        <w:tc>
          <w:tcPr>
            <w:tcW w:w="1247" w:type="dxa"/>
            <w:shd w:val="clear" w:color="auto" w:fill="0B4F7A"/>
            <w:tcMar>
              <w:top w:w="40" w:type="dxa"/>
              <w:left w:w="80" w:type="dxa"/>
              <w:bottom w:w="40" w:type="dxa"/>
              <w:right w:w="80" w:type="dxa"/>
            </w:tcMar>
            <w:vAlign w:val="center"/>
          </w:tcPr>
          <w:p w14:paraId="5D6DAA79" w14:textId="77777777" w:rsidR="00E84B84" w:rsidRDefault="008D034A">
            <w:pPr>
              <w:spacing w:after="0" w:line="240" w:lineRule="auto"/>
              <w:jc w:val="center"/>
            </w:pPr>
            <w:proofErr w:type="spellStart"/>
            <w:r>
              <w:rPr>
                <w:rFonts w:eastAsia="Arial"/>
                <w:b/>
                <w:color w:val="FFFFFF"/>
                <w:sz w:val="16"/>
              </w:rPr>
              <w:t>Auswahl</w:t>
            </w:r>
            <w:proofErr w:type="spellEnd"/>
          </w:p>
        </w:tc>
        <w:tc>
          <w:tcPr>
            <w:tcW w:w="5102" w:type="dxa"/>
            <w:shd w:val="clear" w:color="auto" w:fill="0B4F7A"/>
            <w:tcMar>
              <w:top w:w="40" w:type="dxa"/>
              <w:left w:w="80" w:type="dxa"/>
              <w:bottom w:w="40" w:type="dxa"/>
              <w:right w:w="80" w:type="dxa"/>
            </w:tcMar>
            <w:vAlign w:val="center"/>
          </w:tcPr>
          <w:p w14:paraId="5331C07E" w14:textId="77777777" w:rsidR="00E84B84" w:rsidRDefault="008D034A">
            <w:pPr>
              <w:spacing w:after="0" w:line="240" w:lineRule="auto"/>
              <w:jc w:val="center"/>
            </w:pPr>
            <w:proofErr w:type="spellStart"/>
            <w:r>
              <w:rPr>
                <w:rFonts w:eastAsia="Arial"/>
                <w:b/>
                <w:color w:val="FFFFFF"/>
                <w:sz w:val="16"/>
              </w:rPr>
              <w:t>Leistungsfeld</w:t>
            </w:r>
            <w:proofErr w:type="spellEnd"/>
          </w:p>
        </w:tc>
        <w:tc>
          <w:tcPr>
            <w:tcW w:w="8844" w:type="dxa"/>
            <w:shd w:val="clear" w:color="auto" w:fill="0B4F7A"/>
            <w:tcMar>
              <w:top w:w="40" w:type="dxa"/>
              <w:left w:w="80" w:type="dxa"/>
              <w:bottom w:w="40" w:type="dxa"/>
              <w:right w:w="80" w:type="dxa"/>
            </w:tcMar>
            <w:vAlign w:val="center"/>
          </w:tcPr>
          <w:p w14:paraId="36B28820" w14:textId="77777777" w:rsidR="00E84B84" w:rsidRPr="00191757" w:rsidRDefault="008D034A">
            <w:pPr>
              <w:spacing w:after="0" w:line="240" w:lineRule="auto"/>
              <w:jc w:val="center"/>
              <w:rPr>
                <w:lang w:val="de-DE"/>
              </w:rPr>
            </w:pPr>
            <w:r w:rsidRPr="00191757">
              <w:rPr>
                <w:rFonts w:eastAsia="Arial"/>
                <w:b/>
                <w:color w:val="FFFFFF"/>
                <w:sz w:val="16"/>
                <w:lang w:val="de-DE"/>
              </w:rPr>
              <w:t>Konkreter Nachweis aus diesem Referenzprojekt</w:t>
            </w:r>
          </w:p>
        </w:tc>
      </w:tr>
      <w:tr w:rsidR="00E84B84" w:rsidRPr="00CD663C" w14:paraId="2FCB56BB" w14:textId="77777777">
        <w:trPr>
          <w:cantSplit/>
          <w:jc w:val="center"/>
        </w:trPr>
        <w:tc>
          <w:tcPr>
            <w:tcW w:w="1247" w:type="dxa"/>
            <w:shd w:val="clear" w:color="auto" w:fill="FFFBEA"/>
            <w:tcMar>
              <w:top w:w="40" w:type="dxa"/>
              <w:left w:w="80" w:type="dxa"/>
              <w:bottom w:w="40" w:type="dxa"/>
              <w:right w:w="80" w:type="dxa"/>
            </w:tcMar>
            <w:vAlign w:val="center"/>
          </w:tcPr>
          <w:p w14:paraId="484C97E2" w14:textId="77777777" w:rsidR="00E84B84" w:rsidRDefault="008D034A">
            <w:pPr>
              <w:spacing w:after="0" w:line="240" w:lineRule="auto"/>
              <w:jc w:val="center"/>
            </w:pPr>
            <w:r>
              <w:rPr>
                <w:rFonts w:eastAsia="Arial"/>
                <w:color w:val="1F1F1F"/>
                <w:sz w:val="16"/>
              </w:rPr>
              <w:t>☐</w:t>
            </w:r>
          </w:p>
        </w:tc>
        <w:tc>
          <w:tcPr>
            <w:tcW w:w="5102" w:type="dxa"/>
            <w:tcMar>
              <w:top w:w="40" w:type="dxa"/>
              <w:left w:w="80" w:type="dxa"/>
              <w:bottom w:w="40" w:type="dxa"/>
              <w:right w:w="80" w:type="dxa"/>
            </w:tcMar>
            <w:vAlign w:val="center"/>
          </w:tcPr>
          <w:p w14:paraId="3D6B9F87" w14:textId="77777777" w:rsidR="00E84B84" w:rsidRPr="00191757" w:rsidRDefault="008D034A">
            <w:pPr>
              <w:spacing w:after="0" w:line="240" w:lineRule="auto"/>
              <w:rPr>
                <w:lang w:val="de-DE"/>
              </w:rPr>
            </w:pPr>
            <w:r w:rsidRPr="00191757">
              <w:rPr>
                <w:rFonts w:eastAsia="Arial"/>
                <w:color w:val="1F1F1F"/>
                <w:sz w:val="16"/>
                <w:lang w:val="de-DE"/>
              </w:rPr>
              <w:t>LF1 – IT-Strategie und Innovation</w:t>
            </w:r>
          </w:p>
        </w:tc>
        <w:tc>
          <w:tcPr>
            <w:tcW w:w="8844" w:type="dxa"/>
            <w:shd w:val="clear" w:color="auto" w:fill="FFFBEA"/>
            <w:tcMar>
              <w:top w:w="40" w:type="dxa"/>
              <w:left w:w="80" w:type="dxa"/>
              <w:bottom w:w="40" w:type="dxa"/>
              <w:right w:w="80" w:type="dxa"/>
            </w:tcMar>
            <w:vAlign w:val="center"/>
          </w:tcPr>
          <w:p w14:paraId="64D3E37E" w14:textId="77777777" w:rsidR="00E84B84" w:rsidRPr="00191757" w:rsidRDefault="008D034A">
            <w:pPr>
              <w:spacing w:after="0" w:line="240" w:lineRule="auto"/>
              <w:rPr>
                <w:lang w:val="de-DE"/>
              </w:rPr>
            </w:pPr>
            <w:r w:rsidRPr="00191757">
              <w:rPr>
                <w:rFonts w:eastAsia="Arial"/>
                <w:color w:val="1F1F1F"/>
                <w:sz w:val="16"/>
                <w:lang w:val="de-DE"/>
              </w:rPr>
              <w:t>[nur bei Auswahl: konkrete Tätigkeit / Ergebnis im Leistungsfeld]</w:t>
            </w:r>
          </w:p>
        </w:tc>
      </w:tr>
      <w:tr w:rsidR="00E84B84" w:rsidRPr="00CD663C" w14:paraId="3B8B4BBB" w14:textId="77777777">
        <w:trPr>
          <w:cantSplit/>
          <w:jc w:val="center"/>
        </w:trPr>
        <w:tc>
          <w:tcPr>
            <w:tcW w:w="1247" w:type="dxa"/>
            <w:shd w:val="clear" w:color="auto" w:fill="FFFBEA"/>
            <w:tcMar>
              <w:top w:w="40" w:type="dxa"/>
              <w:left w:w="80" w:type="dxa"/>
              <w:bottom w:w="40" w:type="dxa"/>
              <w:right w:w="80" w:type="dxa"/>
            </w:tcMar>
            <w:vAlign w:val="center"/>
          </w:tcPr>
          <w:p w14:paraId="26CB0460" w14:textId="77777777" w:rsidR="00E84B84" w:rsidRDefault="008D034A">
            <w:pPr>
              <w:spacing w:after="0" w:line="240" w:lineRule="auto"/>
              <w:jc w:val="center"/>
            </w:pPr>
            <w:r>
              <w:rPr>
                <w:rFonts w:eastAsia="Arial"/>
                <w:color w:val="1F1F1F"/>
                <w:sz w:val="16"/>
              </w:rPr>
              <w:t>☐</w:t>
            </w:r>
          </w:p>
        </w:tc>
        <w:tc>
          <w:tcPr>
            <w:tcW w:w="5102" w:type="dxa"/>
            <w:tcMar>
              <w:top w:w="40" w:type="dxa"/>
              <w:left w:w="80" w:type="dxa"/>
              <w:bottom w:w="40" w:type="dxa"/>
              <w:right w:w="80" w:type="dxa"/>
            </w:tcMar>
            <w:vAlign w:val="center"/>
          </w:tcPr>
          <w:p w14:paraId="55739271" w14:textId="77777777" w:rsidR="00E84B84" w:rsidRDefault="008D034A">
            <w:pPr>
              <w:spacing w:after="0" w:line="240" w:lineRule="auto"/>
            </w:pPr>
            <w:r>
              <w:rPr>
                <w:rFonts w:eastAsia="Arial"/>
                <w:color w:val="1F1F1F"/>
                <w:sz w:val="16"/>
              </w:rPr>
              <w:t xml:space="preserve">LF2 – IT-Governance, Demand, Portfolio und </w:t>
            </w:r>
            <w:proofErr w:type="spellStart"/>
            <w:r>
              <w:rPr>
                <w:rFonts w:eastAsia="Arial"/>
                <w:color w:val="1F1F1F"/>
                <w:sz w:val="16"/>
              </w:rPr>
              <w:t>Steuerung</w:t>
            </w:r>
            <w:proofErr w:type="spellEnd"/>
          </w:p>
        </w:tc>
        <w:tc>
          <w:tcPr>
            <w:tcW w:w="8844" w:type="dxa"/>
            <w:shd w:val="clear" w:color="auto" w:fill="FFFBEA"/>
            <w:tcMar>
              <w:top w:w="40" w:type="dxa"/>
              <w:left w:w="80" w:type="dxa"/>
              <w:bottom w:w="40" w:type="dxa"/>
              <w:right w:w="80" w:type="dxa"/>
            </w:tcMar>
            <w:vAlign w:val="center"/>
          </w:tcPr>
          <w:p w14:paraId="4DC5E266" w14:textId="77777777" w:rsidR="00E84B84" w:rsidRPr="00191757" w:rsidRDefault="008D034A">
            <w:pPr>
              <w:spacing w:after="0" w:line="240" w:lineRule="auto"/>
              <w:rPr>
                <w:lang w:val="de-DE"/>
              </w:rPr>
            </w:pPr>
            <w:r w:rsidRPr="00191757">
              <w:rPr>
                <w:rFonts w:eastAsia="Arial"/>
                <w:color w:val="1F1F1F"/>
                <w:sz w:val="16"/>
                <w:lang w:val="de-DE"/>
              </w:rPr>
              <w:t>[nur bei Auswahl: konkrete Tätigkeit / Ergebnis im Leistungsfeld]</w:t>
            </w:r>
          </w:p>
        </w:tc>
      </w:tr>
      <w:tr w:rsidR="00E84B84" w:rsidRPr="00CD663C" w14:paraId="6A07BBB7" w14:textId="77777777">
        <w:trPr>
          <w:cantSplit/>
          <w:jc w:val="center"/>
        </w:trPr>
        <w:tc>
          <w:tcPr>
            <w:tcW w:w="1247" w:type="dxa"/>
            <w:shd w:val="clear" w:color="auto" w:fill="FFFBEA"/>
            <w:tcMar>
              <w:top w:w="40" w:type="dxa"/>
              <w:left w:w="80" w:type="dxa"/>
              <w:bottom w:w="40" w:type="dxa"/>
              <w:right w:w="80" w:type="dxa"/>
            </w:tcMar>
            <w:vAlign w:val="center"/>
          </w:tcPr>
          <w:p w14:paraId="69E51541" w14:textId="77777777" w:rsidR="00E84B84" w:rsidRDefault="008D034A">
            <w:pPr>
              <w:spacing w:after="0" w:line="240" w:lineRule="auto"/>
              <w:jc w:val="center"/>
            </w:pPr>
            <w:r>
              <w:rPr>
                <w:rFonts w:eastAsia="Arial"/>
                <w:color w:val="1F1F1F"/>
                <w:sz w:val="16"/>
              </w:rPr>
              <w:t>☐</w:t>
            </w:r>
          </w:p>
        </w:tc>
        <w:tc>
          <w:tcPr>
            <w:tcW w:w="5102" w:type="dxa"/>
            <w:tcMar>
              <w:top w:w="40" w:type="dxa"/>
              <w:left w:w="80" w:type="dxa"/>
              <w:bottom w:w="40" w:type="dxa"/>
              <w:right w:w="80" w:type="dxa"/>
            </w:tcMar>
            <w:vAlign w:val="center"/>
          </w:tcPr>
          <w:p w14:paraId="146D5407" w14:textId="77777777" w:rsidR="00E84B84" w:rsidRDefault="008D034A">
            <w:pPr>
              <w:spacing w:after="0" w:line="240" w:lineRule="auto"/>
            </w:pPr>
            <w:r>
              <w:rPr>
                <w:rFonts w:eastAsia="Arial"/>
                <w:color w:val="1F1F1F"/>
                <w:sz w:val="16"/>
              </w:rPr>
              <w:t xml:space="preserve">LF3 – IT-Service-Management und </w:t>
            </w:r>
            <w:proofErr w:type="spellStart"/>
            <w:r>
              <w:rPr>
                <w:rFonts w:eastAsia="Arial"/>
                <w:color w:val="1F1F1F"/>
                <w:sz w:val="16"/>
              </w:rPr>
              <w:t>Serviceorientierung</w:t>
            </w:r>
            <w:proofErr w:type="spellEnd"/>
          </w:p>
        </w:tc>
        <w:tc>
          <w:tcPr>
            <w:tcW w:w="8844" w:type="dxa"/>
            <w:shd w:val="clear" w:color="auto" w:fill="FFFBEA"/>
            <w:tcMar>
              <w:top w:w="40" w:type="dxa"/>
              <w:left w:w="80" w:type="dxa"/>
              <w:bottom w:w="40" w:type="dxa"/>
              <w:right w:w="80" w:type="dxa"/>
            </w:tcMar>
            <w:vAlign w:val="center"/>
          </w:tcPr>
          <w:p w14:paraId="413D5C39" w14:textId="77777777" w:rsidR="00E84B84" w:rsidRPr="00191757" w:rsidRDefault="008D034A">
            <w:pPr>
              <w:spacing w:after="0" w:line="240" w:lineRule="auto"/>
              <w:rPr>
                <w:lang w:val="de-DE"/>
              </w:rPr>
            </w:pPr>
            <w:r w:rsidRPr="00191757">
              <w:rPr>
                <w:rFonts w:eastAsia="Arial"/>
                <w:color w:val="1F1F1F"/>
                <w:sz w:val="16"/>
                <w:lang w:val="de-DE"/>
              </w:rPr>
              <w:t>[nur bei Auswahl: konkrete Tätigkeit / Ergebnis im Leistungsfeld]</w:t>
            </w:r>
          </w:p>
        </w:tc>
      </w:tr>
      <w:tr w:rsidR="00E84B84" w:rsidRPr="00CD663C" w14:paraId="1A740491" w14:textId="77777777">
        <w:trPr>
          <w:cantSplit/>
          <w:jc w:val="center"/>
        </w:trPr>
        <w:tc>
          <w:tcPr>
            <w:tcW w:w="1247" w:type="dxa"/>
            <w:shd w:val="clear" w:color="auto" w:fill="FFFBEA"/>
            <w:tcMar>
              <w:top w:w="40" w:type="dxa"/>
              <w:left w:w="80" w:type="dxa"/>
              <w:bottom w:w="40" w:type="dxa"/>
              <w:right w:w="80" w:type="dxa"/>
            </w:tcMar>
            <w:vAlign w:val="center"/>
          </w:tcPr>
          <w:p w14:paraId="45B9407C" w14:textId="77777777" w:rsidR="00E84B84" w:rsidRDefault="008D034A">
            <w:pPr>
              <w:spacing w:after="0" w:line="240" w:lineRule="auto"/>
              <w:jc w:val="center"/>
            </w:pPr>
            <w:r>
              <w:rPr>
                <w:rFonts w:eastAsia="Arial"/>
                <w:color w:val="1F1F1F"/>
                <w:sz w:val="16"/>
              </w:rPr>
              <w:t>☐</w:t>
            </w:r>
          </w:p>
        </w:tc>
        <w:tc>
          <w:tcPr>
            <w:tcW w:w="5102" w:type="dxa"/>
            <w:tcMar>
              <w:top w:w="40" w:type="dxa"/>
              <w:left w:w="80" w:type="dxa"/>
              <w:bottom w:w="40" w:type="dxa"/>
              <w:right w:w="80" w:type="dxa"/>
            </w:tcMar>
            <w:vAlign w:val="center"/>
          </w:tcPr>
          <w:p w14:paraId="6EEBA930" w14:textId="77777777" w:rsidR="00E84B84" w:rsidRPr="00191757" w:rsidRDefault="008D034A">
            <w:pPr>
              <w:spacing w:after="0" w:line="240" w:lineRule="auto"/>
              <w:rPr>
                <w:lang w:val="de-DE"/>
              </w:rPr>
            </w:pPr>
            <w:r w:rsidRPr="00191757">
              <w:rPr>
                <w:rFonts w:eastAsia="Arial"/>
                <w:color w:val="1F1F1F"/>
                <w:sz w:val="16"/>
                <w:lang w:val="de-DE"/>
              </w:rPr>
              <w:t>LF4 – Organisation, Operating Model und Prozesse</w:t>
            </w:r>
          </w:p>
        </w:tc>
        <w:tc>
          <w:tcPr>
            <w:tcW w:w="8844" w:type="dxa"/>
            <w:shd w:val="clear" w:color="auto" w:fill="FFFBEA"/>
            <w:tcMar>
              <w:top w:w="40" w:type="dxa"/>
              <w:left w:w="80" w:type="dxa"/>
              <w:bottom w:w="40" w:type="dxa"/>
              <w:right w:w="80" w:type="dxa"/>
            </w:tcMar>
            <w:vAlign w:val="center"/>
          </w:tcPr>
          <w:p w14:paraId="61C695F7" w14:textId="77777777" w:rsidR="00E84B84" w:rsidRPr="00191757" w:rsidRDefault="008D034A">
            <w:pPr>
              <w:spacing w:after="0" w:line="240" w:lineRule="auto"/>
              <w:rPr>
                <w:lang w:val="de-DE"/>
              </w:rPr>
            </w:pPr>
            <w:r w:rsidRPr="00191757">
              <w:rPr>
                <w:rFonts w:eastAsia="Arial"/>
                <w:color w:val="1F1F1F"/>
                <w:sz w:val="16"/>
                <w:lang w:val="de-DE"/>
              </w:rPr>
              <w:t>[nur bei Auswahl: konkrete Tätigkeit / Ergebnis im Leistungsfeld]</w:t>
            </w:r>
          </w:p>
        </w:tc>
      </w:tr>
      <w:tr w:rsidR="00E84B84" w:rsidRPr="00CD663C" w14:paraId="41FA0F5C" w14:textId="77777777">
        <w:trPr>
          <w:cantSplit/>
          <w:jc w:val="center"/>
        </w:trPr>
        <w:tc>
          <w:tcPr>
            <w:tcW w:w="1247" w:type="dxa"/>
            <w:shd w:val="clear" w:color="auto" w:fill="FFFBEA"/>
            <w:tcMar>
              <w:top w:w="40" w:type="dxa"/>
              <w:left w:w="80" w:type="dxa"/>
              <w:bottom w:w="40" w:type="dxa"/>
              <w:right w:w="80" w:type="dxa"/>
            </w:tcMar>
            <w:vAlign w:val="center"/>
          </w:tcPr>
          <w:p w14:paraId="6FDFEE5D" w14:textId="77777777" w:rsidR="00E84B84" w:rsidRDefault="008D034A">
            <w:pPr>
              <w:spacing w:after="0" w:line="240" w:lineRule="auto"/>
              <w:jc w:val="center"/>
            </w:pPr>
            <w:r>
              <w:rPr>
                <w:rFonts w:eastAsia="Arial"/>
                <w:color w:val="1F1F1F"/>
                <w:sz w:val="16"/>
              </w:rPr>
              <w:t>☐</w:t>
            </w:r>
          </w:p>
        </w:tc>
        <w:tc>
          <w:tcPr>
            <w:tcW w:w="5102" w:type="dxa"/>
            <w:tcMar>
              <w:top w:w="40" w:type="dxa"/>
              <w:left w:w="80" w:type="dxa"/>
              <w:bottom w:w="40" w:type="dxa"/>
              <w:right w:w="80" w:type="dxa"/>
            </w:tcMar>
            <w:vAlign w:val="center"/>
          </w:tcPr>
          <w:p w14:paraId="7CC84EC2" w14:textId="77777777" w:rsidR="00E84B84" w:rsidRDefault="008D034A">
            <w:pPr>
              <w:spacing w:after="0" w:line="240" w:lineRule="auto"/>
            </w:pPr>
            <w:r>
              <w:rPr>
                <w:rFonts w:eastAsia="Arial"/>
                <w:color w:val="1F1F1F"/>
                <w:sz w:val="16"/>
              </w:rPr>
              <w:t xml:space="preserve">LF5 – </w:t>
            </w:r>
            <w:proofErr w:type="spellStart"/>
            <w:r>
              <w:rPr>
                <w:rFonts w:eastAsia="Arial"/>
                <w:color w:val="1F1F1F"/>
                <w:sz w:val="16"/>
              </w:rPr>
              <w:t>Architektur</w:t>
            </w:r>
            <w:proofErr w:type="spellEnd"/>
            <w:r>
              <w:rPr>
                <w:rFonts w:eastAsia="Arial"/>
                <w:color w:val="1F1F1F"/>
                <w:sz w:val="16"/>
              </w:rPr>
              <w:t xml:space="preserve">, Sourcing, Provider- und </w:t>
            </w:r>
            <w:proofErr w:type="spellStart"/>
            <w:r>
              <w:rPr>
                <w:rFonts w:eastAsia="Arial"/>
                <w:color w:val="1F1F1F"/>
                <w:sz w:val="16"/>
              </w:rPr>
              <w:t>Lizenzmanagement</w:t>
            </w:r>
            <w:proofErr w:type="spellEnd"/>
          </w:p>
        </w:tc>
        <w:tc>
          <w:tcPr>
            <w:tcW w:w="8844" w:type="dxa"/>
            <w:shd w:val="clear" w:color="auto" w:fill="FFFBEA"/>
            <w:tcMar>
              <w:top w:w="40" w:type="dxa"/>
              <w:left w:w="80" w:type="dxa"/>
              <w:bottom w:w="40" w:type="dxa"/>
              <w:right w:w="80" w:type="dxa"/>
            </w:tcMar>
            <w:vAlign w:val="center"/>
          </w:tcPr>
          <w:p w14:paraId="2B8254C0" w14:textId="77777777" w:rsidR="00E84B84" w:rsidRPr="00191757" w:rsidRDefault="008D034A">
            <w:pPr>
              <w:spacing w:after="0" w:line="240" w:lineRule="auto"/>
              <w:rPr>
                <w:lang w:val="de-DE"/>
              </w:rPr>
            </w:pPr>
            <w:r w:rsidRPr="00191757">
              <w:rPr>
                <w:rFonts w:eastAsia="Arial"/>
                <w:color w:val="1F1F1F"/>
                <w:sz w:val="16"/>
                <w:lang w:val="de-DE"/>
              </w:rPr>
              <w:t>[nur bei Auswahl: konkrete Tätigkeit / Ergebnis im Leistungsfeld]</w:t>
            </w:r>
          </w:p>
        </w:tc>
      </w:tr>
      <w:tr w:rsidR="00E84B84" w:rsidRPr="00CD663C" w14:paraId="0A99F85A" w14:textId="77777777">
        <w:trPr>
          <w:cantSplit/>
          <w:jc w:val="center"/>
        </w:trPr>
        <w:tc>
          <w:tcPr>
            <w:tcW w:w="1247" w:type="dxa"/>
            <w:shd w:val="clear" w:color="auto" w:fill="FFFBEA"/>
            <w:tcMar>
              <w:top w:w="40" w:type="dxa"/>
              <w:left w:w="80" w:type="dxa"/>
              <w:bottom w:w="40" w:type="dxa"/>
              <w:right w:w="80" w:type="dxa"/>
            </w:tcMar>
            <w:vAlign w:val="center"/>
          </w:tcPr>
          <w:p w14:paraId="312C0C72" w14:textId="77777777" w:rsidR="00E84B84" w:rsidRDefault="008D034A">
            <w:pPr>
              <w:spacing w:after="0" w:line="240" w:lineRule="auto"/>
              <w:jc w:val="center"/>
            </w:pPr>
            <w:r>
              <w:rPr>
                <w:rFonts w:eastAsia="Arial"/>
                <w:color w:val="1F1F1F"/>
                <w:sz w:val="16"/>
              </w:rPr>
              <w:t>☐</w:t>
            </w:r>
          </w:p>
        </w:tc>
        <w:tc>
          <w:tcPr>
            <w:tcW w:w="5102" w:type="dxa"/>
            <w:tcMar>
              <w:top w:w="40" w:type="dxa"/>
              <w:left w:w="80" w:type="dxa"/>
              <w:bottom w:w="40" w:type="dxa"/>
              <w:right w:w="80" w:type="dxa"/>
            </w:tcMar>
            <w:vAlign w:val="center"/>
          </w:tcPr>
          <w:p w14:paraId="01E64AF5" w14:textId="77777777" w:rsidR="00E84B84" w:rsidRDefault="008D034A">
            <w:pPr>
              <w:spacing w:after="0" w:line="240" w:lineRule="auto"/>
            </w:pPr>
            <w:r>
              <w:rPr>
                <w:rFonts w:eastAsia="Arial"/>
                <w:color w:val="1F1F1F"/>
                <w:sz w:val="16"/>
              </w:rPr>
              <w:t>LF6 – Security Governance, Risk, Compliance und IT-</w:t>
            </w:r>
            <w:proofErr w:type="spellStart"/>
            <w:r>
              <w:rPr>
                <w:rFonts w:eastAsia="Arial"/>
                <w:color w:val="1F1F1F"/>
                <w:sz w:val="16"/>
              </w:rPr>
              <w:t>Resilienz</w:t>
            </w:r>
            <w:proofErr w:type="spellEnd"/>
          </w:p>
        </w:tc>
        <w:tc>
          <w:tcPr>
            <w:tcW w:w="8844" w:type="dxa"/>
            <w:shd w:val="clear" w:color="auto" w:fill="FFFBEA"/>
            <w:tcMar>
              <w:top w:w="40" w:type="dxa"/>
              <w:left w:w="80" w:type="dxa"/>
              <w:bottom w:w="40" w:type="dxa"/>
              <w:right w:w="80" w:type="dxa"/>
            </w:tcMar>
            <w:vAlign w:val="center"/>
          </w:tcPr>
          <w:p w14:paraId="7AD64ECD" w14:textId="77777777" w:rsidR="00E84B84" w:rsidRPr="00191757" w:rsidRDefault="008D034A">
            <w:pPr>
              <w:spacing w:after="0" w:line="240" w:lineRule="auto"/>
              <w:rPr>
                <w:lang w:val="de-DE"/>
              </w:rPr>
            </w:pPr>
            <w:r w:rsidRPr="00191757">
              <w:rPr>
                <w:rFonts w:eastAsia="Arial"/>
                <w:color w:val="1F1F1F"/>
                <w:sz w:val="16"/>
                <w:lang w:val="de-DE"/>
              </w:rPr>
              <w:t>[nur bei Auswahl: konkrete Tätigkeit / Ergebnis im Leistungsfeld]</w:t>
            </w:r>
          </w:p>
        </w:tc>
      </w:tr>
      <w:tr w:rsidR="00E84B84" w:rsidRPr="00CD663C" w14:paraId="656B5F39" w14:textId="77777777">
        <w:trPr>
          <w:cantSplit/>
          <w:jc w:val="center"/>
        </w:trPr>
        <w:tc>
          <w:tcPr>
            <w:tcW w:w="1247" w:type="dxa"/>
            <w:shd w:val="clear" w:color="auto" w:fill="FFFBEA"/>
            <w:tcMar>
              <w:top w:w="40" w:type="dxa"/>
              <w:left w:w="80" w:type="dxa"/>
              <w:bottom w:w="40" w:type="dxa"/>
              <w:right w:w="80" w:type="dxa"/>
            </w:tcMar>
            <w:vAlign w:val="center"/>
          </w:tcPr>
          <w:p w14:paraId="4FD95210" w14:textId="77777777" w:rsidR="00E84B84" w:rsidRDefault="008D034A">
            <w:pPr>
              <w:spacing w:after="0" w:line="240" w:lineRule="auto"/>
              <w:jc w:val="center"/>
            </w:pPr>
            <w:r>
              <w:rPr>
                <w:rFonts w:eastAsia="Arial"/>
                <w:color w:val="1F1F1F"/>
                <w:sz w:val="16"/>
              </w:rPr>
              <w:t>☐</w:t>
            </w:r>
          </w:p>
        </w:tc>
        <w:tc>
          <w:tcPr>
            <w:tcW w:w="5102" w:type="dxa"/>
            <w:tcMar>
              <w:top w:w="40" w:type="dxa"/>
              <w:left w:w="80" w:type="dxa"/>
              <w:bottom w:w="40" w:type="dxa"/>
              <w:right w:w="80" w:type="dxa"/>
            </w:tcMar>
            <w:vAlign w:val="center"/>
          </w:tcPr>
          <w:p w14:paraId="5F2E0095" w14:textId="77777777" w:rsidR="00E84B84" w:rsidRPr="00191757" w:rsidRDefault="008D034A">
            <w:pPr>
              <w:spacing w:after="0" w:line="240" w:lineRule="auto"/>
              <w:rPr>
                <w:lang w:val="de-DE"/>
              </w:rPr>
            </w:pPr>
            <w:r w:rsidRPr="00191757">
              <w:rPr>
                <w:rFonts w:eastAsia="Arial"/>
                <w:color w:val="1F1F1F"/>
                <w:sz w:val="16"/>
                <w:lang w:val="de-DE"/>
              </w:rPr>
              <w:t xml:space="preserve">LF7 – CRM, </w:t>
            </w:r>
            <w:proofErr w:type="spellStart"/>
            <w:r w:rsidRPr="00191757">
              <w:rPr>
                <w:rFonts w:eastAsia="Arial"/>
                <w:color w:val="1F1F1F"/>
                <w:sz w:val="16"/>
                <w:lang w:val="de-DE"/>
              </w:rPr>
              <w:t>Anliegenmanagement</w:t>
            </w:r>
            <w:proofErr w:type="spellEnd"/>
            <w:r w:rsidRPr="00191757">
              <w:rPr>
                <w:rFonts w:eastAsia="Arial"/>
                <w:color w:val="1F1F1F"/>
                <w:sz w:val="16"/>
                <w:lang w:val="de-DE"/>
              </w:rPr>
              <w:t xml:space="preserve"> und Business-Nähe</w:t>
            </w:r>
          </w:p>
        </w:tc>
        <w:tc>
          <w:tcPr>
            <w:tcW w:w="8844" w:type="dxa"/>
            <w:shd w:val="clear" w:color="auto" w:fill="FFFBEA"/>
            <w:tcMar>
              <w:top w:w="40" w:type="dxa"/>
              <w:left w:w="80" w:type="dxa"/>
              <w:bottom w:w="40" w:type="dxa"/>
              <w:right w:w="80" w:type="dxa"/>
            </w:tcMar>
            <w:vAlign w:val="center"/>
          </w:tcPr>
          <w:p w14:paraId="02D94CFE" w14:textId="77777777" w:rsidR="00E84B84" w:rsidRPr="00191757" w:rsidRDefault="008D034A">
            <w:pPr>
              <w:spacing w:after="0" w:line="240" w:lineRule="auto"/>
              <w:rPr>
                <w:lang w:val="de-DE"/>
              </w:rPr>
            </w:pPr>
            <w:r w:rsidRPr="00191757">
              <w:rPr>
                <w:rFonts w:eastAsia="Arial"/>
                <w:color w:val="1F1F1F"/>
                <w:sz w:val="16"/>
                <w:lang w:val="de-DE"/>
              </w:rPr>
              <w:t>[nur bei Auswahl: konkrete Tätigkeit / Ergebnis im Leistungsfeld]</w:t>
            </w:r>
          </w:p>
        </w:tc>
      </w:tr>
      <w:tr w:rsidR="00E84B84" w:rsidRPr="00CD663C" w14:paraId="088ED34D" w14:textId="77777777">
        <w:trPr>
          <w:cantSplit/>
          <w:jc w:val="center"/>
        </w:trPr>
        <w:tc>
          <w:tcPr>
            <w:tcW w:w="1247" w:type="dxa"/>
            <w:shd w:val="clear" w:color="auto" w:fill="FFFBEA"/>
            <w:tcMar>
              <w:top w:w="40" w:type="dxa"/>
              <w:left w:w="80" w:type="dxa"/>
              <w:bottom w:w="40" w:type="dxa"/>
              <w:right w:w="80" w:type="dxa"/>
            </w:tcMar>
            <w:vAlign w:val="center"/>
          </w:tcPr>
          <w:p w14:paraId="6330FB54" w14:textId="77777777" w:rsidR="00E84B84" w:rsidRDefault="008D034A">
            <w:pPr>
              <w:spacing w:after="0" w:line="240" w:lineRule="auto"/>
              <w:jc w:val="center"/>
            </w:pPr>
            <w:r>
              <w:rPr>
                <w:rFonts w:eastAsia="Arial"/>
                <w:color w:val="1F1F1F"/>
                <w:sz w:val="16"/>
              </w:rPr>
              <w:t>☐</w:t>
            </w:r>
          </w:p>
        </w:tc>
        <w:tc>
          <w:tcPr>
            <w:tcW w:w="5102" w:type="dxa"/>
            <w:tcMar>
              <w:top w:w="40" w:type="dxa"/>
              <w:left w:w="80" w:type="dxa"/>
              <w:bottom w:w="40" w:type="dxa"/>
              <w:right w:w="80" w:type="dxa"/>
            </w:tcMar>
            <w:vAlign w:val="center"/>
          </w:tcPr>
          <w:p w14:paraId="6926AC64" w14:textId="77777777" w:rsidR="00E84B84" w:rsidRDefault="008D034A">
            <w:pPr>
              <w:spacing w:after="0" w:line="240" w:lineRule="auto"/>
            </w:pPr>
            <w:r>
              <w:rPr>
                <w:rFonts w:eastAsia="Arial"/>
                <w:color w:val="1F1F1F"/>
                <w:sz w:val="16"/>
              </w:rPr>
              <w:t xml:space="preserve">LF8 – </w:t>
            </w:r>
            <w:proofErr w:type="spellStart"/>
            <w:r>
              <w:rPr>
                <w:rFonts w:eastAsia="Arial"/>
                <w:color w:val="1F1F1F"/>
                <w:sz w:val="16"/>
              </w:rPr>
              <w:t>Qualität</w:t>
            </w:r>
            <w:proofErr w:type="spellEnd"/>
            <w:r>
              <w:rPr>
                <w:rFonts w:eastAsia="Arial"/>
                <w:color w:val="1F1F1F"/>
                <w:sz w:val="16"/>
              </w:rPr>
              <w:t>, Reviews, KVP und Benchmarking</w:t>
            </w:r>
          </w:p>
        </w:tc>
        <w:tc>
          <w:tcPr>
            <w:tcW w:w="8844" w:type="dxa"/>
            <w:shd w:val="clear" w:color="auto" w:fill="FFFBEA"/>
            <w:tcMar>
              <w:top w:w="40" w:type="dxa"/>
              <w:left w:w="80" w:type="dxa"/>
              <w:bottom w:w="40" w:type="dxa"/>
              <w:right w:w="80" w:type="dxa"/>
            </w:tcMar>
            <w:vAlign w:val="center"/>
          </w:tcPr>
          <w:p w14:paraId="0BB0613B" w14:textId="77777777" w:rsidR="00E84B84" w:rsidRPr="00191757" w:rsidRDefault="008D034A">
            <w:pPr>
              <w:spacing w:after="0" w:line="240" w:lineRule="auto"/>
              <w:rPr>
                <w:lang w:val="de-DE"/>
              </w:rPr>
            </w:pPr>
            <w:r w:rsidRPr="00191757">
              <w:rPr>
                <w:rFonts w:eastAsia="Arial"/>
                <w:color w:val="1F1F1F"/>
                <w:sz w:val="16"/>
                <w:lang w:val="de-DE"/>
              </w:rPr>
              <w:t>[nur bei Auswahl: konkrete Tätigkeit / Ergebnis im Leistungsfeld]</w:t>
            </w:r>
          </w:p>
        </w:tc>
      </w:tr>
      <w:tr w:rsidR="00E84B84" w:rsidRPr="00CD663C" w14:paraId="48742302" w14:textId="77777777">
        <w:trPr>
          <w:cantSplit/>
          <w:jc w:val="center"/>
        </w:trPr>
        <w:tc>
          <w:tcPr>
            <w:tcW w:w="1247" w:type="dxa"/>
            <w:shd w:val="clear" w:color="auto" w:fill="FFFBEA"/>
            <w:tcMar>
              <w:top w:w="40" w:type="dxa"/>
              <w:left w:w="80" w:type="dxa"/>
              <w:bottom w:w="40" w:type="dxa"/>
              <w:right w:w="80" w:type="dxa"/>
            </w:tcMar>
            <w:vAlign w:val="center"/>
          </w:tcPr>
          <w:p w14:paraId="6A4CF3A8" w14:textId="77777777" w:rsidR="00E84B84" w:rsidRDefault="008D034A">
            <w:pPr>
              <w:spacing w:after="0" w:line="240" w:lineRule="auto"/>
              <w:jc w:val="center"/>
            </w:pPr>
            <w:r>
              <w:rPr>
                <w:rFonts w:eastAsia="Arial"/>
                <w:color w:val="1F1F1F"/>
                <w:sz w:val="16"/>
              </w:rPr>
              <w:t>☐</w:t>
            </w:r>
          </w:p>
        </w:tc>
        <w:tc>
          <w:tcPr>
            <w:tcW w:w="5102" w:type="dxa"/>
            <w:tcMar>
              <w:top w:w="40" w:type="dxa"/>
              <w:left w:w="80" w:type="dxa"/>
              <w:bottom w:w="40" w:type="dxa"/>
              <w:right w:w="80" w:type="dxa"/>
            </w:tcMar>
            <w:vAlign w:val="center"/>
          </w:tcPr>
          <w:p w14:paraId="252C6733" w14:textId="77777777" w:rsidR="00E84B84" w:rsidRPr="00191757" w:rsidRDefault="008D034A">
            <w:pPr>
              <w:spacing w:after="0" w:line="240" w:lineRule="auto"/>
              <w:rPr>
                <w:lang w:val="de-DE"/>
              </w:rPr>
            </w:pPr>
            <w:r w:rsidRPr="00191757">
              <w:rPr>
                <w:rFonts w:eastAsia="Arial"/>
                <w:color w:val="1F1F1F"/>
                <w:sz w:val="16"/>
                <w:lang w:val="de-DE"/>
              </w:rPr>
              <w:t xml:space="preserve">LF9 – Projekt-, Transformations- und </w:t>
            </w:r>
            <w:proofErr w:type="spellStart"/>
            <w:r w:rsidRPr="00191757">
              <w:rPr>
                <w:rFonts w:eastAsia="Arial"/>
                <w:color w:val="1F1F1F"/>
                <w:sz w:val="16"/>
                <w:lang w:val="de-DE"/>
              </w:rPr>
              <w:t>transitionsnahe</w:t>
            </w:r>
            <w:proofErr w:type="spellEnd"/>
            <w:r w:rsidRPr="00191757">
              <w:rPr>
                <w:rFonts w:eastAsia="Arial"/>
                <w:color w:val="1F1F1F"/>
                <w:sz w:val="16"/>
                <w:lang w:val="de-DE"/>
              </w:rPr>
              <w:t xml:space="preserve"> Unterstützung</w:t>
            </w:r>
          </w:p>
        </w:tc>
        <w:tc>
          <w:tcPr>
            <w:tcW w:w="8844" w:type="dxa"/>
            <w:shd w:val="clear" w:color="auto" w:fill="FFFBEA"/>
            <w:tcMar>
              <w:top w:w="40" w:type="dxa"/>
              <w:left w:w="80" w:type="dxa"/>
              <w:bottom w:w="40" w:type="dxa"/>
              <w:right w:w="80" w:type="dxa"/>
            </w:tcMar>
            <w:vAlign w:val="center"/>
          </w:tcPr>
          <w:p w14:paraId="337FC9F9" w14:textId="77777777" w:rsidR="00E84B84" w:rsidRPr="00191757" w:rsidRDefault="008D034A">
            <w:pPr>
              <w:spacing w:after="0" w:line="240" w:lineRule="auto"/>
              <w:rPr>
                <w:lang w:val="de-DE"/>
              </w:rPr>
            </w:pPr>
            <w:r w:rsidRPr="00191757">
              <w:rPr>
                <w:rFonts w:eastAsia="Arial"/>
                <w:color w:val="1F1F1F"/>
                <w:sz w:val="16"/>
                <w:lang w:val="de-DE"/>
              </w:rPr>
              <w:t>[nur bei Auswahl: konkrete Tätigkeit / Ergebnis im Leistungsfeld]</w:t>
            </w:r>
          </w:p>
        </w:tc>
      </w:tr>
    </w:tbl>
    <w:p w14:paraId="2A6FDD7E" w14:textId="77777777" w:rsidR="00E84B84" w:rsidRDefault="008D034A">
      <w:pPr>
        <w:spacing w:before="100" w:after="40" w:line="240" w:lineRule="auto"/>
      </w:pPr>
      <w:r>
        <w:rPr>
          <w:rFonts w:eastAsia="Arial"/>
          <w:b/>
          <w:color w:val="0B4F7A"/>
          <w:sz w:val="22"/>
        </w:rPr>
        <w:t xml:space="preserve">4. </w:t>
      </w:r>
      <w:proofErr w:type="spellStart"/>
      <w:r>
        <w:rPr>
          <w:rFonts w:eastAsia="Arial"/>
          <w:b/>
          <w:color w:val="0B4F7A"/>
          <w:sz w:val="22"/>
        </w:rPr>
        <w:t>Prüfbarkeit</w:t>
      </w:r>
      <w:proofErr w:type="spellEnd"/>
      <w:r>
        <w:rPr>
          <w:rFonts w:eastAsia="Arial"/>
          <w:b/>
          <w:color w:val="0B4F7A"/>
          <w:sz w:val="22"/>
        </w:rPr>
        <w:t xml:space="preserve"> der </w:t>
      </w:r>
      <w:proofErr w:type="spellStart"/>
      <w:r>
        <w:rPr>
          <w:rFonts w:eastAsia="Arial"/>
          <w:b/>
          <w:color w:val="0B4F7A"/>
          <w:sz w:val="22"/>
        </w:rPr>
        <w:t>Referenz</w:t>
      </w:r>
      <w:proofErr w:type="spellEnd"/>
    </w:p>
    <w:tbl>
      <w:tblPr>
        <w:tblW w:w="0" w:type="auto"/>
        <w:jc w:val="center"/>
        <w:tblLayout w:type="fixed"/>
        <w:tblLook w:val="04A0" w:firstRow="1" w:lastRow="0" w:firstColumn="1" w:lastColumn="0" w:noHBand="0" w:noVBand="1"/>
      </w:tblPr>
      <w:tblGrid>
        <w:gridCol w:w="3969"/>
        <w:gridCol w:w="11225"/>
      </w:tblGrid>
      <w:tr w:rsidR="00E84B84" w14:paraId="76AC873A" w14:textId="77777777">
        <w:trPr>
          <w:cantSplit/>
          <w:jc w:val="center"/>
        </w:trPr>
        <w:tc>
          <w:tcPr>
            <w:tcW w:w="3969" w:type="dxa"/>
            <w:shd w:val="clear" w:color="auto" w:fill="F3F6F8"/>
            <w:tcMar>
              <w:top w:w="40" w:type="dxa"/>
              <w:left w:w="80" w:type="dxa"/>
              <w:bottom w:w="40" w:type="dxa"/>
              <w:right w:w="80" w:type="dxa"/>
            </w:tcMar>
            <w:vAlign w:val="center"/>
          </w:tcPr>
          <w:p w14:paraId="2090F57B" w14:textId="77777777" w:rsidR="00E84B84" w:rsidRPr="00191757" w:rsidRDefault="008D034A">
            <w:pPr>
              <w:spacing w:after="0" w:line="240" w:lineRule="auto"/>
              <w:rPr>
                <w:lang w:val="de-DE"/>
              </w:rPr>
            </w:pPr>
            <w:r w:rsidRPr="00191757">
              <w:rPr>
                <w:rFonts w:eastAsia="Arial"/>
                <w:color w:val="1F1F1F"/>
                <w:sz w:val="16"/>
                <w:lang w:val="de-DE"/>
              </w:rPr>
              <w:t>Ansprechpartner beim Referenzkunden (soweit zulässig)</w:t>
            </w:r>
          </w:p>
        </w:tc>
        <w:tc>
          <w:tcPr>
            <w:tcW w:w="11225" w:type="dxa"/>
            <w:shd w:val="clear" w:color="auto" w:fill="FFFBEA"/>
            <w:tcMar>
              <w:top w:w="40" w:type="dxa"/>
              <w:left w:w="80" w:type="dxa"/>
              <w:bottom w:w="40" w:type="dxa"/>
              <w:right w:w="80" w:type="dxa"/>
            </w:tcMar>
            <w:vAlign w:val="center"/>
          </w:tcPr>
          <w:p w14:paraId="742626D4" w14:textId="77777777" w:rsidR="00E84B84" w:rsidRDefault="008D034A">
            <w:pPr>
              <w:spacing w:after="0" w:line="240" w:lineRule="auto"/>
            </w:pPr>
            <w:r>
              <w:rPr>
                <w:rFonts w:eastAsia="Arial"/>
                <w:color w:val="1F1F1F"/>
                <w:sz w:val="16"/>
              </w:rPr>
              <w:t>[</w:t>
            </w:r>
            <w:proofErr w:type="spellStart"/>
            <w:r>
              <w:rPr>
                <w:rFonts w:eastAsia="Arial"/>
                <w:color w:val="1F1F1F"/>
                <w:sz w:val="16"/>
              </w:rPr>
              <w:t>vom</w:t>
            </w:r>
            <w:proofErr w:type="spellEnd"/>
            <w:r>
              <w:rPr>
                <w:rFonts w:eastAsia="Arial"/>
                <w:color w:val="1F1F1F"/>
                <w:sz w:val="16"/>
              </w:rPr>
              <w:t xml:space="preserve"> </w:t>
            </w:r>
            <w:proofErr w:type="spellStart"/>
            <w:r>
              <w:rPr>
                <w:rFonts w:eastAsia="Arial"/>
                <w:color w:val="1F1F1F"/>
                <w:sz w:val="16"/>
              </w:rPr>
              <w:t>Bewerber</w:t>
            </w:r>
            <w:proofErr w:type="spellEnd"/>
            <w:r>
              <w:rPr>
                <w:rFonts w:eastAsia="Arial"/>
                <w:color w:val="1F1F1F"/>
                <w:sz w:val="16"/>
              </w:rPr>
              <w:t xml:space="preserve"> </w:t>
            </w:r>
            <w:proofErr w:type="spellStart"/>
            <w:r>
              <w:rPr>
                <w:rFonts w:eastAsia="Arial"/>
                <w:color w:val="1F1F1F"/>
                <w:sz w:val="16"/>
              </w:rPr>
              <w:t>auszufüllen</w:t>
            </w:r>
            <w:proofErr w:type="spellEnd"/>
            <w:r>
              <w:rPr>
                <w:rFonts w:eastAsia="Arial"/>
                <w:color w:val="1F1F1F"/>
                <w:sz w:val="16"/>
              </w:rPr>
              <w:t>]</w:t>
            </w:r>
          </w:p>
        </w:tc>
      </w:tr>
      <w:tr w:rsidR="00E84B84" w14:paraId="504F0503" w14:textId="77777777">
        <w:trPr>
          <w:cantSplit/>
          <w:jc w:val="center"/>
        </w:trPr>
        <w:tc>
          <w:tcPr>
            <w:tcW w:w="3969" w:type="dxa"/>
            <w:shd w:val="clear" w:color="auto" w:fill="F3F6F8"/>
            <w:tcMar>
              <w:top w:w="40" w:type="dxa"/>
              <w:left w:w="80" w:type="dxa"/>
              <w:bottom w:w="40" w:type="dxa"/>
              <w:right w:w="80" w:type="dxa"/>
            </w:tcMar>
            <w:vAlign w:val="center"/>
          </w:tcPr>
          <w:p w14:paraId="53CCB1C8" w14:textId="77777777" w:rsidR="00E84B84" w:rsidRDefault="008D034A">
            <w:pPr>
              <w:spacing w:after="0" w:line="240" w:lineRule="auto"/>
            </w:pPr>
            <w:proofErr w:type="spellStart"/>
            <w:r>
              <w:rPr>
                <w:rFonts w:eastAsia="Arial"/>
                <w:color w:val="1F1F1F"/>
                <w:sz w:val="16"/>
              </w:rPr>
              <w:t>Funktion</w:t>
            </w:r>
            <w:proofErr w:type="spellEnd"/>
            <w:r>
              <w:rPr>
                <w:rFonts w:eastAsia="Arial"/>
                <w:color w:val="1F1F1F"/>
                <w:sz w:val="16"/>
              </w:rPr>
              <w:t xml:space="preserve"> des </w:t>
            </w:r>
            <w:proofErr w:type="spellStart"/>
            <w:r>
              <w:rPr>
                <w:rFonts w:eastAsia="Arial"/>
                <w:color w:val="1F1F1F"/>
                <w:sz w:val="16"/>
              </w:rPr>
              <w:t>Ansprechpartners</w:t>
            </w:r>
            <w:proofErr w:type="spellEnd"/>
          </w:p>
        </w:tc>
        <w:tc>
          <w:tcPr>
            <w:tcW w:w="11225" w:type="dxa"/>
            <w:shd w:val="clear" w:color="auto" w:fill="FFFBEA"/>
            <w:tcMar>
              <w:top w:w="40" w:type="dxa"/>
              <w:left w:w="80" w:type="dxa"/>
              <w:bottom w:w="40" w:type="dxa"/>
              <w:right w:w="80" w:type="dxa"/>
            </w:tcMar>
            <w:vAlign w:val="center"/>
          </w:tcPr>
          <w:p w14:paraId="6ECD2D48" w14:textId="77777777" w:rsidR="00E84B84" w:rsidRDefault="008D034A">
            <w:pPr>
              <w:spacing w:after="0" w:line="240" w:lineRule="auto"/>
            </w:pPr>
            <w:r>
              <w:rPr>
                <w:rFonts w:eastAsia="Arial"/>
                <w:color w:val="1F1F1F"/>
                <w:sz w:val="16"/>
              </w:rPr>
              <w:t>[</w:t>
            </w:r>
            <w:proofErr w:type="spellStart"/>
            <w:r>
              <w:rPr>
                <w:rFonts w:eastAsia="Arial"/>
                <w:color w:val="1F1F1F"/>
                <w:sz w:val="16"/>
              </w:rPr>
              <w:t>vom</w:t>
            </w:r>
            <w:proofErr w:type="spellEnd"/>
            <w:r>
              <w:rPr>
                <w:rFonts w:eastAsia="Arial"/>
                <w:color w:val="1F1F1F"/>
                <w:sz w:val="16"/>
              </w:rPr>
              <w:t xml:space="preserve"> </w:t>
            </w:r>
            <w:proofErr w:type="spellStart"/>
            <w:r>
              <w:rPr>
                <w:rFonts w:eastAsia="Arial"/>
                <w:color w:val="1F1F1F"/>
                <w:sz w:val="16"/>
              </w:rPr>
              <w:t>Bewerber</w:t>
            </w:r>
            <w:proofErr w:type="spellEnd"/>
            <w:r>
              <w:rPr>
                <w:rFonts w:eastAsia="Arial"/>
                <w:color w:val="1F1F1F"/>
                <w:sz w:val="16"/>
              </w:rPr>
              <w:t xml:space="preserve"> </w:t>
            </w:r>
            <w:proofErr w:type="spellStart"/>
            <w:r>
              <w:rPr>
                <w:rFonts w:eastAsia="Arial"/>
                <w:color w:val="1F1F1F"/>
                <w:sz w:val="16"/>
              </w:rPr>
              <w:t>auszufüllen</w:t>
            </w:r>
            <w:proofErr w:type="spellEnd"/>
            <w:r>
              <w:rPr>
                <w:rFonts w:eastAsia="Arial"/>
                <w:color w:val="1F1F1F"/>
                <w:sz w:val="16"/>
              </w:rPr>
              <w:t>]</w:t>
            </w:r>
          </w:p>
        </w:tc>
      </w:tr>
      <w:tr w:rsidR="00E84B84" w14:paraId="54FEBE0F" w14:textId="77777777">
        <w:trPr>
          <w:cantSplit/>
          <w:jc w:val="center"/>
        </w:trPr>
        <w:tc>
          <w:tcPr>
            <w:tcW w:w="3969" w:type="dxa"/>
            <w:shd w:val="clear" w:color="auto" w:fill="F3F6F8"/>
            <w:tcMar>
              <w:top w:w="40" w:type="dxa"/>
              <w:left w:w="80" w:type="dxa"/>
              <w:bottom w:w="40" w:type="dxa"/>
              <w:right w:w="80" w:type="dxa"/>
            </w:tcMar>
            <w:vAlign w:val="center"/>
          </w:tcPr>
          <w:p w14:paraId="028026A0" w14:textId="77777777" w:rsidR="00E84B84" w:rsidRDefault="008D034A">
            <w:pPr>
              <w:spacing w:after="0" w:line="240" w:lineRule="auto"/>
            </w:pPr>
            <w:proofErr w:type="spellStart"/>
            <w:r>
              <w:rPr>
                <w:rFonts w:eastAsia="Arial"/>
                <w:color w:val="1F1F1F"/>
                <w:sz w:val="16"/>
              </w:rPr>
              <w:t>Kontaktmöglichkeit</w:t>
            </w:r>
            <w:proofErr w:type="spellEnd"/>
            <w:r>
              <w:rPr>
                <w:rFonts w:eastAsia="Arial"/>
                <w:color w:val="1F1F1F"/>
                <w:sz w:val="16"/>
              </w:rPr>
              <w:t xml:space="preserve"> (</w:t>
            </w:r>
            <w:proofErr w:type="spellStart"/>
            <w:r>
              <w:rPr>
                <w:rFonts w:eastAsia="Arial"/>
                <w:color w:val="1F1F1F"/>
                <w:sz w:val="16"/>
              </w:rPr>
              <w:t>soweit</w:t>
            </w:r>
            <w:proofErr w:type="spellEnd"/>
            <w:r>
              <w:rPr>
                <w:rFonts w:eastAsia="Arial"/>
                <w:color w:val="1F1F1F"/>
                <w:sz w:val="16"/>
              </w:rPr>
              <w:t xml:space="preserve"> </w:t>
            </w:r>
            <w:proofErr w:type="spellStart"/>
            <w:r>
              <w:rPr>
                <w:rFonts w:eastAsia="Arial"/>
                <w:color w:val="1F1F1F"/>
                <w:sz w:val="16"/>
              </w:rPr>
              <w:t>zulässig</w:t>
            </w:r>
            <w:proofErr w:type="spellEnd"/>
            <w:r>
              <w:rPr>
                <w:rFonts w:eastAsia="Arial"/>
                <w:color w:val="1F1F1F"/>
                <w:sz w:val="16"/>
              </w:rPr>
              <w:t>)</w:t>
            </w:r>
          </w:p>
        </w:tc>
        <w:tc>
          <w:tcPr>
            <w:tcW w:w="11225" w:type="dxa"/>
            <w:shd w:val="clear" w:color="auto" w:fill="FFFBEA"/>
            <w:tcMar>
              <w:top w:w="40" w:type="dxa"/>
              <w:left w:w="80" w:type="dxa"/>
              <w:bottom w:w="40" w:type="dxa"/>
              <w:right w:w="80" w:type="dxa"/>
            </w:tcMar>
            <w:vAlign w:val="center"/>
          </w:tcPr>
          <w:p w14:paraId="09567622" w14:textId="77777777" w:rsidR="00E84B84" w:rsidRDefault="008D034A">
            <w:pPr>
              <w:spacing w:after="0" w:line="240" w:lineRule="auto"/>
            </w:pPr>
            <w:r>
              <w:rPr>
                <w:rFonts w:eastAsia="Arial"/>
                <w:color w:val="1F1F1F"/>
                <w:sz w:val="16"/>
              </w:rPr>
              <w:t>[</w:t>
            </w:r>
            <w:proofErr w:type="spellStart"/>
            <w:r>
              <w:rPr>
                <w:rFonts w:eastAsia="Arial"/>
                <w:color w:val="1F1F1F"/>
                <w:sz w:val="16"/>
              </w:rPr>
              <w:t>vom</w:t>
            </w:r>
            <w:proofErr w:type="spellEnd"/>
            <w:r>
              <w:rPr>
                <w:rFonts w:eastAsia="Arial"/>
                <w:color w:val="1F1F1F"/>
                <w:sz w:val="16"/>
              </w:rPr>
              <w:t xml:space="preserve"> </w:t>
            </w:r>
            <w:proofErr w:type="spellStart"/>
            <w:r>
              <w:rPr>
                <w:rFonts w:eastAsia="Arial"/>
                <w:color w:val="1F1F1F"/>
                <w:sz w:val="16"/>
              </w:rPr>
              <w:t>Bewerber</w:t>
            </w:r>
            <w:proofErr w:type="spellEnd"/>
            <w:r>
              <w:rPr>
                <w:rFonts w:eastAsia="Arial"/>
                <w:color w:val="1F1F1F"/>
                <w:sz w:val="16"/>
              </w:rPr>
              <w:t xml:space="preserve"> </w:t>
            </w:r>
            <w:proofErr w:type="spellStart"/>
            <w:r>
              <w:rPr>
                <w:rFonts w:eastAsia="Arial"/>
                <w:color w:val="1F1F1F"/>
                <w:sz w:val="16"/>
              </w:rPr>
              <w:t>auszufüllen</w:t>
            </w:r>
            <w:proofErr w:type="spellEnd"/>
            <w:r>
              <w:rPr>
                <w:rFonts w:eastAsia="Arial"/>
                <w:color w:val="1F1F1F"/>
                <w:sz w:val="16"/>
              </w:rPr>
              <w:t>]</w:t>
            </w:r>
          </w:p>
        </w:tc>
      </w:tr>
      <w:tr w:rsidR="00E84B84" w14:paraId="08B3DEBD" w14:textId="77777777">
        <w:trPr>
          <w:cantSplit/>
          <w:jc w:val="center"/>
        </w:trPr>
        <w:tc>
          <w:tcPr>
            <w:tcW w:w="3969" w:type="dxa"/>
            <w:shd w:val="clear" w:color="auto" w:fill="F3F6F8"/>
            <w:tcMar>
              <w:top w:w="40" w:type="dxa"/>
              <w:left w:w="80" w:type="dxa"/>
              <w:bottom w:w="40" w:type="dxa"/>
              <w:right w:w="80" w:type="dxa"/>
            </w:tcMar>
            <w:vAlign w:val="center"/>
          </w:tcPr>
          <w:p w14:paraId="4BCE2FC3" w14:textId="77777777" w:rsidR="00E84B84" w:rsidRDefault="008D034A">
            <w:pPr>
              <w:spacing w:after="0" w:line="240" w:lineRule="auto"/>
            </w:pPr>
            <w:proofErr w:type="spellStart"/>
            <w:r>
              <w:rPr>
                <w:rFonts w:eastAsia="Arial"/>
                <w:color w:val="1F1F1F"/>
                <w:sz w:val="16"/>
              </w:rPr>
              <w:t>Ergänzende</w:t>
            </w:r>
            <w:proofErr w:type="spellEnd"/>
            <w:r>
              <w:rPr>
                <w:rFonts w:eastAsia="Arial"/>
                <w:color w:val="1F1F1F"/>
                <w:sz w:val="16"/>
              </w:rPr>
              <w:t xml:space="preserve"> </w:t>
            </w:r>
            <w:proofErr w:type="spellStart"/>
            <w:r>
              <w:rPr>
                <w:rFonts w:eastAsia="Arial"/>
                <w:color w:val="1F1F1F"/>
                <w:sz w:val="16"/>
              </w:rPr>
              <w:t>Erläuterung</w:t>
            </w:r>
            <w:proofErr w:type="spellEnd"/>
            <w:r>
              <w:rPr>
                <w:rFonts w:eastAsia="Arial"/>
                <w:color w:val="1F1F1F"/>
                <w:sz w:val="16"/>
              </w:rPr>
              <w:t xml:space="preserve"> / </w:t>
            </w:r>
            <w:proofErr w:type="spellStart"/>
            <w:r>
              <w:rPr>
                <w:rFonts w:eastAsia="Arial"/>
                <w:color w:val="1F1F1F"/>
                <w:sz w:val="16"/>
              </w:rPr>
              <w:t>Einschränkungen</w:t>
            </w:r>
            <w:proofErr w:type="spellEnd"/>
          </w:p>
        </w:tc>
        <w:tc>
          <w:tcPr>
            <w:tcW w:w="11225" w:type="dxa"/>
            <w:shd w:val="clear" w:color="auto" w:fill="FFFBEA"/>
            <w:tcMar>
              <w:top w:w="40" w:type="dxa"/>
              <w:left w:w="80" w:type="dxa"/>
              <w:bottom w:w="40" w:type="dxa"/>
              <w:right w:w="80" w:type="dxa"/>
            </w:tcMar>
            <w:vAlign w:val="center"/>
          </w:tcPr>
          <w:p w14:paraId="400B3317" w14:textId="77777777" w:rsidR="00E84B84" w:rsidRDefault="008D034A">
            <w:pPr>
              <w:spacing w:after="0" w:line="240" w:lineRule="auto"/>
            </w:pPr>
            <w:r>
              <w:rPr>
                <w:rFonts w:eastAsia="Arial"/>
                <w:color w:val="1F1F1F"/>
                <w:sz w:val="16"/>
              </w:rPr>
              <w:t>[</w:t>
            </w:r>
            <w:proofErr w:type="spellStart"/>
            <w:r>
              <w:rPr>
                <w:rFonts w:eastAsia="Arial"/>
                <w:color w:val="1F1F1F"/>
                <w:sz w:val="16"/>
              </w:rPr>
              <w:t>vom</w:t>
            </w:r>
            <w:proofErr w:type="spellEnd"/>
            <w:r>
              <w:rPr>
                <w:rFonts w:eastAsia="Arial"/>
                <w:color w:val="1F1F1F"/>
                <w:sz w:val="16"/>
              </w:rPr>
              <w:t xml:space="preserve"> </w:t>
            </w:r>
            <w:proofErr w:type="spellStart"/>
            <w:r>
              <w:rPr>
                <w:rFonts w:eastAsia="Arial"/>
                <w:color w:val="1F1F1F"/>
                <w:sz w:val="16"/>
              </w:rPr>
              <w:t>Bewerber</w:t>
            </w:r>
            <w:proofErr w:type="spellEnd"/>
            <w:r>
              <w:rPr>
                <w:rFonts w:eastAsia="Arial"/>
                <w:color w:val="1F1F1F"/>
                <w:sz w:val="16"/>
              </w:rPr>
              <w:t xml:space="preserve"> </w:t>
            </w:r>
            <w:proofErr w:type="spellStart"/>
            <w:r>
              <w:rPr>
                <w:rFonts w:eastAsia="Arial"/>
                <w:color w:val="1F1F1F"/>
                <w:sz w:val="16"/>
              </w:rPr>
              <w:t>auszufüllen</w:t>
            </w:r>
            <w:proofErr w:type="spellEnd"/>
            <w:r>
              <w:rPr>
                <w:rFonts w:eastAsia="Arial"/>
                <w:color w:val="1F1F1F"/>
                <w:sz w:val="16"/>
              </w:rPr>
              <w:t>]</w:t>
            </w:r>
          </w:p>
        </w:tc>
      </w:tr>
    </w:tbl>
    <w:p w14:paraId="7774A2EB" w14:textId="77777777" w:rsidR="008D034A" w:rsidRDefault="008D034A"/>
    <w:p w14:paraId="14D2DC3C" w14:textId="77777777" w:rsidR="00E11C75" w:rsidRDefault="00BA2CF2">
      <w:r>
        <w:br w:type="page"/>
      </w:r>
    </w:p>
    <w:p w14:paraId="78579447" w14:textId="77777777" w:rsidR="00E84B84" w:rsidRPr="00191757" w:rsidRDefault="001E0666">
      <w:pPr>
        <w:spacing w:before="120" w:after="40" w:line="240" w:lineRule="auto"/>
        <w:rPr>
          <w:lang w:val="de-DE"/>
        </w:rPr>
      </w:pPr>
      <w:proofErr w:type="spellStart"/>
      <w:r>
        <w:rPr>
          <w:b/>
          <w:color w:val="17365D"/>
          <w:sz w:val="40"/>
        </w:rPr>
        <w:lastRenderedPageBreak/>
        <w:t>Leistungsfeldreferenz</w:t>
      </w:r>
      <w:proofErr w:type="spellEnd"/>
      <w:r>
        <w:rPr>
          <w:b/>
          <w:color w:val="17365D"/>
          <w:sz w:val="40"/>
        </w:rPr>
        <w:t xml:space="preserve"> 2</w:t>
      </w:r>
    </w:p>
    <w:p w14:paraId="52E0679F" w14:textId="77777777" w:rsidR="00E84B84" w:rsidRPr="00191757" w:rsidRDefault="008D034A">
      <w:pPr>
        <w:spacing w:after="160" w:line="240" w:lineRule="auto"/>
        <w:rPr>
          <w:lang w:val="de-DE"/>
        </w:rPr>
      </w:pPr>
      <w:r w:rsidRPr="00191757">
        <w:rPr>
          <w:rFonts w:eastAsia="Arial"/>
          <w:color w:val="5B6570"/>
          <w:sz w:val="20"/>
          <w:lang w:val="de-DE"/>
        </w:rPr>
        <w:t>Nachweis der fachlichen Leistungsfähigkeit des Bewerbers in den Leistungsfeldern LF1 bis LF9</w:t>
      </w:r>
    </w:p>
    <w:p w14:paraId="05F4141C" w14:textId="77777777" w:rsidR="00E84B84" w:rsidRPr="00191757" w:rsidRDefault="00E84B84">
      <w:pPr>
        <w:pBdr>
          <w:bottom w:val="single" w:sz="12" w:space="1" w:color="0B4F7A"/>
        </w:pBdr>
        <w:spacing w:after="80"/>
        <w:rPr>
          <w:lang w:val="de-DE"/>
        </w:rPr>
      </w:pPr>
    </w:p>
    <w:tbl>
      <w:tblPr>
        <w:tblW w:w="0" w:type="auto"/>
        <w:jc w:val="center"/>
        <w:tblLayout w:type="fixed"/>
        <w:tblLook w:val="04A0" w:firstRow="1" w:lastRow="0" w:firstColumn="1" w:lastColumn="0" w:noHBand="0" w:noVBand="1"/>
      </w:tblPr>
      <w:tblGrid>
        <w:gridCol w:w="15194"/>
      </w:tblGrid>
      <w:tr w:rsidR="00E84B84" w14:paraId="3D0ABE59" w14:textId="77777777">
        <w:trPr>
          <w:jc w:val="center"/>
        </w:trPr>
        <w:tc>
          <w:tcPr>
            <w:tcW w:w="15194" w:type="dxa"/>
            <w:shd w:val="clear" w:color="auto" w:fill="D9EAF7"/>
            <w:tcMar>
              <w:top w:w="40" w:type="dxa"/>
              <w:left w:w="80" w:type="dxa"/>
              <w:bottom w:w="40" w:type="dxa"/>
              <w:right w:w="80" w:type="dxa"/>
            </w:tcMar>
            <w:vAlign w:val="center"/>
          </w:tcPr>
          <w:p w14:paraId="7FB42560" w14:textId="77777777" w:rsidR="00E11C75" w:rsidRDefault="00BA2CF2">
            <w:r w:rsidRPr="00E05BED">
              <w:rPr>
                <w:lang w:val="de-DE"/>
              </w:rPr>
              <w:t xml:space="preserve">Referenz 2 dient als Leistungsfeldreferenz. Das primäre Leistungsfeld des Referenzprojekts ist unter den Projektdaten anzugeben. Weitere Leistungsfelder können ergänzend zugeordnet werden, wenn der jeweilige Leistungsanteil konkret und nachvollziehbar beschrieben wird. </w:t>
            </w:r>
            <w:r>
              <w:t xml:space="preserve">Die </w:t>
            </w:r>
            <w:proofErr w:type="spellStart"/>
            <w:r>
              <w:t>reine</w:t>
            </w:r>
            <w:proofErr w:type="spellEnd"/>
            <w:r>
              <w:t xml:space="preserve"> </w:t>
            </w:r>
            <w:proofErr w:type="spellStart"/>
            <w:r>
              <w:t>Anzahl</w:t>
            </w:r>
            <w:proofErr w:type="spellEnd"/>
            <w:r>
              <w:t xml:space="preserve"> </w:t>
            </w:r>
            <w:proofErr w:type="spellStart"/>
            <w:r>
              <w:t>gesetzter</w:t>
            </w:r>
            <w:proofErr w:type="spellEnd"/>
            <w:r>
              <w:t xml:space="preserve"> </w:t>
            </w:r>
            <w:proofErr w:type="spellStart"/>
            <w:r>
              <w:t>Zuordnungen</w:t>
            </w:r>
            <w:proofErr w:type="spellEnd"/>
            <w:r>
              <w:t xml:space="preserve"> </w:t>
            </w:r>
            <w:proofErr w:type="spellStart"/>
            <w:r>
              <w:t>wird</w:t>
            </w:r>
            <w:proofErr w:type="spellEnd"/>
            <w:r>
              <w:t xml:space="preserve"> nicht </w:t>
            </w:r>
            <w:proofErr w:type="spellStart"/>
            <w:r>
              <w:t>positiv</w:t>
            </w:r>
            <w:proofErr w:type="spellEnd"/>
            <w:r>
              <w:t xml:space="preserve"> </w:t>
            </w:r>
            <w:proofErr w:type="spellStart"/>
            <w:r>
              <w:t>bewertet</w:t>
            </w:r>
            <w:proofErr w:type="spellEnd"/>
            <w:r>
              <w:t>.</w:t>
            </w:r>
          </w:p>
        </w:tc>
      </w:tr>
    </w:tbl>
    <w:p w14:paraId="60353A84" w14:textId="77777777" w:rsidR="00E84B84" w:rsidRDefault="008D034A">
      <w:pPr>
        <w:spacing w:after="40" w:line="240" w:lineRule="auto"/>
      </w:pPr>
      <w:r>
        <w:rPr>
          <w:rFonts w:eastAsia="Arial"/>
          <w:b/>
          <w:color w:val="0B4F7A"/>
          <w:sz w:val="22"/>
        </w:rPr>
        <w:t xml:space="preserve">1. </w:t>
      </w:r>
      <w:proofErr w:type="spellStart"/>
      <w:r>
        <w:rPr>
          <w:rFonts w:eastAsia="Arial"/>
          <w:b/>
          <w:color w:val="0B4F7A"/>
          <w:sz w:val="22"/>
        </w:rPr>
        <w:t>Projektdaten</w:t>
      </w:r>
      <w:proofErr w:type="spellEnd"/>
    </w:p>
    <w:tbl>
      <w:tblPr>
        <w:tblW w:w="0" w:type="auto"/>
        <w:jc w:val="center"/>
        <w:tblLayout w:type="fixed"/>
        <w:tblLook w:val="04A0" w:firstRow="1" w:lastRow="0" w:firstColumn="1" w:lastColumn="0" w:noHBand="0" w:noVBand="1"/>
      </w:tblPr>
      <w:tblGrid>
        <w:gridCol w:w="3969"/>
        <w:gridCol w:w="11225"/>
      </w:tblGrid>
      <w:tr w:rsidR="00E84B84" w14:paraId="3F17D64C" w14:textId="77777777">
        <w:trPr>
          <w:cantSplit/>
          <w:jc w:val="center"/>
        </w:trPr>
        <w:tc>
          <w:tcPr>
            <w:tcW w:w="3969" w:type="dxa"/>
            <w:shd w:val="clear" w:color="auto" w:fill="F3F6F8"/>
            <w:tcMar>
              <w:top w:w="40" w:type="dxa"/>
              <w:left w:w="80" w:type="dxa"/>
              <w:bottom w:w="40" w:type="dxa"/>
              <w:right w:w="80" w:type="dxa"/>
            </w:tcMar>
            <w:vAlign w:val="center"/>
          </w:tcPr>
          <w:p w14:paraId="7512C027" w14:textId="77777777" w:rsidR="00E84B84" w:rsidRDefault="008D034A">
            <w:pPr>
              <w:spacing w:after="0" w:line="240" w:lineRule="auto"/>
            </w:pPr>
            <w:proofErr w:type="spellStart"/>
            <w:r>
              <w:rPr>
                <w:rFonts w:eastAsia="Arial"/>
                <w:color w:val="1F1F1F"/>
                <w:sz w:val="16"/>
              </w:rPr>
              <w:t>Referenz</w:t>
            </w:r>
            <w:proofErr w:type="spellEnd"/>
            <w:r>
              <w:rPr>
                <w:rFonts w:eastAsia="Arial"/>
                <w:color w:val="1F1F1F"/>
                <w:sz w:val="16"/>
              </w:rPr>
              <w:t>-ID</w:t>
            </w:r>
          </w:p>
        </w:tc>
        <w:tc>
          <w:tcPr>
            <w:tcW w:w="11225" w:type="dxa"/>
            <w:shd w:val="clear" w:color="auto" w:fill="FFFBEA"/>
            <w:tcMar>
              <w:top w:w="40" w:type="dxa"/>
              <w:left w:w="80" w:type="dxa"/>
              <w:bottom w:w="40" w:type="dxa"/>
              <w:right w:w="80" w:type="dxa"/>
            </w:tcMar>
            <w:vAlign w:val="center"/>
          </w:tcPr>
          <w:p w14:paraId="6B628F14" w14:textId="77777777" w:rsidR="00E84B84" w:rsidRDefault="008D034A">
            <w:pPr>
              <w:spacing w:after="0" w:line="240" w:lineRule="auto"/>
            </w:pPr>
            <w:r>
              <w:rPr>
                <w:rFonts w:eastAsia="Arial"/>
                <w:color w:val="1F1F1F"/>
                <w:sz w:val="16"/>
              </w:rPr>
              <w:t>REF-02</w:t>
            </w:r>
          </w:p>
        </w:tc>
      </w:tr>
      <w:tr w:rsidR="00E11C75" w14:paraId="562B5598" w14:textId="77777777">
        <w:trPr>
          <w:jc w:val="center"/>
        </w:trPr>
        <w:tc>
          <w:tcPr>
            <w:tcW w:w="3969" w:type="dxa"/>
          </w:tcPr>
          <w:p w14:paraId="1084E7F8" w14:textId="77777777" w:rsidR="00E11C75" w:rsidRDefault="00BA2CF2">
            <w:proofErr w:type="spellStart"/>
            <w:r>
              <w:t>Primäres</w:t>
            </w:r>
            <w:proofErr w:type="spellEnd"/>
            <w:r>
              <w:t xml:space="preserve"> </w:t>
            </w:r>
            <w:proofErr w:type="spellStart"/>
            <w:r>
              <w:t>Leistungsfeld</w:t>
            </w:r>
            <w:proofErr w:type="spellEnd"/>
            <w:r>
              <w:t xml:space="preserve"> (LF1–LF9)</w:t>
            </w:r>
          </w:p>
        </w:tc>
        <w:tc>
          <w:tcPr>
            <w:tcW w:w="11225" w:type="dxa"/>
          </w:tcPr>
          <w:p w14:paraId="55C3DE13" w14:textId="77777777" w:rsidR="00E11C75" w:rsidRDefault="00BA2CF2">
            <w:r>
              <w:t>[</w:t>
            </w:r>
            <w:proofErr w:type="spellStart"/>
            <w:r>
              <w:t>vom</w:t>
            </w:r>
            <w:proofErr w:type="spellEnd"/>
            <w:r>
              <w:t xml:space="preserve"> </w:t>
            </w:r>
            <w:proofErr w:type="spellStart"/>
            <w:r>
              <w:t>Bewerber</w:t>
            </w:r>
            <w:proofErr w:type="spellEnd"/>
            <w:r>
              <w:t xml:space="preserve"> </w:t>
            </w:r>
            <w:proofErr w:type="spellStart"/>
            <w:r>
              <w:t>auszufüllen</w:t>
            </w:r>
            <w:proofErr w:type="spellEnd"/>
            <w:r>
              <w:t>]</w:t>
            </w:r>
          </w:p>
        </w:tc>
      </w:tr>
      <w:tr w:rsidR="00E84B84" w14:paraId="646F3ECB" w14:textId="77777777">
        <w:trPr>
          <w:cantSplit/>
          <w:jc w:val="center"/>
        </w:trPr>
        <w:tc>
          <w:tcPr>
            <w:tcW w:w="3969" w:type="dxa"/>
            <w:shd w:val="clear" w:color="auto" w:fill="F3F6F8"/>
            <w:tcMar>
              <w:top w:w="40" w:type="dxa"/>
              <w:left w:w="80" w:type="dxa"/>
              <w:bottom w:w="40" w:type="dxa"/>
              <w:right w:w="80" w:type="dxa"/>
            </w:tcMar>
            <w:vAlign w:val="center"/>
          </w:tcPr>
          <w:p w14:paraId="577F8820" w14:textId="77777777" w:rsidR="00E84B84" w:rsidRDefault="008D034A">
            <w:pPr>
              <w:spacing w:after="0" w:line="240" w:lineRule="auto"/>
            </w:pPr>
            <w:proofErr w:type="spellStart"/>
            <w:r>
              <w:rPr>
                <w:rFonts w:eastAsia="Arial"/>
                <w:color w:val="1F1F1F"/>
                <w:sz w:val="16"/>
              </w:rPr>
              <w:t>Abgeschlossenes</w:t>
            </w:r>
            <w:proofErr w:type="spellEnd"/>
            <w:r>
              <w:rPr>
                <w:rFonts w:eastAsia="Arial"/>
                <w:color w:val="1F1F1F"/>
                <w:sz w:val="16"/>
              </w:rPr>
              <w:t xml:space="preserve"> Projekt / </w:t>
            </w:r>
            <w:proofErr w:type="spellStart"/>
            <w:r>
              <w:rPr>
                <w:rFonts w:eastAsia="Arial"/>
                <w:color w:val="1F1F1F"/>
                <w:sz w:val="16"/>
              </w:rPr>
              <w:t>Vorhaben</w:t>
            </w:r>
            <w:proofErr w:type="spellEnd"/>
          </w:p>
        </w:tc>
        <w:tc>
          <w:tcPr>
            <w:tcW w:w="11225" w:type="dxa"/>
            <w:shd w:val="clear" w:color="auto" w:fill="FFFBEA"/>
            <w:tcMar>
              <w:top w:w="40" w:type="dxa"/>
              <w:left w:w="80" w:type="dxa"/>
              <w:bottom w:w="40" w:type="dxa"/>
              <w:right w:w="80" w:type="dxa"/>
            </w:tcMar>
            <w:vAlign w:val="center"/>
          </w:tcPr>
          <w:p w14:paraId="529620A5" w14:textId="77777777" w:rsidR="00E84B84" w:rsidRDefault="008D034A">
            <w:pPr>
              <w:spacing w:after="0" w:line="240" w:lineRule="auto"/>
            </w:pPr>
            <w:r>
              <w:rPr>
                <w:rFonts w:eastAsia="Arial"/>
                <w:color w:val="1F1F1F"/>
                <w:sz w:val="16"/>
              </w:rPr>
              <w:t>[</w:t>
            </w:r>
            <w:proofErr w:type="spellStart"/>
            <w:r>
              <w:rPr>
                <w:rFonts w:eastAsia="Arial"/>
                <w:color w:val="1F1F1F"/>
                <w:sz w:val="16"/>
              </w:rPr>
              <w:t>vom</w:t>
            </w:r>
            <w:proofErr w:type="spellEnd"/>
            <w:r>
              <w:rPr>
                <w:rFonts w:eastAsia="Arial"/>
                <w:color w:val="1F1F1F"/>
                <w:sz w:val="16"/>
              </w:rPr>
              <w:t xml:space="preserve"> </w:t>
            </w:r>
            <w:proofErr w:type="spellStart"/>
            <w:r>
              <w:rPr>
                <w:rFonts w:eastAsia="Arial"/>
                <w:color w:val="1F1F1F"/>
                <w:sz w:val="16"/>
              </w:rPr>
              <w:t>Bewerber</w:t>
            </w:r>
            <w:proofErr w:type="spellEnd"/>
            <w:r>
              <w:rPr>
                <w:rFonts w:eastAsia="Arial"/>
                <w:color w:val="1F1F1F"/>
                <w:sz w:val="16"/>
              </w:rPr>
              <w:t xml:space="preserve"> </w:t>
            </w:r>
            <w:proofErr w:type="spellStart"/>
            <w:r>
              <w:rPr>
                <w:rFonts w:eastAsia="Arial"/>
                <w:color w:val="1F1F1F"/>
                <w:sz w:val="16"/>
              </w:rPr>
              <w:t>auszufüllen</w:t>
            </w:r>
            <w:proofErr w:type="spellEnd"/>
            <w:r>
              <w:rPr>
                <w:rFonts w:eastAsia="Arial"/>
                <w:color w:val="1F1F1F"/>
                <w:sz w:val="16"/>
              </w:rPr>
              <w:t>]</w:t>
            </w:r>
          </w:p>
        </w:tc>
      </w:tr>
      <w:tr w:rsidR="00E84B84" w14:paraId="1F778C51" w14:textId="77777777">
        <w:trPr>
          <w:cantSplit/>
          <w:jc w:val="center"/>
        </w:trPr>
        <w:tc>
          <w:tcPr>
            <w:tcW w:w="3969" w:type="dxa"/>
            <w:shd w:val="clear" w:color="auto" w:fill="F3F6F8"/>
            <w:tcMar>
              <w:top w:w="40" w:type="dxa"/>
              <w:left w:w="80" w:type="dxa"/>
              <w:bottom w:w="40" w:type="dxa"/>
              <w:right w:w="80" w:type="dxa"/>
            </w:tcMar>
            <w:vAlign w:val="center"/>
          </w:tcPr>
          <w:p w14:paraId="1AC8DE52" w14:textId="77777777" w:rsidR="00E84B84" w:rsidRDefault="008D034A">
            <w:pPr>
              <w:spacing w:after="0" w:line="240" w:lineRule="auto"/>
            </w:pPr>
            <w:proofErr w:type="spellStart"/>
            <w:r>
              <w:rPr>
                <w:rFonts w:eastAsia="Arial"/>
                <w:color w:val="1F1F1F"/>
                <w:sz w:val="16"/>
              </w:rPr>
              <w:t>Auftraggeber</w:t>
            </w:r>
            <w:proofErr w:type="spellEnd"/>
            <w:r>
              <w:rPr>
                <w:rFonts w:eastAsia="Arial"/>
                <w:color w:val="1F1F1F"/>
                <w:sz w:val="16"/>
              </w:rPr>
              <w:t xml:space="preserve"> / </w:t>
            </w:r>
            <w:proofErr w:type="spellStart"/>
            <w:r>
              <w:rPr>
                <w:rFonts w:eastAsia="Arial"/>
                <w:color w:val="1F1F1F"/>
                <w:sz w:val="16"/>
              </w:rPr>
              <w:t>Referenzkunde</w:t>
            </w:r>
            <w:proofErr w:type="spellEnd"/>
          </w:p>
        </w:tc>
        <w:tc>
          <w:tcPr>
            <w:tcW w:w="11225" w:type="dxa"/>
            <w:shd w:val="clear" w:color="auto" w:fill="FFFBEA"/>
            <w:tcMar>
              <w:top w:w="40" w:type="dxa"/>
              <w:left w:w="80" w:type="dxa"/>
              <w:bottom w:w="40" w:type="dxa"/>
              <w:right w:w="80" w:type="dxa"/>
            </w:tcMar>
            <w:vAlign w:val="center"/>
          </w:tcPr>
          <w:p w14:paraId="2705AAD6" w14:textId="77777777" w:rsidR="00E84B84" w:rsidRDefault="008D034A">
            <w:pPr>
              <w:spacing w:after="0" w:line="240" w:lineRule="auto"/>
            </w:pPr>
            <w:r>
              <w:rPr>
                <w:rFonts w:eastAsia="Arial"/>
                <w:color w:val="1F1F1F"/>
                <w:sz w:val="16"/>
              </w:rPr>
              <w:t>[</w:t>
            </w:r>
            <w:proofErr w:type="spellStart"/>
            <w:r>
              <w:rPr>
                <w:rFonts w:eastAsia="Arial"/>
                <w:color w:val="1F1F1F"/>
                <w:sz w:val="16"/>
              </w:rPr>
              <w:t>vom</w:t>
            </w:r>
            <w:proofErr w:type="spellEnd"/>
            <w:r>
              <w:rPr>
                <w:rFonts w:eastAsia="Arial"/>
                <w:color w:val="1F1F1F"/>
                <w:sz w:val="16"/>
              </w:rPr>
              <w:t xml:space="preserve"> </w:t>
            </w:r>
            <w:proofErr w:type="spellStart"/>
            <w:r>
              <w:rPr>
                <w:rFonts w:eastAsia="Arial"/>
                <w:color w:val="1F1F1F"/>
                <w:sz w:val="16"/>
              </w:rPr>
              <w:t>Bewerber</w:t>
            </w:r>
            <w:proofErr w:type="spellEnd"/>
            <w:r>
              <w:rPr>
                <w:rFonts w:eastAsia="Arial"/>
                <w:color w:val="1F1F1F"/>
                <w:sz w:val="16"/>
              </w:rPr>
              <w:t xml:space="preserve"> </w:t>
            </w:r>
            <w:proofErr w:type="spellStart"/>
            <w:r>
              <w:rPr>
                <w:rFonts w:eastAsia="Arial"/>
                <w:color w:val="1F1F1F"/>
                <w:sz w:val="16"/>
              </w:rPr>
              <w:t>auszufüllen</w:t>
            </w:r>
            <w:proofErr w:type="spellEnd"/>
            <w:r>
              <w:rPr>
                <w:rFonts w:eastAsia="Arial"/>
                <w:color w:val="1F1F1F"/>
                <w:sz w:val="16"/>
              </w:rPr>
              <w:t>]</w:t>
            </w:r>
          </w:p>
        </w:tc>
      </w:tr>
      <w:tr w:rsidR="00E84B84" w14:paraId="4893ED7B" w14:textId="77777777">
        <w:trPr>
          <w:cantSplit/>
          <w:jc w:val="center"/>
        </w:trPr>
        <w:tc>
          <w:tcPr>
            <w:tcW w:w="3969" w:type="dxa"/>
            <w:shd w:val="clear" w:color="auto" w:fill="F3F6F8"/>
            <w:tcMar>
              <w:top w:w="40" w:type="dxa"/>
              <w:left w:w="80" w:type="dxa"/>
              <w:bottom w:w="40" w:type="dxa"/>
              <w:right w:w="80" w:type="dxa"/>
            </w:tcMar>
            <w:vAlign w:val="center"/>
          </w:tcPr>
          <w:p w14:paraId="484EB839" w14:textId="77777777" w:rsidR="00E84B84" w:rsidRDefault="008D034A">
            <w:pPr>
              <w:spacing w:after="0" w:line="240" w:lineRule="auto"/>
            </w:pPr>
            <w:r>
              <w:rPr>
                <w:rFonts w:eastAsia="Arial"/>
                <w:color w:val="1F1F1F"/>
                <w:sz w:val="16"/>
              </w:rPr>
              <w:t>Branche</w:t>
            </w:r>
          </w:p>
        </w:tc>
        <w:tc>
          <w:tcPr>
            <w:tcW w:w="11225" w:type="dxa"/>
            <w:shd w:val="clear" w:color="auto" w:fill="FFFBEA"/>
            <w:tcMar>
              <w:top w:w="40" w:type="dxa"/>
              <w:left w:w="80" w:type="dxa"/>
              <w:bottom w:w="40" w:type="dxa"/>
              <w:right w:w="80" w:type="dxa"/>
            </w:tcMar>
            <w:vAlign w:val="center"/>
          </w:tcPr>
          <w:p w14:paraId="0EFE3069" w14:textId="77777777" w:rsidR="00E84B84" w:rsidRDefault="008D034A">
            <w:pPr>
              <w:spacing w:after="0" w:line="240" w:lineRule="auto"/>
            </w:pPr>
            <w:r>
              <w:rPr>
                <w:rFonts w:eastAsia="Arial"/>
                <w:color w:val="1F1F1F"/>
                <w:sz w:val="16"/>
              </w:rPr>
              <w:t>[</w:t>
            </w:r>
            <w:proofErr w:type="spellStart"/>
            <w:r>
              <w:rPr>
                <w:rFonts w:eastAsia="Arial"/>
                <w:color w:val="1F1F1F"/>
                <w:sz w:val="16"/>
              </w:rPr>
              <w:t>vom</w:t>
            </w:r>
            <w:proofErr w:type="spellEnd"/>
            <w:r>
              <w:rPr>
                <w:rFonts w:eastAsia="Arial"/>
                <w:color w:val="1F1F1F"/>
                <w:sz w:val="16"/>
              </w:rPr>
              <w:t xml:space="preserve"> </w:t>
            </w:r>
            <w:proofErr w:type="spellStart"/>
            <w:r>
              <w:rPr>
                <w:rFonts w:eastAsia="Arial"/>
                <w:color w:val="1F1F1F"/>
                <w:sz w:val="16"/>
              </w:rPr>
              <w:t>Bewerber</w:t>
            </w:r>
            <w:proofErr w:type="spellEnd"/>
            <w:r>
              <w:rPr>
                <w:rFonts w:eastAsia="Arial"/>
                <w:color w:val="1F1F1F"/>
                <w:sz w:val="16"/>
              </w:rPr>
              <w:t xml:space="preserve"> </w:t>
            </w:r>
            <w:proofErr w:type="spellStart"/>
            <w:r>
              <w:rPr>
                <w:rFonts w:eastAsia="Arial"/>
                <w:color w:val="1F1F1F"/>
                <w:sz w:val="16"/>
              </w:rPr>
              <w:t>auszufüllen</w:t>
            </w:r>
            <w:proofErr w:type="spellEnd"/>
            <w:r>
              <w:rPr>
                <w:rFonts w:eastAsia="Arial"/>
                <w:color w:val="1F1F1F"/>
                <w:sz w:val="16"/>
              </w:rPr>
              <w:t>]</w:t>
            </w:r>
          </w:p>
        </w:tc>
      </w:tr>
      <w:tr w:rsidR="00E84B84" w14:paraId="6DF7C75D" w14:textId="77777777">
        <w:trPr>
          <w:cantSplit/>
          <w:jc w:val="center"/>
        </w:trPr>
        <w:tc>
          <w:tcPr>
            <w:tcW w:w="3969" w:type="dxa"/>
            <w:shd w:val="clear" w:color="auto" w:fill="F3F6F8"/>
            <w:tcMar>
              <w:top w:w="40" w:type="dxa"/>
              <w:left w:w="80" w:type="dxa"/>
              <w:bottom w:w="40" w:type="dxa"/>
              <w:right w:w="80" w:type="dxa"/>
            </w:tcMar>
            <w:vAlign w:val="center"/>
          </w:tcPr>
          <w:p w14:paraId="6E0A7081" w14:textId="77777777" w:rsidR="00E84B84" w:rsidRDefault="008D034A">
            <w:pPr>
              <w:spacing w:after="0" w:line="240" w:lineRule="auto"/>
            </w:pPr>
            <w:proofErr w:type="spellStart"/>
            <w:r>
              <w:rPr>
                <w:rFonts w:eastAsia="Arial"/>
                <w:color w:val="1F1F1F"/>
                <w:sz w:val="16"/>
              </w:rPr>
              <w:t>Projektzeitraum</w:t>
            </w:r>
            <w:proofErr w:type="spellEnd"/>
            <w:r>
              <w:rPr>
                <w:rFonts w:eastAsia="Arial"/>
                <w:color w:val="1F1F1F"/>
                <w:sz w:val="16"/>
              </w:rPr>
              <w:t xml:space="preserve"> (von / bis)</w:t>
            </w:r>
          </w:p>
        </w:tc>
        <w:tc>
          <w:tcPr>
            <w:tcW w:w="11225" w:type="dxa"/>
            <w:shd w:val="clear" w:color="auto" w:fill="FFFBEA"/>
            <w:tcMar>
              <w:top w:w="40" w:type="dxa"/>
              <w:left w:w="80" w:type="dxa"/>
              <w:bottom w:w="40" w:type="dxa"/>
              <w:right w:w="80" w:type="dxa"/>
            </w:tcMar>
            <w:vAlign w:val="center"/>
          </w:tcPr>
          <w:p w14:paraId="218B097D" w14:textId="77777777" w:rsidR="00E84B84" w:rsidRDefault="008D034A">
            <w:pPr>
              <w:spacing w:after="0" w:line="240" w:lineRule="auto"/>
            </w:pPr>
            <w:r>
              <w:rPr>
                <w:rFonts w:eastAsia="Arial"/>
                <w:color w:val="1F1F1F"/>
                <w:sz w:val="16"/>
              </w:rPr>
              <w:t>[</w:t>
            </w:r>
            <w:proofErr w:type="spellStart"/>
            <w:r>
              <w:rPr>
                <w:rFonts w:eastAsia="Arial"/>
                <w:color w:val="1F1F1F"/>
                <w:sz w:val="16"/>
              </w:rPr>
              <w:t>vom</w:t>
            </w:r>
            <w:proofErr w:type="spellEnd"/>
            <w:r>
              <w:rPr>
                <w:rFonts w:eastAsia="Arial"/>
                <w:color w:val="1F1F1F"/>
                <w:sz w:val="16"/>
              </w:rPr>
              <w:t xml:space="preserve"> </w:t>
            </w:r>
            <w:proofErr w:type="spellStart"/>
            <w:r>
              <w:rPr>
                <w:rFonts w:eastAsia="Arial"/>
                <w:color w:val="1F1F1F"/>
                <w:sz w:val="16"/>
              </w:rPr>
              <w:t>Bewerber</w:t>
            </w:r>
            <w:proofErr w:type="spellEnd"/>
            <w:r>
              <w:rPr>
                <w:rFonts w:eastAsia="Arial"/>
                <w:color w:val="1F1F1F"/>
                <w:sz w:val="16"/>
              </w:rPr>
              <w:t xml:space="preserve"> </w:t>
            </w:r>
            <w:proofErr w:type="spellStart"/>
            <w:r>
              <w:rPr>
                <w:rFonts w:eastAsia="Arial"/>
                <w:color w:val="1F1F1F"/>
                <w:sz w:val="16"/>
              </w:rPr>
              <w:t>auszufüllen</w:t>
            </w:r>
            <w:proofErr w:type="spellEnd"/>
            <w:r>
              <w:rPr>
                <w:rFonts w:eastAsia="Arial"/>
                <w:color w:val="1F1F1F"/>
                <w:sz w:val="16"/>
              </w:rPr>
              <w:t>]</w:t>
            </w:r>
          </w:p>
        </w:tc>
      </w:tr>
      <w:tr w:rsidR="00E84B84" w14:paraId="422D4B7F" w14:textId="77777777">
        <w:trPr>
          <w:cantSplit/>
          <w:jc w:val="center"/>
        </w:trPr>
        <w:tc>
          <w:tcPr>
            <w:tcW w:w="3969" w:type="dxa"/>
            <w:shd w:val="clear" w:color="auto" w:fill="F3F6F8"/>
            <w:tcMar>
              <w:top w:w="40" w:type="dxa"/>
              <w:left w:w="80" w:type="dxa"/>
              <w:bottom w:w="40" w:type="dxa"/>
              <w:right w:w="80" w:type="dxa"/>
            </w:tcMar>
            <w:vAlign w:val="center"/>
          </w:tcPr>
          <w:p w14:paraId="55A83B83" w14:textId="77777777" w:rsidR="00E84B84" w:rsidRDefault="008D034A">
            <w:pPr>
              <w:spacing w:after="0" w:line="240" w:lineRule="auto"/>
            </w:pPr>
            <w:proofErr w:type="spellStart"/>
            <w:r>
              <w:rPr>
                <w:rFonts w:eastAsia="Arial"/>
                <w:color w:val="1F1F1F"/>
                <w:sz w:val="16"/>
              </w:rPr>
              <w:t>Gesamtumfang</w:t>
            </w:r>
            <w:proofErr w:type="spellEnd"/>
            <w:r>
              <w:rPr>
                <w:rFonts w:eastAsia="Arial"/>
                <w:color w:val="1F1F1F"/>
                <w:sz w:val="16"/>
              </w:rPr>
              <w:t xml:space="preserve"> des </w:t>
            </w:r>
            <w:proofErr w:type="spellStart"/>
            <w:r>
              <w:rPr>
                <w:rFonts w:eastAsia="Arial"/>
                <w:color w:val="1F1F1F"/>
                <w:sz w:val="16"/>
              </w:rPr>
              <w:t>Referenzprojekts</w:t>
            </w:r>
            <w:proofErr w:type="spellEnd"/>
          </w:p>
        </w:tc>
        <w:tc>
          <w:tcPr>
            <w:tcW w:w="11225" w:type="dxa"/>
            <w:shd w:val="clear" w:color="auto" w:fill="FFFBEA"/>
            <w:tcMar>
              <w:top w:w="40" w:type="dxa"/>
              <w:left w:w="80" w:type="dxa"/>
              <w:bottom w:w="40" w:type="dxa"/>
              <w:right w:w="80" w:type="dxa"/>
            </w:tcMar>
            <w:vAlign w:val="center"/>
          </w:tcPr>
          <w:p w14:paraId="31FFECD4" w14:textId="77777777" w:rsidR="00E84B84" w:rsidRDefault="008D034A">
            <w:pPr>
              <w:spacing w:after="0" w:line="240" w:lineRule="auto"/>
            </w:pPr>
            <w:r>
              <w:rPr>
                <w:rFonts w:eastAsia="Arial"/>
                <w:color w:val="1F1F1F"/>
                <w:sz w:val="16"/>
              </w:rPr>
              <w:t>[</w:t>
            </w:r>
            <w:proofErr w:type="spellStart"/>
            <w:r>
              <w:rPr>
                <w:rFonts w:eastAsia="Arial"/>
                <w:color w:val="1F1F1F"/>
                <w:sz w:val="16"/>
              </w:rPr>
              <w:t>vom</w:t>
            </w:r>
            <w:proofErr w:type="spellEnd"/>
            <w:r>
              <w:rPr>
                <w:rFonts w:eastAsia="Arial"/>
                <w:color w:val="1F1F1F"/>
                <w:sz w:val="16"/>
              </w:rPr>
              <w:t xml:space="preserve"> </w:t>
            </w:r>
            <w:proofErr w:type="spellStart"/>
            <w:r>
              <w:rPr>
                <w:rFonts w:eastAsia="Arial"/>
                <w:color w:val="1F1F1F"/>
                <w:sz w:val="16"/>
              </w:rPr>
              <w:t>Bewerber</w:t>
            </w:r>
            <w:proofErr w:type="spellEnd"/>
            <w:r>
              <w:rPr>
                <w:rFonts w:eastAsia="Arial"/>
                <w:color w:val="1F1F1F"/>
                <w:sz w:val="16"/>
              </w:rPr>
              <w:t xml:space="preserve"> </w:t>
            </w:r>
            <w:proofErr w:type="spellStart"/>
            <w:r>
              <w:rPr>
                <w:rFonts w:eastAsia="Arial"/>
                <w:color w:val="1F1F1F"/>
                <w:sz w:val="16"/>
              </w:rPr>
              <w:t>auszufüllen</w:t>
            </w:r>
            <w:proofErr w:type="spellEnd"/>
            <w:r>
              <w:rPr>
                <w:rFonts w:eastAsia="Arial"/>
                <w:color w:val="1F1F1F"/>
                <w:sz w:val="16"/>
              </w:rPr>
              <w:t>]</w:t>
            </w:r>
          </w:p>
        </w:tc>
      </w:tr>
      <w:tr w:rsidR="00E84B84" w14:paraId="126FE050" w14:textId="77777777">
        <w:trPr>
          <w:cantSplit/>
          <w:jc w:val="center"/>
        </w:trPr>
        <w:tc>
          <w:tcPr>
            <w:tcW w:w="3969" w:type="dxa"/>
            <w:shd w:val="clear" w:color="auto" w:fill="F3F6F8"/>
            <w:tcMar>
              <w:top w:w="40" w:type="dxa"/>
              <w:left w:w="80" w:type="dxa"/>
              <w:bottom w:w="40" w:type="dxa"/>
              <w:right w:w="80" w:type="dxa"/>
            </w:tcMar>
            <w:vAlign w:val="center"/>
          </w:tcPr>
          <w:p w14:paraId="5EB60FBE" w14:textId="77777777" w:rsidR="00E84B84" w:rsidRDefault="008D034A">
            <w:pPr>
              <w:spacing w:after="0" w:line="240" w:lineRule="auto"/>
            </w:pPr>
            <w:proofErr w:type="spellStart"/>
            <w:r>
              <w:rPr>
                <w:rFonts w:eastAsia="Arial"/>
                <w:color w:val="1F1F1F"/>
                <w:sz w:val="16"/>
              </w:rPr>
              <w:t>Leistungsanteil</w:t>
            </w:r>
            <w:proofErr w:type="spellEnd"/>
            <w:r>
              <w:rPr>
                <w:rFonts w:eastAsia="Arial"/>
                <w:color w:val="1F1F1F"/>
                <w:sz w:val="16"/>
              </w:rPr>
              <w:t xml:space="preserve"> des </w:t>
            </w:r>
            <w:proofErr w:type="spellStart"/>
            <w:r>
              <w:rPr>
                <w:rFonts w:eastAsia="Arial"/>
                <w:color w:val="1F1F1F"/>
                <w:sz w:val="16"/>
              </w:rPr>
              <w:t>Bewerbers</w:t>
            </w:r>
            <w:proofErr w:type="spellEnd"/>
          </w:p>
        </w:tc>
        <w:tc>
          <w:tcPr>
            <w:tcW w:w="11225" w:type="dxa"/>
            <w:shd w:val="clear" w:color="auto" w:fill="FFFBEA"/>
            <w:tcMar>
              <w:top w:w="40" w:type="dxa"/>
              <w:left w:w="80" w:type="dxa"/>
              <w:bottom w:w="40" w:type="dxa"/>
              <w:right w:w="80" w:type="dxa"/>
            </w:tcMar>
            <w:vAlign w:val="center"/>
          </w:tcPr>
          <w:p w14:paraId="0986C63E" w14:textId="77777777" w:rsidR="00E84B84" w:rsidRDefault="008D034A">
            <w:pPr>
              <w:spacing w:after="0" w:line="240" w:lineRule="auto"/>
            </w:pPr>
            <w:r>
              <w:rPr>
                <w:rFonts w:eastAsia="Arial"/>
                <w:color w:val="1F1F1F"/>
                <w:sz w:val="16"/>
              </w:rPr>
              <w:t>[</w:t>
            </w:r>
            <w:proofErr w:type="spellStart"/>
            <w:r>
              <w:rPr>
                <w:rFonts w:eastAsia="Arial"/>
                <w:color w:val="1F1F1F"/>
                <w:sz w:val="16"/>
              </w:rPr>
              <w:t>vom</w:t>
            </w:r>
            <w:proofErr w:type="spellEnd"/>
            <w:r>
              <w:rPr>
                <w:rFonts w:eastAsia="Arial"/>
                <w:color w:val="1F1F1F"/>
                <w:sz w:val="16"/>
              </w:rPr>
              <w:t xml:space="preserve"> </w:t>
            </w:r>
            <w:proofErr w:type="spellStart"/>
            <w:r>
              <w:rPr>
                <w:rFonts w:eastAsia="Arial"/>
                <w:color w:val="1F1F1F"/>
                <w:sz w:val="16"/>
              </w:rPr>
              <w:t>Bewerber</w:t>
            </w:r>
            <w:proofErr w:type="spellEnd"/>
            <w:r>
              <w:rPr>
                <w:rFonts w:eastAsia="Arial"/>
                <w:color w:val="1F1F1F"/>
                <w:sz w:val="16"/>
              </w:rPr>
              <w:t xml:space="preserve"> </w:t>
            </w:r>
            <w:proofErr w:type="spellStart"/>
            <w:r>
              <w:rPr>
                <w:rFonts w:eastAsia="Arial"/>
                <w:color w:val="1F1F1F"/>
                <w:sz w:val="16"/>
              </w:rPr>
              <w:t>auszufüllen</w:t>
            </w:r>
            <w:proofErr w:type="spellEnd"/>
            <w:r>
              <w:rPr>
                <w:rFonts w:eastAsia="Arial"/>
                <w:color w:val="1F1F1F"/>
                <w:sz w:val="16"/>
              </w:rPr>
              <w:t>]</w:t>
            </w:r>
          </w:p>
        </w:tc>
      </w:tr>
    </w:tbl>
    <w:p w14:paraId="68FD21D8" w14:textId="77777777" w:rsidR="00E84B84" w:rsidRDefault="008D034A">
      <w:pPr>
        <w:spacing w:before="100" w:after="40" w:line="240" w:lineRule="auto"/>
      </w:pPr>
      <w:r>
        <w:rPr>
          <w:rFonts w:eastAsia="Arial"/>
          <w:b/>
          <w:color w:val="0B4F7A"/>
          <w:sz w:val="22"/>
        </w:rPr>
        <w:t xml:space="preserve">2. </w:t>
      </w:r>
      <w:proofErr w:type="spellStart"/>
      <w:r>
        <w:rPr>
          <w:rFonts w:eastAsia="Arial"/>
          <w:b/>
          <w:color w:val="0B4F7A"/>
          <w:sz w:val="22"/>
        </w:rPr>
        <w:t>Ausgangslage</w:t>
      </w:r>
      <w:proofErr w:type="spellEnd"/>
      <w:r>
        <w:rPr>
          <w:rFonts w:eastAsia="Arial"/>
          <w:b/>
          <w:color w:val="0B4F7A"/>
          <w:sz w:val="22"/>
        </w:rPr>
        <w:t xml:space="preserve">, </w:t>
      </w:r>
      <w:proofErr w:type="spellStart"/>
      <w:r>
        <w:rPr>
          <w:rFonts w:eastAsia="Arial"/>
          <w:b/>
          <w:color w:val="0B4F7A"/>
          <w:sz w:val="22"/>
        </w:rPr>
        <w:t>Auftrag</w:t>
      </w:r>
      <w:proofErr w:type="spellEnd"/>
      <w:r>
        <w:rPr>
          <w:rFonts w:eastAsia="Arial"/>
          <w:b/>
          <w:color w:val="0B4F7A"/>
          <w:sz w:val="22"/>
        </w:rPr>
        <w:t xml:space="preserve"> und </w:t>
      </w:r>
      <w:proofErr w:type="spellStart"/>
      <w:r>
        <w:rPr>
          <w:rFonts w:eastAsia="Arial"/>
          <w:b/>
          <w:color w:val="0B4F7A"/>
          <w:sz w:val="22"/>
        </w:rPr>
        <w:t>Ergebnisse</w:t>
      </w:r>
      <w:proofErr w:type="spellEnd"/>
    </w:p>
    <w:tbl>
      <w:tblPr>
        <w:tblW w:w="0" w:type="auto"/>
        <w:jc w:val="center"/>
        <w:tblLayout w:type="fixed"/>
        <w:tblLook w:val="04A0" w:firstRow="1" w:lastRow="0" w:firstColumn="1" w:lastColumn="0" w:noHBand="0" w:noVBand="1"/>
      </w:tblPr>
      <w:tblGrid>
        <w:gridCol w:w="3969"/>
        <w:gridCol w:w="11225"/>
      </w:tblGrid>
      <w:tr w:rsidR="00E84B84" w14:paraId="2BA4BD23" w14:textId="77777777">
        <w:trPr>
          <w:cantSplit/>
          <w:jc w:val="center"/>
        </w:trPr>
        <w:tc>
          <w:tcPr>
            <w:tcW w:w="3969" w:type="dxa"/>
            <w:shd w:val="clear" w:color="auto" w:fill="F3F6F8"/>
            <w:tcMar>
              <w:top w:w="40" w:type="dxa"/>
              <w:left w:w="80" w:type="dxa"/>
              <w:bottom w:w="40" w:type="dxa"/>
              <w:right w:w="80" w:type="dxa"/>
            </w:tcMar>
            <w:vAlign w:val="center"/>
          </w:tcPr>
          <w:p w14:paraId="520851EE" w14:textId="77777777" w:rsidR="00E84B84" w:rsidRDefault="008D034A">
            <w:pPr>
              <w:spacing w:after="0" w:line="240" w:lineRule="auto"/>
            </w:pPr>
            <w:proofErr w:type="spellStart"/>
            <w:r>
              <w:rPr>
                <w:rFonts w:eastAsia="Arial"/>
                <w:color w:val="1F1F1F"/>
                <w:sz w:val="16"/>
              </w:rPr>
              <w:t>Ausgangslage</w:t>
            </w:r>
            <w:proofErr w:type="spellEnd"/>
            <w:r>
              <w:rPr>
                <w:rFonts w:eastAsia="Arial"/>
                <w:color w:val="1F1F1F"/>
                <w:sz w:val="16"/>
              </w:rPr>
              <w:t xml:space="preserve"> / </w:t>
            </w:r>
            <w:proofErr w:type="spellStart"/>
            <w:r>
              <w:rPr>
                <w:rFonts w:eastAsia="Arial"/>
                <w:color w:val="1F1F1F"/>
                <w:sz w:val="16"/>
              </w:rPr>
              <w:t>Problemstellung</w:t>
            </w:r>
            <w:proofErr w:type="spellEnd"/>
          </w:p>
        </w:tc>
        <w:tc>
          <w:tcPr>
            <w:tcW w:w="11225" w:type="dxa"/>
            <w:shd w:val="clear" w:color="auto" w:fill="FFFBEA"/>
            <w:tcMar>
              <w:top w:w="40" w:type="dxa"/>
              <w:left w:w="80" w:type="dxa"/>
              <w:bottom w:w="40" w:type="dxa"/>
              <w:right w:w="80" w:type="dxa"/>
            </w:tcMar>
            <w:vAlign w:val="center"/>
          </w:tcPr>
          <w:p w14:paraId="243BF7F8" w14:textId="77777777" w:rsidR="00E84B84" w:rsidRDefault="008D034A">
            <w:pPr>
              <w:spacing w:after="0" w:line="240" w:lineRule="auto"/>
            </w:pPr>
            <w:r w:rsidRPr="00191757">
              <w:rPr>
                <w:rFonts w:eastAsia="Arial"/>
                <w:color w:val="1F1F1F"/>
                <w:sz w:val="16"/>
                <w:lang w:val="de-DE"/>
              </w:rPr>
              <w:t>Ausgangslage und Anlass des Vorhabens konkret beschreiben.</w:t>
            </w:r>
            <w:r w:rsidRPr="00191757">
              <w:rPr>
                <w:rFonts w:eastAsia="Arial"/>
                <w:color w:val="1F1F1F"/>
                <w:sz w:val="16"/>
                <w:lang w:val="de-DE"/>
              </w:rPr>
              <w:br/>
            </w:r>
            <w:r w:rsidRPr="00191757">
              <w:rPr>
                <w:rFonts w:eastAsia="Arial"/>
                <w:color w:val="1F1F1F"/>
                <w:sz w:val="16"/>
                <w:lang w:val="de-DE"/>
              </w:rPr>
              <w:br/>
            </w:r>
            <w:r>
              <w:rPr>
                <w:rFonts w:eastAsia="Arial"/>
                <w:color w:val="1F1F1F"/>
                <w:sz w:val="16"/>
              </w:rPr>
              <w:t>[</w:t>
            </w:r>
            <w:proofErr w:type="spellStart"/>
            <w:r>
              <w:rPr>
                <w:rFonts w:eastAsia="Arial"/>
                <w:color w:val="1F1F1F"/>
                <w:sz w:val="16"/>
              </w:rPr>
              <w:t>vom</w:t>
            </w:r>
            <w:proofErr w:type="spellEnd"/>
            <w:r>
              <w:rPr>
                <w:rFonts w:eastAsia="Arial"/>
                <w:color w:val="1F1F1F"/>
                <w:sz w:val="16"/>
              </w:rPr>
              <w:t xml:space="preserve"> </w:t>
            </w:r>
            <w:proofErr w:type="spellStart"/>
            <w:r>
              <w:rPr>
                <w:rFonts w:eastAsia="Arial"/>
                <w:color w:val="1F1F1F"/>
                <w:sz w:val="16"/>
              </w:rPr>
              <w:t>Bewerber</w:t>
            </w:r>
            <w:proofErr w:type="spellEnd"/>
            <w:r>
              <w:rPr>
                <w:rFonts w:eastAsia="Arial"/>
                <w:color w:val="1F1F1F"/>
                <w:sz w:val="16"/>
              </w:rPr>
              <w:t xml:space="preserve"> </w:t>
            </w:r>
            <w:proofErr w:type="spellStart"/>
            <w:r>
              <w:rPr>
                <w:rFonts w:eastAsia="Arial"/>
                <w:color w:val="1F1F1F"/>
                <w:sz w:val="16"/>
              </w:rPr>
              <w:t>auszufüllen</w:t>
            </w:r>
            <w:proofErr w:type="spellEnd"/>
            <w:r>
              <w:rPr>
                <w:rFonts w:eastAsia="Arial"/>
                <w:color w:val="1F1F1F"/>
                <w:sz w:val="16"/>
              </w:rPr>
              <w:t>]</w:t>
            </w:r>
          </w:p>
        </w:tc>
      </w:tr>
      <w:tr w:rsidR="00E84B84" w14:paraId="29652967" w14:textId="77777777">
        <w:trPr>
          <w:cantSplit/>
          <w:jc w:val="center"/>
        </w:trPr>
        <w:tc>
          <w:tcPr>
            <w:tcW w:w="3969" w:type="dxa"/>
            <w:shd w:val="clear" w:color="auto" w:fill="F3F6F8"/>
            <w:tcMar>
              <w:top w:w="40" w:type="dxa"/>
              <w:left w:w="80" w:type="dxa"/>
              <w:bottom w:w="40" w:type="dxa"/>
              <w:right w:w="80" w:type="dxa"/>
            </w:tcMar>
            <w:vAlign w:val="center"/>
          </w:tcPr>
          <w:p w14:paraId="69F8AB99" w14:textId="77777777" w:rsidR="00E84B84" w:rsidRDefault="008D034A">
            <w:pPr>
              <w:spacing w:after="0" w:line="240" w:lineRule="auto"/>
            </w:pPr>
            <w:proofErr w:type="spellStart"/>
            <w:r>
              <w:rPr>
                <w:rFonts w:eastAsia="Arial"/>
                <w:color w:val="1F1F1F"/>
                <w:sz w:val="16"/>
              </w:rPr>
              <w:t>Auftrag</w:t>
            </w:r>
            <w:proofErr w:type="spellEnd"/>
            <w:r>
              <w:rPr>
                <w:rFonts w:eastAsia="Arial"/>
                <w:color w:val="1F1F1F"/>
                <w:sz w:val="16"/>
              </w:rPr>
              <w:t xml:space="preserve"> / </w:t>
            </w:r>
            <w:proofErr w:type="spellStart"/>
            <w:r>
              <w:rPr>
                <w:rFonts w:eastAsia="Arial"/>
                <w:color w:val="1F1F1F"/>
                <w:sz w:val="16"/>
              </w:rPr>
              <w:t>Zielsetzung</w:t>
            </w:r>
            <w:proofErr w:type="spellEnd"/>
          </w:p>
        </w:tc>
        <w:tc>
          <w:tcPr>
            <w:tcW w:w="11225" w:type="dxa"/>
            <w:shd w:val="clear" w:color="auto" w:fill="FFFBEA"/>
            <w:tcMar>
              <w:top w:w="40" w:type="dxa"/>
              <w:left w:w="80" w:type="dxa"/>
              <w:bottom w:w="40" w:type="dxa"/>
              <w:right w:w="80" w:type="dxa"/>
            </w:tcMar>
            <w:vAlign w:val="center"/>
          </w:tcPr>
          <w:p w14:paraId="03DBFC27" w14:textId="77777777" w:rsidR="00E84B84" w:rsidRDefault="008D034A">
            <w:pPr>
              <w:spacing w:after="0" w:line="240" w:lineRule="auto"/>
            </w:pPr>
            <w:r w:rsidRPr="00191757">
              <w:rPr>
                <w:rFonts w:eastAsia="Arial"/>
                <w:color w:val="1F1F1F"/>
                <w:sz w:val="16"/>
                <w:lang w:val="de-DE"/>
              </w:rPr>
              <w:t>Ziel und Umfang der durch den Bewerber übernommenen Beratungsleistung beschreiben.</w:t>
            </w:r>
            <w:r w:rsidRPr="00191757">
              <w:rPr>
                <w:rFonts w:eastAsia="Arial"/>
                <w:color w:val="1F1F1F"/>
                <w:sz w:val="16"/>
                <w:lang w:val="de-DE"/>
              </w:rPr>
              <w:br/>
            </w:r>
            <w:r w:rsidRPr="00191757">
              <w:rPr>
                <w:rFonts w:eastAsia="Arial"/>
                <w:color w:val="1F1F1F"/>
                <w:sz w:val="16"/>
                <w:lang w:val="de-DE"/>
              </w:rPr>
              <w:br/>
            </w:r>
            <w:r>
              <w:rPr>
                <w:rFonts w:eastAsia="Arial"/>
                <w:color w:val="1F1F1F"/>
                <w:sz w:val="16"/>
              </w:rPr>
              <w:t>[</w:t>
            </w:r>
            <w:proofErr w:type="spellStart"/>
            <w:r>
              <w:rPr>
                <w:rFonts w:eastAsia="Arial"/>
                <w:color w:val="1F1F1F"/>
                <w:sz w:val="16"/>
              </w:rPr>
              <w:t>vom</w:t>
            </w:r>
            <w:proofErr w:type="spellEnd"/>
            <w:r>
              <w:rPr>
                <w:rFonts w:eastAsia="Arial"/>
                <w:color w:val="1F1F1F"/>
                <w:sz w:val="16"/>
              </w:rPr>
              <w:t xml:space="preserve"> </w:t>
            </w:r>
            <w:proofErr w:type="spellStart"/>
            <w:r>
              <w:rPr>
                <w:rFonts w:eastAsia="Arial"/>
                <w:color w:val="1F1F1F"/>
                <w:sz w:val="16"/>
              </w:rPr>
              <w:t>Bewerber</w:t>
            </w:r>
            <w:proofErr w:type="spellEnd"/>
            <w:r>
              <w:rPr>
                <w:rFonts w:eastAsia="Arial"/>
                <w:color w:val="1F1F1F"/>
                <w:sz w:val="16"/>
              </w:rPr>
              <w:t xml:space="preserve"> </w:t>
            </w:r>
            <w:proofErr w:type="spellStart"/>
            <w:r>
              <w:rPr>
                <w:rFonts w:eastAsia="Arial"/>
                <w:color w:val="1F1F1F"/>
                <w:sz w:val="16"/>
              </w:rPr>
              <w:t>auszufüllen</w:t>
            </w:r>
            <w:proofErr w:type="spellEnd"/>
            <w:r>
              <w:rPr>
                <w:rFonts w:eastAsia="Arial"/>
                <w:color w:val="1F1F1F"/>
                <w:sz w:val="16"/>
              </w:rPr>
              <w:t>]</w:t>
            </w:r>
          </w:p>
        </w:tc>
      </w:tr>
      <w:tr w:rsidR="00E84B84" w14:paraId="6644D9E0" w14:textId="77777777">
        <w:trPr>
          <w:cantSplit/>
          <w:jc w:val="center"/>
        </w:trPr>
        <w:tc>
          <w:tcPr>
            <w:tcW w:w="3969" w:type="dxa"/>
            <w:shd w:val="clear" w:color="auto" w:fill="F3F6F8"/>
            <w:tcMar>
              <w:top w:w="40" w:type="dxa"/>
              <w:left w:w="80" w:type="dxa"/>
              <w:bottom w:w="40" w:type="dxa"/>
              <w:right w:w="80" w:type="dxa"/>
            </w:tcMar>
            <w:vAlign w:val="center"/>
          </w:tcPr>
          <w:p w14:paraId="28F227F7" w14:textId="77777777" w:rsidR="00E84B84" w:rsidRDefault="008D034A">
            <w:pPr>
              <w:spacing w:after="0" w:line="240" w:lineRule="auto"/>
            </w:pPr>
            <w:proofErr w:type="spellStart"/>
            <w:r>
              <w:rPr>
                <w:rFonts w:eastAsia="Arial"/>
                <w:color w:val="1F1F1F"/>
                <w:sz w:val="16"/>
              </w:rPr>
              <w:t>Erbrachte</w:t>
            </w:r>
            <w:proofErr w:type="spellEnd"/>
            <w:r>
              <w:rPr>
                <w:rFonts w:eastAsia="Arial"/>
                <w:color w:val="1F1F1F"/>
                <w:sz w:val="16"/>
              </w:rPr>
              <w:t xml:space="preserve"> </w:t>
            </w:r>
            <w:proofErr w:type="spellStart"/>
            <w:r>
              <w:rPr>
                <w:rFonts w:eastAsia="Arial"/>
                <w:color w:val="1F1F1F"/>
                <w:sz w:val="16"/>
              </w:rPr>
              <w:t>Ergebnisse</w:t>
            </w:r>
            <w:proofErr w:type="spellEnd"/>
          </w:p>
        </w:tc>
        <w:tc>
          <w:tcPr>
            <w:tcW w:w="11225" w:type="dxa"/>
            <w:shd w:val="clear" w:color="auto" w:fill="FFFBEA"/>
            <w:tcMar>
              <w:top w:w="40" w:type="dxa"/>
              <w:left w:w="80" w:type="dxa"/>
              <w:bottom w:w="40" w:type="dxa"/>
              <w:right w:w="80" w:type="dxa"/>
            </w:tcMar>
            <w:vAlign w:val="center"/>
          </w:tcPr>
          <w:p w14:paraId="6CF3F682" w14:textId="77777777" w:rsidR="00E84B84" w:rsidRDefault="008D034A">
            <w:pPr>
              <w:spacing w:after="0" w:line="240" w:lineRule="auto"/>
            </w:pPr>
            <w:r w:rsidRPr="00191757">
              <w:rPr>
                <w:rFonts w:eastAsia="Arial"/>
                <w:color w:val="1F1F1F"/>
                <w:sz w:val="16"/>
                <w:lang w:val="de-DE"/>
              </w:rPr>
              <w:t>Wesentliche Ergebnisobjekte und erzielte Ergebnisse benennen.</w:t>
            </w:r>
            <w:r w:rsidRPr="00191757">
              <w:rPr>
                <w:rFonts w:eastAsia="Arial"/>
                <w:color w:val="1F1F1F"/>
                <w:sz w:val="16"/>
                <w:lang w:val="de-DE"/>
              </w:rPr>
              <w:br/>
            </w:r>
            <w:r w:rsidRPr="00191757">
              <w:rPr>
                <w:rFonts w:eastAsia="Arial"/>
                <w:color w:val="1F1F1F"/>
                <w:sz w:val="16"/>
                <w:lang w:val="de-DE"/>
              </w:rPr>
              <w:br/>
            </w:r>
            <w:r>
              <w:rPr>
                <w:rFonts w:eastAsia="Arial"/>
                <w:color w:val="1F1F1F"/>
                <w:sz w:val="16"/>
              </w:rPr>
              <w:t>[</w:t>
            </w:r>
            <w:proofErr w:type="spellStart"/>
            <w:r>
              <w:rPr>
                <w:rFonts w:eastAsia="Arial"/>
                <w:color w:val="1F1F1F"/>
                <w:sz w:val="16"/>
              </w:rPr>
              <w:t>vom</w:t>
            </w:r>
            <w:proofErr w:type="spellEnd"/>
            <w:r>
              <w:rPr>
                <w:rFonts w:eastAsia="Arial"/>
                <w:color w:val="1F1F1F"/>
                <w:sz w:val="16"/>
              </w:rPr>
              <w:t xml:space="preserve"> </w:t>
            </w:r>
            <w:proofErr w:type="spellStart"/>
            <w:r>
              <w:rPr>
                <w:rFonts w:eastAsia="Arial"/>
                <w:color w:val="1F1F1F"/>
                <w:sz w:val="16"/>
              </w:rPr>
              <w:t>Bewerber</w:t>
            </w:r>
            <w:proofErr w:type="spellEnd"/>
            <w:r>
              <w:rPr>
                <w:rFonts w:eastAsia="Arial"/>
                <w:color w:val="1F1F1F"/>
                <w:sz w:val="16"/>
              </w:rPr>
              <w:t xml:space="preserve"> </w:t>
            </w:r>
            <w:proofErr w:type="spellStart"/>
            <w:r>
              <w:rPr>
                <w:rFonts w:eastAsia="Arial"/>
                <w:color w:val="1F1F1F"/>
                <w:sz w:val="16"/>
              </w:rPr>
              <w:t>auszufüllen</w:t>
            </w:r>
            <w:proofErr w:type="spellEnd"/>
            <w:r>
              <w:rPr>
                <w:rFonts w:eastAsia="Arial"/>
                <w:color w:val="1F1F1F"/>
                <w:sz w:val="16"/>
              </w:rPr>
              <w:t>]</w:t>
            </w:r>
          </w:p>
        </w:tc>
      </w:tr>
    </w:tbl>
    <w:p w14:paraId="7A6761EE" w14:textId="77777777" w:rsidR="00E84B84" w:rsidRDefault="008D034A">
      <w:r>
        <w:br w:type="page"/>
      </w:r>
    </w:p>
    <w:p w14:paraId="6B24D574" w14:textId="77777777" w:rsidR="00E84B84" w:rsidRPr="00E05BED" w:rsidRDefault="008D034A">
      <w:pPr>
        <w:spacing w:before="40" w:after="40" w:line="240" w:lineRule="auto"/>
        <w:rPr>
          <w:lang w:val="de-DE"/>
        </w:rPr>
      </w:pPr>
      <w:r w:rsidRPr="00E05BED">
        <w:rPr>
          <w:rFonts w:eastAsia="Arial"/>
          <w:b/>
          <w:color w:val="0B4F7A"/>
          <w:sz w:val="22"/>
          <w:lang w:val="de-DE"/>
        </w:rPr>
        <w:lastRenderedPageBreak/>
        <w:t>3. Zuordnung zu den Leistungsfeldern</w:t>
      </w:r>
    </w:p>
    <w:p w14:paraId="7F1DB5DA" w14:textId="77777777" w:rsidR="00E84B84" w:rsidRPr="00191757" w:rsidRDefault="008D034A">
      <w:pPr>
        <w:spacing w:after="0" w:line="240" w:lineRule="auto"/>
        <w:rPr>
          <w:lang w:val="de-DE"/>
        </w:rPr>
      </w:pPr>
      <w:r w:rsidRPr="00E05BED">
        <w:rPr>
          <w:lang w:val="de-DE"/>
        </w:rPr>
        <w:t>Das unter 1 benannte primäre Leistungsfeld ist auszuwählen. Weitere Leistungsfelder dürfen ergänzend ausgewählt werden, wenn ein konkreter Leistungsbeitrag nachgewiesen wird. Für jedes ausgewählte Leistungsfeld ist in der rechten Spalte der konkrete Leistungsanteil dieses Referenzprojekts zu beschreiben.</w:t>
      </w:r>
    </w:p>
    <w:tbl>
      <w:tblPr>
        <w:tblW w:w="0" w:type="auto"/>
        <w:jc w:val="center"/>
        <w:tblLayout w:type="fixed"/>
        <w:tblLook w:val="04A0" w:firstRow="1" w:lastRow="0" w:firstColumn="1" w:lastColumn="0" w:noHBand="0" w:noVBand="1"/>
      </w:tblPr>
      <w:tblGrid>
        <w:gridCol w:w="1247"/>
        <w:gridCol w:w="5102"/>
        <w:gridCol w:w="8844"/>
      </w:tblGrid>
      <w:tr w:rsidR="00E84B84" w:rsidRPr="00CD663C" w14:paraId="00B47D38" w14:textId="77777777">
        <w:trPr>
          <w:cantSplit/>
          <w:tblHeader/>
          <w:jc w:val="center"/>
        </w:trPr>
        <w:tc>
          <w:tcPr>
            <w:tcW w:w="1247" w:type="dxa"/>
            <w:shd w:val="clear" w:color="auto" w:fill="0B4F7A"/>
            <w:tcMar>
              <w:top w:w="40" w:type="dxa"/>
              <w:left w:w="80" w:type="dxa"/>
              <w:bottom w:w="40" w:type="dxa"/>
              <w:right w:w="80" w:type="dxa"/>
            </w:tcMar>
            <w:vAlign w:val="center"/>
          </w:tcPr>
          <w:p w14:paraId="31D66FFF" w14:textId="77777777" w:rsidR="00E84B84" w:rsidRDefault="008D034A">
            <w:pPr>
              <w:spacing w:after="0" w:line="240" w:lineRule="auto"/>
              <w:jc w:val="center"/>
            </w:pPr>
            <w:proofErr w:type="spellStart"/>
            <w:r>
              <w:rPr>
                <w:rFonts w:eastAsia="Arial"/>
                <w:b/>
                <w:color w:val="FFFFFF"/>
                <w:sz w:val="16"/>
              </w:rPr>
              <w:t>Auswahl</w:t>
            </w:r>
            <w:proofErr w:type="spellEnd"/>
          </w:p>
        </w:tc>
        <w:tc>
          <w:tcPr>
            <w:tcW w:w="5102" w:type="dxa"/>
            <w:shd w:val="clear" w:color="auto" w:fill="0B4F7A"/>
            <w:tcMar>
              <w:top w:w="40" w:type="dxa"/>
              <w:left w:w="80" w:type="dxa"/>
              <w:bottom w:w="40" w:type="dxa"/>
              <w:right w:w="80" w:type="dxa"/>
            </w:tcMar>
            <w:vAlign w:val="center"/>
          </w:tcPr>
          <w:p w14:paraId="0A935099" w14:textId="77777777" w:rsidR="00E84B84" w:rsidRDefault="008D034A">
            <w:pPr>
              <w:spacing w:after="0" w:line="240" w:lineRule="auto"/>
              <w:jc w:val="center"/>
            </w:pPr>
            <w:proofErr w:type="spellStart"/>
            <w:r>
              <w:rPr>
                <w:rFonts w:eastAsia="Arial"/>
                <w:b/>
                <w:color w:val="FFFFFF"/>
                <w:sz w:val="16"/>
              </w:rPr>
              <w:t>Leistungsfeld</w:t>
            </w:r>
            <w:proofErr w:type="spellEnd"/>
          </w:p>
        </w:tc>
        <w:tc>
          <w:tcPr>
            <w:tcW w:w="8844" w:type="dxa"/>
            <w:shd w:val="clear" w:color="auto" w:fill="0B4F7A"/>
            <w:tcMar>
              <w:top w:w="40" w:type="dxa"/>
              <w:left w:w="80" w:type="dxa"/>
              <w:bottom w:w="40" w:type="dxa"/>
              <w:right w:w="80" w:type="dxa"/>
            </w:tcMar>
            <w:vAlign w:val="center"/>
          </w:tcPr>
          <w:p w14:paraId="5087B195" w14:textId="77777777" w:rsidR="00E84B84" w:rsidRPr="00191757" w:rsidRDefault="008D034A">
            <w:pPr>
              <w:spacing w:after="0" w:line="240" w:lineRule="auto"/>
              <w:jc w:val="center"/>
              <w:rPr>
                <w:lang w:val="de-DE"/>
              </w:rPr>
            </w:pPr>
            <w:r w:rsidRPr="00191757">
              <w:rPr>
                <w:rFonts w:eastAsia="Arial"/>
                <w:b/>
                <w:color w:val="FFFFFF"/>
                <w:sz w:val="16"/>
                <w:lang w:val="de-DE"/>
              </w:rPr>
              <w:t>Konkreter Nachweis aus diesem Referenzprojekt</w:t>
            </w:r>
          </w:p>
        </w:tc>
      </w:tr>
      <w:tr w:rsidR="00E84B84" w:rsidRPr="00CD663C" w14:paraId="34B8F463" w14:textId="77777777">
        <w:trPr>
          <w:cantSplit/>
          <w:jc w:val="center"/>
        </w:trPr>
        <w:tc>
          <w:tcPr>
            <w:tcW w:w="1247" w:type="dxa"/>
            <w:shd w:val="clear" w:color="auto" w:fill="FFFBEA"/>
            <w:tcMar>
              <w:top w:w="40" w:type="dxa"/>
              <w:left w:w="80" w:type="dxa"/>
              <w:bottom w:w="40" w:type="dxa"/>
              <w:right w:w="80" w:type="dxa"/>
            </w:tcMar>
            <w:vAlign w:val="center"/>
          </w:tcPr>
          <w:p w14:paraId="273489E3" w14:textId="77777777" w:rsidR="00E84B84" w:rsidRDefault="008D034A">
            <w:pPr>
              <w:spacing w:after="0" w:line="240" w:lineRule="auto"/>
              <w:jc w:val="center"/>
            </w:pPr>
            <w:r>
              <w:rPr>
                <w:rFonts w:eastAsia="Arial"/>
                <w:color w:val="1F1F1F"/>
                <w:sz w:val="16"/>
              </w:rPr>
              <w:t>☐</w:t>
            </w:r>
          </w:p>
        </w:tc>
        <w:tc>
          <w:tcPr>
            <w:tcW w:w="5102" w:type="dxa"/>
            <w:tcMar>
              <w:top w:w="40" w:type="dxa"/>
              <w:left w:w="80" w:type="dxa"/>
              <w:bottom w:w="40" w:type="dxa"/>
              <w:right w:w="80" w:type="dxa"/>
            </w:tcMar>
            <w:vAlign w:val="center"/>
          </w:tcPr>
          <w:p w14:paraId="259A9A51" w14:textId="77777777" w:rsidR="00E84B84" w:rsidRPr="00191757" w:rsidRDefault="008D034A">
            <w:pPr>
              <w:spacing w:after="0" w:line="240" w:lineRule="auto"/>
              <w:rPr>
                <w:lang w:val="de-DE"/>
              </w:rPr>
            </w:pPr>
            <w:r w:rsidRPr="00191757">
              <w:rPr>
                <w:rFonts w:eastAsia="Arial"/>
                <w:color w:val="1F1F1F"/>
                <w:sz w:val="16"/>
                <w:lang w:val="de-DE"/>
              </w:rPr>
              <w:t>LF1 – IT-Strategie und Innovation</w:t>
            </w:r>
          </w:p>
        </w:tc>
        <w:tc>
          <w:tcPr>
            <w:tcW w:w="8844" w:type="dxa"/>
            <w:shd w:val="clear" w:color="auto" w:fill="FFFBEA"/>
            <w:tcMar>
              <w:top w:w="40" w:type="dxa"/>
              <w:left w:w="80" w:type="dxa"/>
              <w:bottom w:w="40" w:type="dxa"/>
              <w:right w:w="80" w:type="dxa"/>
            </w:tcMar>
            <w:vAlign w:val="center"/>
          </w:tcPr>
          <w:p w14:paraId="371ED407" w14:textId="77777777" w:rsidR="00E84B84" w:rsidRPr="00191757" w:rsidRDefault="008D034A">
            <w:pPr>
              <w:spacing w:after="0" w:line="240" w:lineRule="auto"/>
              <w:rPr>
                <w:lang w:val="de-DE"/>
              </w:rPr>
            </w:pPr>
            <w:r w:rsidRPr="00191757">
              <w:rPr>
                <w:rFonts w:eastAsia="Arial"/>
                <w:color w:val="1F1F1F"/>
                <w:sz w:val="16"/>
                <w:lang w:val="de-DE"/>
              </w:rPr>
              <w:t>[nur bei Auswahl: konkrete Tätigkeit / Ergebnis im Leistungsfeld]</w:t>
            </w:r>
          </w:p>
        </w:tc>
      </w:tr>
      <w:tr w:rsidR="00E84B84" w:rsidRPr="00CD663C" w14:paraId="755F8E91" w14:textId="77777777">
        <w:trPr>
          <w:cantSplit/>
          <w:jc w:val="center"/>
        </w:trPr>
        <w:tc>
          <w:tcPr>
            <w:tcW w:w="1247" w:type="dxa"/>
            <w:shd w:val="clear" w:color="auto" w:fill="FFFBEA"/>
            <w:tcMar>
              <w:top w:w="40" w:type="dxa"/>
              <w:left w:w="80" w:type="dxa"/>
              <w:bottom w:w="40" w:type="dxa"/>
              <w:right w:w="80" w:type="dxa"/>
            </w:tcMar>
            <w:vAlign w:val="center"/>
          </w:tcPr>
          <w:p w14:paraId="3684420C" w14:textId="77777777" w:rsidR="00E84B84" w:rsidRDefault="008D034A">
            <w:pPr>
              <w:spacing w:after="0" w:line="240" w:lineRule="auto"/>
              <w:jc w:val="center"/>
            </w:pPr>
            <w:r>
              <w:rPr>
                <w:rFonts w:eastAsia="Arial"/>
                <w:color w:val="1F1F1F"/>
                <w:sz w:val="16"/>
              </w:rPr>
              <w:t>☐</w:t>
            </w:r>
          </w:p>
        </w:tc>
        <w:tc>
          <w:tcPr>
            <w:tcW w:w="5102" w:type="dxa"/>
            <w:tcMar>
              <w:top w:w="40" w:type="dxa"/>
              <w:left w:w="80" w:type="dxa"/>
              <w:bottom w:w="40" w:type="dxa"/>
              <w:right w:w="80" w:type="dxa"/>
            </w:tcMar>
            <w:vAlign w:val="center"/>
          </w:tcPr>
          <w:p w14:paraId="0AE69629" w14:textId="77777777" w:rsidR="00E84B84" w:rsidRDefault="008D034A">
            <w:pPr>
              <w:spacing w:after="0" w:line="240" w:lineRule="auto"/>
            </w:pPr>
            <w:r>
              <w:rPr>
                <w:rFonts w:eastAsia="Arial"/>
                <w:color w:val="1F1F1F"/>
                <w:sz w:val="16"/>
              </w:rPr>
              <w:t xml:space="preserve">LF2 – IT-Governance, Demand, Portfolio und </w:t>
            </w:r>
            <w:proofErr w:type="spellStart"/>
            <w:r>
              <w:rPr>
                <w:rFonts w:eastAsia="Arial"/>
                <w:color w:val="1F1F1F"/>
                <w:sz w:val="16"/>
              </w:rPr>
              <w:t>Steuerung</w:t>
            </w:r>
            <w:proofErr w:type="spellEnd"/>
          </w:p>
        </w:tc>
        <w:tc>
          <w:tcPr>
            <w:tcW w:w="8844" w:type="dxa"/>
            <w:shd w:val="clear" w:color="auto" w:fill="FFFBEA"/>
            <w:tcMar>
              <w:top w:w="40" w:type="dxa"/>
              <w:left w:w="80" w:type="dxa"/>
              <w:bottom w:w="40" w:type="dxa"/>
              <w:right w:w="80" w:type="dxa"/>
            </w:tcMar>
            <w:vAlign w:val="center"/>
          </w:tcPr>
          <w:p w14:paraId="4B1B6787" w14:textId="77777777" w:rsidR="00E84B84" w:rsidRPr="00191757" w:rsidRDefault="008D034A">
            <w:pPr>
              <w:spacing w:after="0" w:line="240" w:lineRule="auto"/>
              <w:rPr>
                <w:lang w:val="de-DE"/>
              </w:rPr>
            </w:pPr>
            <w:r w:rsidRPr="00191757">
              <w:rPr>
                <w:rFonts w:eastAsia="Arial"/>
                <w:color w:val="1F1F1F"/>
                <w:sz w:val="16"/>
                <w:lang w:val="de-DE"/>
              </w:rPr>
              <w:t>[nur bei Auswahl: konkrete Tätigkeit / Ergebnis im Leistungsfeld]</w:t>
            </w:r>
          </w:p>
        </w:tc>
      </w:tr>
      <w:tr w:rsidR="00E84B84" w:rsidRPr="00CD663C" w14:paraId="6CB43C2E" w14:textId="77777777">
        <w:trPr>
          <w:cantSplit/>
          <w:jc w:val="center"/>
        </w:trPr>
        <w:tc>
          <w:tcPr>
            <w:tcW w:w="1247" w:type="dxa"/>
            <w:shd w:val="clear" w:color="auto" w:fill="FFFBEA"/>
            <w:tcMar>
              <w:top w:w="40" w:type="dxa"/>
              <w:left w:w="80" w:type="dxa"/>
              <w:bottom w:w="40" w:type="dxa"/>
              <w:right w:w="80" w:type="dxa"/>
            </w:tcMar>
            <w:vAlign w:val="center"/>
          </w:tcPr>
          <w:p w14:paraId="6DED396C" w14:textId="77777777" w:rsidR="00E84B84" w:rsidRDefault="008D034A">
            <w:pPr>
              <w:spacing w:after="0" w:line="240" w:lineRule="auto"/>
              <w:jc w:val="center"/>
            </w:pPr>
            <w:r>
              <w:rPr>
                <w:rFonts w:eastAsia="Arial"/>
                <w:color w:val="1F1F1F"/>
                <w:sz w:val="16"/>
              </w:rPr>
              <w:t>☐</w:t>
            </w:r>
          </w:p>
        </w:tc>
        <w:tc>
          <w:tcPr>
            <w:tcW w:w="5102" w:type="dxa"/>
            <w:tcMar>
              <w:top w:w="40" w:type="dxa"/>
              <w:left w:w="80" w:type="dxa"/>
              <w:bottom w:w="40" w:type="dxa"/>
              <w:right w:w="80" w:type="dxa"/>
            </w:tcMar>
            <w:vAlign w:val="center"/>
          </w:tcPr>
          <w:p w14:paraId="40C0E20A" w14:textId="77777777" w:rsidR="00E84B84" w:rsidRDefault="008D034A">
            <w:pPr>
              <w:spacing w:after="0" w:line="240" w:lineRule="auto"/>
            </w:pPr>
            <w:r>
              <w:rPr>
                <w:rFonts w:eastAsia="Arial"/>
                <w:color w:val="1F1F1F"/>
                <w:sz w:val="16"/>
              </w:rPr>
              <w:t xml:space="preserve">LF3 – IT-Service-Management und </w:t>
            </w:r>
            <w:proofErr w:type="spellStart"/>
            <w:r>
              <w:rPr>
                <w:rFonts w:eastAsia="Arial"/>
                <w:color w:val="1F1F1F"/>
                <w:sz w:val="16"/>
              </w:rPr>
              <w:t>Serviceorientierung</w:t>
            </w:r>
            <w:proofErr w:type="spellEnd"/>
          </w:p>
        </w:tc>
        <w:tc>
          <w:tcPr>
            <w:tcW w:w="8844" w:type="dxa"/>
            <w:shd w:val="clear" w:color="auto" w:fill="FFFBEA"/>
            <w:tcMar>
              <w:top w:w="40" w:type="dxa"/>
              <w:left w:w="80" w:type="dxa"/>
              <w:bottom w:w="40" w:type="dxa"/>
              <w:right w:w="80" w:type="dxa"/>
            </w:tcMar>
            <w:vAlign w:val="center"/>
          </w:tcPr>
          <w:p w14:paraId="42AC7293" w14:textId="77777777" w:rsidR="00E84B84" w:rsidRPr="00191757" w:rsidRDefault="008D034A">
            <w:pPr>
              <w:spacing w:after="0" w:line="240" w:lineRule="auto"/>
              <w:rPr>
                <w:lang w:val="de-DE"/>
              </w:rPr>
            </w:pPr>
            <w:r w:rsidRPr="00191757">
              <w:rPr>
                <w:rFonts w:eastAsia="Arial"/>
                <w:color w:val="1F1F1F"/>
                <w:sz w:val="16"/>
                <w:lang w:val="de-DE"/>
              </w:rPr>
              <w:t>[nur bei Auswahl: konkrete Tätigkeit / Ergebnis im Leistungsfeld]</w:t>
            </w:r>
          </w:p>
        </w:tc>
      </w:tr>
      <w:tr w:rsidR="00E84B84" w:rsidRPr="00CD663C" w14:paraId="7A88FF09" w14:textId="77777777">
        <w:trPr>
          <w:cantSplit/>
          <w:jc w:val="center"/>
        </w:trPr>
        <w:tc>
          <w:tcPr>
            <w:tcW w:w="1247" w:type="dxa"/>
            <w:shd w:val="clear" w:color="auto" w:fill="FFFBEA"/>
            <w:tcMar>
              <w:top w:w="40" w:type="dxa"/>
              <w:left w:w="80" w:type="dxa"/>
              <w:bottom w:w="40" w:type="dxa"/>
              <w:right w:w="80" w:type="dxa"/>
            </w:tcMar>
            <w:vAlign w:val="center"/>
          </w:tcPr>
          <w:p w14:paraId="59759530" w14:textId="77777777" w:rsidR="00E84B84" w:rsidRDefault="008D034A">
            <w:pPr>
              <w:spacing w:after="0" w:line="240" w:lineRule="auto"/>
              <w:jc w:val="center"/>
            </w:pPr>
            <w:r>
              <w:rPr>
                <w:rFonts w:eastAsia="Arial"/>
                <w:color w:val="1F1F1F"/>
                <w:sz w:val="16"/>
              </w:rPr>
              <w:t>☐</w:t>
            </w:r>
          </w:p>
        </w:tc>
        <w:tc>
          <w:tcPr>
            <w:tcW w:w="5102" w:type="dxa"/>
            <w:tcMar>
              <w:top w:w="40" w:type="dxa"/>
              <w:left w:w="80" w:type="dxa"/>
              <w:bottom w:w="40" w:type="dxa"/>
              <w:right w:w="80" w:type="dxa"/>
            </w:tcMar>
            <w:vAlign w:val="center"/>
          </w:tcPr>
          <w:p w14:paraId="0EE9429C" w14:textId="77777777" w:rsidR="00E84B84" w:rsidRPr="00191757" w:rsidRDefault="008D034A">
            <w:pPr>
              <w:spacing w:after="0" w:line="240" w:lineRule="auto"/>
              <w:rPr>
                <w:lang w:val="de-DE"/>
              </w:rPr>
            </w:pPr>
            <w:r w:rsidRPr="00191757">
              <w:rPr>
                <w:rFonts w:eastAsia="Arial"/>
                <w:color w:val="1F1F1F"/>
                <w:sz w:val="16"/>
                <w:lang w:val="de-DE"/>
              </w:rPr>
              <w:t>LF4 – Organisation, Operating Model und Prozesse</w:t>
            </w:r>
          </w:p>
        </w:tc>
        <w:tc>
          <w:tcPr>
            <w:tcW w:w="8844" w:type="dxa"/>
            <w:shd w:val="clear" w:color="auto" w:fill="FFFBEA"/>
            <w:tcMar>
              <w:top w:w="40" w:type="dxa"/>
              <w:left w:w="80" w:type="dxa"/>
              <w:bottom w:w="40" w:type="dxa"/>
              <w:right w:w="80" w:type="dxa"/>
            </w:tcMar>
            <w:vAlign w:val="center"/>
          </w:tcPr>
          <w:p w14:paraId="25AD0AED" w14:textId="77777777" w:rsidR="00E84B84" w:rsidRPr="00191757" w:rsidRDefault="008D034A">
            <w:pPr>
              <w:spacing w:after="0" w:line="240" w:lineRule="auto"/>
              <w:rPr>
                <w:lang w:val="de-DE"/>
              </w:rPr>
            </w:pPr>
            <w:r w:rsidRPr="00191757">
              <w:rPr>
                <w:rFonts w:eastAsia="Arial"/>
                <w:color w:val="1F1F1F"/>
                <w:sz w:val="16"/>
                <w:lang w:val="de-DE"/>
              </w:rPr>
              <w:t>[nur bei Auswahl: konkrete Tätigkeit / Ergebnis im Leistungsfeld]</w:t>
            </w:r>
          </w:p>
        </w:tc>
      </w:tr>
      <w:tr w:rsidR="00E84B84" w:rsidRPr="00CD663C" w14:paraId="4C2C6CDC" w14:textId="77777777">
        <w:trPr>
          <w:cantSplit/>
          <w:jc w:val="center"/>
        </w:trPr>
        <w:tc>
          <w:tcPr>
            <w:tcW w:w="1247" w:type="dxa"/>
            <w:shd w:val="clear" w:color="auto" w:fill="FFFBEA"/>
            <w:tcMar>
              <w:top w:w="40" w:type="dxa"/>
              <w:left w:w="80" w:type="dxa"/>
              <w:bottom w:w="40" w:type="dxa"/>
              <w:right w:w="80" w:type="dxa"/>
            </w:tcMar>
            <w:vAlign w:val="center"/>
          </w:tcPr>
          <w:p w14:paraId="74ACED69" w14:textId="77777777" w:rsidR="00E84B84" w:rsidRDefault="008D034A">
            <w:pPr>
              <w:spacing w:after="0" w:line="240" w:lineRule="auto"/>
              <w:jc w:val="center"/>
            </w:pPr>
            <w:r>
              <w:rPr>
                <w:rFonts w:eastAsia="Arial"/>
                <w:color w:val="1F1F1F"/>
                <w:sz w:val="16"/>
              </w:rPr>
              <w:t>☐</w:t>
            </w:r>
          </w:p>
        </w:tc>
        <w:tc>
          <w:tcPr>
            <w:tcW w:w="5102" w:type="dxa"/>
            <w:tcMar>
              <w:top w:w="40" w:type="dxa"/>
              <w:left w:w="80" w:type="dxa"/>
              <w:bottom w:w="40" w:type="dxa"/>
              <w:right w:w="80" w:type="dxa"/>
            </w:tcMar>
            <w:vAlign w:val="center"/>
          </w:tcPr>
          <w:p w14:paraId="291CB9C6" w14:textId="77777777" w:rsidR="00E84B84" w:rsidRDefault="008D034A">
            <w:pPr>
              <w:spacing w:after="0" w:line="240" w:lineRule="auto"/>
            </w:pPr>
            <w:r>
              <w:rPr>
                <w:rFonts w:eastAsia="Arial"/>
                <w:color w:val="1F1F1F"/>
                <w:sz w:val="16"/>
              </w:rPr>
              <w:t xml:space="preserve">LF5 – </w:t>
            </w:r>
            <w:proofErr w:type="spellStart"/>
            <w:r>
              <w:rPr>
                <w:rFonts w:eastAsia="Arial"/>
                <w:color w:val="1F1F1F"/>
                <w:sz w:val="16"/>
              </w:rPr>
              <w:t>Architektur</w:t>
            </w:r>
            <w:proofErr w:type="spellEnd"/>
            <w:r>
              <w:rPr>
                <w:rFonts w:eastAsia="Arial"/>
                <w:color w:val="1F1F1F"/>
                <w:sz w:val="16"/>
              </w:rPr>
              <w:t xml:space="preserve">, Sourcing, Provider- und </w:t>
            </w:r>
            <w:proofErr w:type="spellStart"/>
            <w:r>
              <w:rPr>
                <w:rFonts w:eastAsia="Arial"/>
                <w:color w:val="1F1F1F"/>
                <w:sz w:val="16"/>
              </w:rPr>
              <w:t>Lizenzmanagement</w:t>
            </w:r>
            <w:proofErr w:type="spellEnd"/>
          </w:p>
        </w:tc>
        <w:tc>
          <w:tcPr>
            <w:tcW w:w="8844" w:type="dxa"/>
            <w:shd w:val="clear" w:color="auto" w:fill="FFFBEA"/>
            <w:tcMar>
              <w:top w:w="40" w:type="dxa"/>
              <w:left w:w="80" w:type="dxa"/>
              <w:bottom w:w="40" w:type="dxa"/>
              <w:right w:w="80" w:type="dxa"/>
            </w:tcMar>
            <w:vAlign w:val="center"/>
          </w:tcPr>
          <w:p w14:paraId="4E0FB8AC" w14:textId="77777777" w:rsidR="00E84B84" w:rsidRPr="00191757" w:rsidRDefault="008D034A">
            <w:pPr>
              <w:spacing w:after="0" w:line="240" w:lineRule="auto"/>
              <w:rPr>
                <w:lang w:val="de-DE"/>
              </w:rPr>
            </w:pPr>
            <w:r w:rsidRPr="00191757">
              <w:rPr>
                <w:rFonts w:eastAsia="Arial"/>
                <w:color w:val="1F1F1F"/>
                <w:sz w:val="16"/>
                <w:lang w:val="de-DE"/>
              </w:rPr>
              <w:t>[nur bei Auswahl: konkrete Tätigkeit / Ergebnis im Leistungsfeld]</w:t>
            </w:r>
          </w:p>
        </w:tc>
      </w:tr>
      <w:tr w:rsidR="00E84B84" w:rsidRPr="00CD663C" w14:paraId="3ACB3814" w14:textId="77777777">
        <w:trPr>
          <w:cantSplit/>
          <w:jc w:val="center"/>
        </w:trPr>
        <w:tc>
          <w:tcPr>
            <w:tcW w:w="1247" w:type="dxa"/>
            <w:shd w:val="clear" w:color="auto" w:fill="FFFBEA"/>
            <w:tcMar>
              <w:top w:w="40" w:type="dxa"/>
              <w:left w:w="80" w:type="dxa"/>
              <w:bottom w:w="40" w:type="dxa"/>
              <w:right w:w="80" w:type="dxa"/>
            </w:tcMar>
            <w:vAlign w:val="center"/>
          </w:tcPr>
          <w:p w14:paraId="5F590D9C" w14:textId="77777777" w:rsidR="00E84B84" w:rsidRDefault="008D034A">
            <w:pPr>
              <w:spacing w:after="0" w:line="240" w:lineRule="auto"/>
              <w:jc w:val="center"/>
            </w:pPr>
            <w:r>
              <w:rPr>
                <w:rFonts w:eastAsia="Arial"/>
                <w:color w:val="1F1F1F"/>
                <w:sz w:val="16"/>
              </w:rPr>
              <w:t>☐</w:t>
            </w:r>
          </w:p>
        </w:tc>
        <w:tc>
          <w:tcPr>
            <w:tcW w:w="5102" w:type="dxa"/>
            <w:tcMar>
              <w:top w:w="40" w:type="dxa"/>
              <w:left w:w="80" w:type="dxa"/>
              <w:bottom w:w="40" w:type="dxa"/>
              <w:right w:w="80" w:type="dxa"/>
            </w:tcMar>
            <w:vAlign w:val="center"/>
          </w:tcPr>
          <w:p w14:paraId="766C03C4" w14:textId="77777777" w:rsidR="00E84B84" w:rsidRDefault="008D034A">
            <w:pPr>
              <w:spacing w:after="0" w:line="240" w:lineRule="auto"/>
            </w:pPr>
            <w:r>
              <w:rPr>
                <w:rFonts w:eastAsia="Arial"/>
                <w:color w:val="1F1F1F"/>
                <w:sz w:val="16"/>
              </w:rPr>
              <w:t>LF6 – Security Governance, Risk, Compliance und IT-</w:t>
            </w:r>
            <w:proofErr w:type="spellStart"/>
            <w:r>
              <w:rPr>
                <w:rFonts w:eastAsia="Arial"/>
                <w:color w:val="1F1F1F"/>
                <w:sz w:val="16"/>
              </w:rPr>
              <w:t>Resilienz</w:t>
            </w:r>
            <w:proofErr w:type="spellEnd"/>
          </w:p>
        </w:tc>
        <w:tc>
          <w:tcPr>
            <w:tcW w:w="8844" w:type="dxa"/>
            <w:shd w:val="clear" w:color="auto" w:fill="FFFBEA"/>
            <w:tcMar>
              <w:top w:w="40" w:type="dxa"/>
              <w:left w:w="80" w:type="dxa"/>
              <w:bottom w:w="40" w:type="dxa"/>
              <w:right w:w="80" w:type="dxa"/>
            </w:tcMar>
            <w:vAlign w:val="center"/>
          </w:tcPr>
          <w:p w14:paraId="28D97E33" w14:textId="77777777" w:rsidR="00E84B84" w:rsidRPr="00191757" w:rsidRDefault="008D034A">
            <w:pPr>
              <w:spacing w:after="0" w:line="240" w:lineRule="auto"/>
              <w:rPr>
                <w:lang w:val="de-DE"/>
              </w:rPr>
            </w:pPr>
            <w:r w:rsidRPr="00191757">
              <w:rPr>
                <w:rFonts w:eastAsia="Arial"/>
                <w:color w:val="1F1F1F"/>
                <w:sz w:val="16"/>
                <w:lang w:val="de-DE"/>
              </w:rPr>
              <w:t>[nur bei Auswahl: konkrete Tätigkeit / Ergebnis im Leistungsfeld]</w:t>
            </w:r>
          </w:p>
        </w:tc>
      </w:tr>
      <w:tr w:rsidR="00E84B84" w:rsidRPr="00CD663C" w14:paraId="347EF8ED" w14:textId="77777777">
        <w:trPr>
          <w:cantSplit/>
          <w:jc w:val="center"/>
        </w:trPr>
        <w:tc>
          <w:tcPr>
            <w:tcW w:w="1247" w:type="dxa"/>
            <w:shd w:val="clear" w:color="auto" w:fill="FFFBEA"/>
            <w:tcMar>
              <w:top w:w="40" w:type="dxa"/>
              <w:left w:w="80" w:type="dxa"/>
              <w:bottom w:w="40" w:type="dxa"/>
              <w:right w:w="80" w:type="dxa"/>
            </w:tcMar>
            <w:vAlign w:val="center"/>
          </w:tcPr>
          <w:p w14:paraId="21333108" w14:textId="77777777" w:rsidR="00E84B84" w:rsidRDefault="008D034A">
            <w:pPr>
              <w:spacing w:after="0" w:line="240" w:lineRule="auto"/>
              <w:jc w:val="center"/>
            </w:pPr>
            <w:r>
              <w:rPr>
                <w:rFonts w:eastAsia="Arial"/>
                <w:color w:val="1F1F1F"/>
                <w:sz w:val="16"/>
              </w:rPr>
              <w:t>☐</w:t>
            </w:r>
          </w:p>
        </w:tc>
        <w:tc>
          <w:tcPr>
            <w:tcW w:w="5102" w:type="dxa"/>
            <w:tcMar>
              <w:top w:w="40" w:type="dxa"/>
              <w:left w:w="80" w:type="dxa"/>
              <w:bottom w:w="40" w:type="dxa"/>
              <w:right w:w="80" w:type="dxa"/>
            </w:tcMar>
            <w:vAlign w:val="center"/>
          </w:tcPr>
          <w:p w14:paraId="43ECCA9C" w14:textId="77777777" w:rsidR="00E84B84" w:rsidRPr="00191757" w:rsidRDefault="008D034A">
            <w:pPr>
              <w:spacing w:after="0" w:line="240" w:lineRule="auto"/>
              <w:rPr>
                <w:lang w:val="de-DE"/>
              </w:rPr>
            </w:pPr>
            <w:r w:rsidRPr="00191757">
              <w:rPr>
                <w:rFonts w:eastAsia="Arial"/>
                <w:color w:val="1F1F1F"/>
                <w:sz w:val="16"/>
                <w:lang w:val="de-DE"/>
              </w:rPr>
              <w:t xml:space="preserve">LF7 – CRM, </w:t>
            </w:r>
            <w:proofErr w:type="spellStart"/>
            <w:r w:rsidRPr="00191757">
              <w:rPr>
                <w:rFonts w:eastAsia="Arial"/>
                <w:color w:val="1F1F1F"/>
                <w:sz w:val="16"/>
                <w:lang w:val="de-DE"/>
              </w:rPr>
              <w:t>Anliegenmanagement</w:t>
            </w:r>
            <w:proofErr w:type="spellEnd"/>
            <w:r w:rsidRPr="00191757">
              <w:rPr>
                <w:rFonts w:eastAsia="Arial"/>
                <w:color w:val="1F1F1F"/>
                <w:sz w:val="16"/>
                <w:lang w:val="de-DE"/>
              </w:rPr>
              <w:t xml:space="preserve"> und Business-Nähe</w:t>
            </w:r>
          </w:p>
        </w:tc>
        <w:tc>
          <w:tcPr>
            <w:tcW w:w="8844" w:type="dxa"/>
            <w:shd w:val="clear" w:color="auto" w:fill="FFFBEA"/>
            <w:tcMar>
              <w:top w:w="40" w:type="dxa"/>
              <w:left w:w="80" w:type="dxa"/>
              <w:bottom w:w="40" w:type="dxa"/>
              <w:right w:w="80" w:type="dxa"/>
            </w:tcMar>
            <w:vAlign w:val="center"/>
          </w:tcPr>
          <w:p w14:paraId="6E25A02E" w14:textId="77777777" w:rsidR="00E84B84" w:rsidRPr="00191757" w:rsidRDefault="008D034A">
            <w:pPr>
              <w:spacing w:after="0" w:line="240" w:lineRule="auto"/>
              <w:rPr>
                <w:lang w:val="de-DE"/>
              </w:rPr>
            </w:pPr>
            <w:r w:rsidRPr="00191757">
              <w:rPr>
                <w:rFonts w:eastAsia="Arial"/>
                <w:color w:val="1F1F1F"/>
                <w:sz w:val="16"/>
                <w:lang w:val="de-DE"/>
              </w:rPr>
              <w:t>[nur bei Auswahl: konkrete Tätigkeit / Ergebnis im Leistungsfeld]</w:t>
            </w:r>
          </w:p>
        </w:tc>
      </w:tr>
      <w:tr w:rsidR="00E84B84" w:rsidRPr="00CD663C" w14:paraId="78072CE6" w14:textId="77777777">
        <w:trPr>
          <w:cantSplit/>
          <w:jc w:val="center"/>
        </w:trPr>
        <w:tc>
          <w:tcPr>
            <w:tcW w:w="1247" w:type="dxa"/>
            <w:shd w:val="clear" w:color="auto" w:fill="FFFBEA"/>
            <w:tcMar>
              <w:top w:w="40" w:type="dxa"/>
              <w:left w:w="80" w:type="dxa"/>
              <w:bottom w:w="40" w:type="dxa"/>
              <w:right w:w="80" w:type="dxa"/>
            </w:tcMar>
            <w:vAlign w:val="center"/>
          </w:tcPr>
          <w:p w14:paraId="06206B73" w14:textId="77777777" w:rsidR="00E84B84" w:rsidRDefault="008D034A">
            <w:pPr>
              <w:spacing w:after="0" w:line="240" w:lineRule="auto"/>
              <w:jc w:val="center"/>
            </w:pPr>
            <w:r>
              <w:rPr>
                <w:rFonts w:eastAsia="Arial"/>
                <w:color w:val="1F1F1F"/>
                <w:sz w:val="16"/>
              </w:rPr>
              <w:t>☐</w:t>
            </w:r>
          </w:p>
        </w:tc>
        <w:tc>
          <w:tcPr>
            <w:tcW w:w="5102" w:type="dxa"/>
            <w:tcMar>
              <w:top w:w="40" w:type="dxa"/>
              <w:left w:w="80" w:type="dxa"/>
              <w:bottom w:w="40" w:type="dxa"/>
              <w:right w:w="80" w:type="dxa"/>
            </w:tcMar>
            <w:vAlign w:val="center"/>
          </w:tcPr>
          <w:p w14:paraId="24C6DBF8" w14:textId="77777777" w:rsidR="00E84B84" w:rsidRDefault="008D034A">
            <w:pPr>
              <w:spacing w:after="0" w:line="240" w:lineRule="auto"/>
            </w:pPr>
            <w:r>
              <w:rPr>
                <w:rFonts w:eastAsia="Arial"/>
                <w:color w:val="1F1F1F"/>
                <w:sz w:val="16"/>
              </w:rPr>
              <w:t xml:space="preserve">LF8 – </w:t>
            </w:r>
            <w:proofErr w:type="spellStart"/>
            <w:r>
              <w:rPr>
                <w:rFonts w:eastAsia="Arial"/>
                <w:color w:val="1F1F1F"/>
                <w:sz w:val="16"/>
              </w:rPr>
              <w:t>Qualität</w:t>
            </w:r>
            <w:proofErr w:type="spellEnd"/>
            <w:r>
              <w:rPr>
                <w:rFonts w:eastAsia="Arial"/>
                <w:color w:val="1F1F1F"/>
                <w:sz w:val="16"/>
              </w:rPr>
              <w:t>, Reviews, KVP und Benchmarking</w:t>
            </w:r>
          </w:p>
        </w:tc>
        <w:tc>
          <w:tcPr>
            <w:tcW w:w="8844" w:type="dxa"/>
            <w:shd w:val="clear" w:color="auto" w:fill="FFFBEA"/>
            <w:tcMar>
              <w:top w:w="40" w:type="dxa"/>
              <w:left w:w="80" w:type="dxa"/>
              <w:bottom w:w="40" w:type="dxa"/>
              <w:right w:w="80" w:type="dxa"/>
            </w:tcMar>
            <w:vAlign w:val="center"/>
          </w:tcPr>
          <w:p w14:paraId="7BF16D9D" w14:textId="77777777" w:rsidR="00E84B84" w:rsidRPr="00191757" w:rsidRDefault="008D034A">
            <w:pPr>
              <w:spacing w:after="0" w:line="240" w:lineRule="auto"/>
              <w:rPr>
                <w:lang w:val="de-DE"/>
              </w:rPr>
            </w:pPr>
            <w:r w:rsidRPr="00191757">
              <w:rPr>
                <w:rFonts w:eastAsia="Arial"/>
                <w:color w:val="1F1F1F"/>
                <w:sz w:val="16"/>
                <w:lang w:val="de-DE"/>
              </w:rPr>
              <w:t>[nur bei Auswahl: konkrete Tätigkeit / Ergebnis im Leistungsfeld]</w:t>
            </w:r>
          </w:p>
        </w:tc>
      </w:tr>
      <w:tr w:rsidR="00E84B84" w:rsidRPr="00CD663C" w14:paraId="28B2C2C0" w14:textId="77777777">
        <w:trPr>
          <w:cantSplit/>
          <w:jc w:val="center"/>
        </w:trPr>
        <w:tc>
          <w:tcPr>
            <w:tcW w:w="1247" w:type="dxa"/>
            <w:shd w:val="clear" w:color="auto" w:fill="FFFBEA"/>
            <w:tcMar>
              <w:top w:w="40" w:type="dxa"/>
              <w:left w:w="80" w:type="dxa"/>
              <w:bottom w:w="40" w:type="dxa"/>
              <w:right w:w="80" w:type="dxa"/>
            </w:tcMar>
            <w:vAlign w:val="center"/>
          </w:tcPr>
          <w:p w14:paraId="46525FFA" w14:textId="77777777" w:rsidR="00E84B84" w:rsidRDefault="008D034A">
            <w:pPr>
              <w:spacing w:after="0" w:line="240" w:lineRule="auto"/>
              <w:jc w:val="center"/>
            </w:pPr>
            <w:r>
              <w:rPr>
                <w:rFonts w:eastAsia="Arial"/>
                <w:color w:val="1F1F1F"/>
                <w:sz w:val="16"/>
              </w:rPr>
              <w:t>☐</w:t>
            </w:r>
          </w:p>
        </w:tc>
        <w:tc>
          <w:tcPr>
            <w:tcW w:w="5102" w:type="dxa"/>
            <w:tcMar>
              <w:top w:w="40" w:type="dxa"/>
              <w:left w:w="80" w:type="dxa"/>
              <w:bottom w:w="40" w:type="dxa"/>
              <w:right w:w="80" w:type="dxa"/>
            </w:tcMar>
            <w:vAlign w:val="center"/>
          </w:tcPr>
          <w:p w14:paraId="6138CD5D" w14:textId="77777777" w:rsidR="00E84B84" w:rsidRPr="00191757" w:rsidRDefault="008D034A">
            <w:pPr>
              <w:spacing w:after="0" w:line="240" w:lineRule="auto"/>
              <w:rPr>
                <w:lang w:val="de-DE"/>
              </w:rPr>
            </w:pPr>
            <w:r w:rsidRPr="00191757">
              <w:rPr>
                <w:rFonts w:eastAsia="Arial"/>
                <w:color w:val="1F1F1F"/>
                <w:sz w:val="16"/>
                <w:lang w:val="de-DE"/>
              </w:rPr>
              <w:t xml:space="preserve">LF9 – Projekt-, Transformations- und </w:t>
            </w:r>
            <w:proofErr w:type="spellStart"/>
            <w:r w:rsidRPr="00191757">
              <w:rPr>
                <w:rFonts w:eastAsia="Arial"/>
                <w:color w:val="1F1F1F"/>
                <w:sz w:val="16"/>
                <w:lang w:val="de-DE"/>
              </w:rPr>
              <w:t>transitionsnahe</w:t>
            </w:r>
            <w:proofErr w:type="spellEnd"/>
            <w:r w:rsidRPr="00191757">
              <w:rPr>
                <w:rFonts w:eastAsia="Arial"/>
                <w:color w:val="1F1F1F"/>
                <w:sz w:val="16"/>
                <w:lang w:val="de-DE"/>
              </w:rPr>
              <w:t xml:space="preserve"> Unterstützung</w:t>
            </w:r>
          </w:p>
        </w:tc>
        <w:tc>
          <w:tcPr>
            <w:tcW w:w="8844" w:type="dxa"/>
            <w:shd w:val="clear" w:color="auto" w:fill="FFFBEA"/>
            <w:tcMar>
              <w:top w:w="40" w:type="dxa"/>
              <w:left w:w="80" w:type="dxa"/>
              <w:bottom w:w="40" w:type="dxa"/>
              <w:right w:w="80" w:type="dxa"/>
            </w:tcMar>
            <w:vAlign w:val="center"/>
          </w:tcPr>
          <w:p w14:paraId="5B2B56EE" w14:textId="77777777" w:rsidR="00E84B84" w:rsidRPr="00191757" w:rsidRDefault="008D034A">
            <w:pPr>
              <w:spacing w:after="0" w:line="240" w:lineRule="auto"/>
              <w:rPr>
                <w:lang w:val="de-DE"/>
              </w:rPr>
            </w:pPr>
            <w:r w:rsidRPr="00191757">
              <w:rPr>
                <w:rFonts w:eastAsia="Arial"/>
                <w:color w:val="1F1F1F"/>
                <w:sz w:val="16"/>
                <w:lang w:val="de-DE"/>
              </w:rPr>
              <w:t>[nur bei Auswahl: konkrete Tätigkeit / Ergebnis im Leistungsfeld]</w:t>
            </w:r>
          </w:p>
        </w:tc>
      </w:tr>
    </w:tbl>
    <w:p w14:paraId="6CE614DE" w14:textId="77777777" w:rsidR="00E84B84" w:rsidRDefault="008D034A">
      <w:pPr>
        <w:spacing w:before="100" w:after="40" w:line="240" w:lineRule="auto"/>
      </w:pPr>
      <w:r>
        <w:rPr>
          <w:rFonts w:eastAsia="Arial"/>
          <w:b/>
          <w:color w:val="0B4F7A"/>
          <w:sz w:val="22"/>
        </w:rPr>
        <w:t xml:space="preserve">4. </w:t>
      </w:r>
      <w:proofErr w:type="spellStart"/>
      <w:r>
        <w:rPr>
          <w:rFonts w:eastAsia="Arial"/>
          <w:b/>
          <w:color w:val="0B4F7A"/>
          <w:sz w:val="22"/>
        </w:rPr>
        <w:t>Prüfbarkeit</w:t>
      </w:r>
      <w:proofErr w:type="spellEnd"/>
      <w:r>
        <w:rPr>
          <w:rFonts w:eastAsia="Arial"/>
          <w:b/>
          <w:color w:val="0B4F7A"/>
          <w:sz w:val="22"/>
        </w:rPr>
        <w:t xml:space="preserve"> der </w:t>
      </w:r>
      <w:proofErr w:type="spellStart"/>
      <w:r>
        <w:rPr>
          <w:rFonts w:eastAsia="Arial"/>
          <w:b/>
          <w:color w:val="0B4F7A"/>
          <w:sz w:val="22"/>
        </w:rPr>
        <w:t>Referenz</w:t>
      </w:r>
      <w:proofErr w:type="spellEnd"/>
    </w:p>
    <w:tbl>
      <w:tblPr>
        <w:tblW w:w="0" w:type="auto"/>
        <w:jc w:val="center"/>
        <w:tblLayout w:type="fixed"/>
        <w:tblLook w:val="04A0" w:firstRow="1" w:lastRow="0" w:firstColumn="1" w:lastColumn="0" w:noHBand="0" w:noVBand="1"/>
      </w:tblPr>
      <w:tblGrid>
        <w:gridCol w:w="3969"/>
        <w:gridCol w:w="11225"/>
      </w:tblGrid>
      <w:tr w:rsidR="00E84B84" w14:paraId="1659D6A6" w14:textId="77777777">
        <w:trPr>
          <w:cantSplit/>
          <w:jc w:val="center"/>
        </w:trPr>
        <w:tc>
          <w:tcPr>
            <w:tcW w:w="3969" w:type="dxa"/>
            <w:shd w:val="clear" w:color="auto" w:fill="F3F6F8"/>
            <w:tcMar>
              <w:top w:w="40" w:type="dxa"/>
              <w:left w:w="80" w:type="dxa"/>
              <w:bottom w:w="40" w:type="dxa"/>
              <w:right w:w="80" w:type="dxa"/>
            </w:tcMar>
            <w:vAlign w:val="center"/>
          </w:tcPr>
          <w:p w14:paraId="51BB6FAD" w14:textId="77777777" w:rsidR="00E84B84" w:rsidRPr="00191757" w:rsidRDefault="008D034A">
            <w:pPr>
              <w:spacing w:after="0" w:line="240" w:lineRule="auto"/>
              <w:rPr>
                <w:lang w:val="de-DE"/>
              </w:rPr>
            </w:pPr>
            <w:r w:rsidRPr="00191757">
              <w:rPr>
                <w:rFonts w:eastAsia="Arial"/>
                <w:color w:val="1F1F1F"/>
                <w:sz w:val="16"/>
                <w:lang w:val="de-DE"/>
              </w:rPr>
              <w:t>Ansprechpartner beim Referenzkunden (soweit zulässig)</w:t>
            </w:r>
          </w:p>
        </w:tc>
        <w:tc>
          <w:tcPr>
            <w:tcW w:w="11225" w:type="dxa"/>
            <w:shd w:val="clear" w:color="auto" w:fill="FFFBEA"/>
            <w:tcMar>
              <w:top w:w="40" w:type="dxa"/>
              <w:left w:w="80" w:type="dxa"/>
              <w:bottom w:w="40" w:type="dxa"/>
              <w:right w:w="80" w:type="dxa"/>
            </w:tcMar>
            <w:vAlign w:val="center"/>
          </w:tcPr>
          <w:p w14:paraId="1EB81066" w14:textId="77777777" w:rsidR="00E84B84" w:rsidRDefault="008D034A">
            <w:pPr>
              <w:spacing w:after="0" w:line="240" w:lineRule="auto"/>
            </w:pPr>
            <w:r>
              <w:rPr>
                <w:rFonts w:eastAsia="Arial"/>
                <w:color w:val="1F1F1F"/>
                <w:sz w:val="16"/>
              </w:rPr>
              <w:t>[</w:t>
            </w:r>
            <w:proofErr w:type="spellStart"/>
            <w:r>
              <w:rPr>
                <w:rFonts w:eastAsia="Arial"/>
                <w:color w:val="1F1F1F"/>
                <w:sz w:val="16"/>
              </w:rPr>
              <w:t>vom</w:t>
            </w:r>
            <w:proofErr w:type="spellEnd"/>
            <w:r>
              <w:rPr>
                <w:rFonts w:eastAsia="Arial"/>
                <w:color w:val="1F1F1F"/>
                <w:sz w:val="16"/>
              </w:rPr>
              <w:t xml:space="preserve"> </w:t>
            </w:r>
            <w:proofErr w:type="spellStart"/>
            <w:r>
              <w:rPr>
                <w:rFonts w:eastAsia="Arial"/>
                <w:color w:val="1F1F1F"/>
                <w:sz w:val="16"/>
              </w:rPr>
              <w:t>Bewerber</w:t>
            </w:r>
            <w:proofErr w:type="spellEnd"/>
            <w:r>
              <w:rPr>
                <w:rFonts w:eastAsia="Arial"/>
                <w:color w:val="1F1F1F"/>
                <w:sz w:val="16"/>
              </w:rPr>
              <w:t xml:space="preserve"> </w:t>
            </w:r>
            <w:proofErr w:type="spellStart"/>
            <w:r>
              <w:rPr>
                <w:rFonts w:eastAsia="Arial"/>
                <w:color w:val="1F1F1F"/>
                <w:sz w:val="16"/>
              </w:rPr>
              <w:t>auszufüllen</w:t>
            </w:r>
            <w:proofErr w:type="spellEnd"/>
            <w:r>
              <w:rPr>
                <w:rFonts w:eastAsia="Arial"/>
                <w:color w:val="1F1F1F"/>
                <w:sz w:val="16"/>
              </w:rPr>
              <w:t>]</w:t>
            </w:r>
          </w:p>
        </w:tc>
      </w:tr>
      <w:tr w:rsidR="00E84B84" w14:paraId="1F0EC5A2" w14:textId="77777777">
        <w:trPr>
          <w:cantSplit/>
          <w:jc w:val="center"/>
        </w:trPr>
        <w:tc>
          <w:tcPr>
            <w:tcW w:w="3969" w:type="dxa"/>
            <w:shd w:val="clear" w:color="auto" w:fill="F3F6F8"/>
            <w:tcMar>
              <w:top w:w="40" w:type="dxa"/>
              <w:left w:w="80" w:type="dxa"/>
              <w:bottom w:w="40" w:type="dxa"/>
              <w:right w:w="80" w:type="dxa"/>
            </w:tcMar>
            <w:vAlign w:val="center"/>
          </w:tcPr>
          <w:p w14:paraId="0F8C5D9F" w14:textId="77777777" w:rsidR="00E84B84" w:rsidRDefault="008D034A">
            <w:pPr>
              <w:spacing w:after="0" w:line="240" w:lineRule="auto"/>
            </w:pPr>
            <w:proofErr w:type="spellStart"/>
            <w:r>
              <w:rPr>
                <w:rFonts w:eastAsia="Arial"/>
                <w:color w:val="1F1F1F"/>
                <w:sz w:val="16"/>
              </w:rPr>
              <w:t>Funktion</w:t>
            </w:r>
            <w:proofErr w:type="spellEnd"/>
            <w:r>
              <w:rPr>
                <w:rFonts w:eastAsia="Arial"/>
                <w:color w:val="1F1F1F"/>
                <w:sz w:val="16"/>
              </w:rPr>
              <w:t xml:space="preserve"> des </w:t>
            </w:r>
            <w:proofErr w:type="spellStart"/>
            <w:r>
              <w:rPr>
                <w:rFonts w:eastAsia="Arial"/>
                <w:color w:val="1F1F1F"/>
                <w:sz w:val="16"/>
              </w:rPr>
              <w:t>Ansprechpartners</w:t>
            </w:r>
            <w:proofErr w:type="spellEnd"/>
          </w:p>
        </w:tc>
        <w:tc>
          <w:tcPr>
            <w:tcW w:w="11225" w:type="dxa"/>
            <w:shd w:val="clear" w:color="auto" w:fill="FFFBEA"/>
            <w:tcMar>
              <w:top w:w="40" w:type="dxa"/>
              <w:left w:w="80" w:type="dxa"/>
              <w:bottom w:w="40" w:type="dxa"/>
              <w:right w:w="80" w:type="dxa"/>
            </w:tcMar>
            <w:vAlign w:val="center"/>
          </w:tcPr>
          <w:p w14:paraId="16F062E6" w14:textId="77777777" w:rsidR="00E84B84" w:rsidRDefault="008D034A">
            <w:pPr>
              <w:spacing w:after="0" w:line="240" w:lineRule="auto"/>
            </w:pPr>
            <w:r>
              <w:rPr>
                <w:rFonts w:eastAsia="Arial"/>
                <w:color w:val="1F1F1F"/>
                <w:sz w:val="16"/>
              </w:rPr>
              <w:t>[</w:t>
            </w:r>
            <w:proofErr w:type="spellStart"/>
            <w:r>
              <w:rPr>
                <w:rFonts w:eastAsia="Arial"/>
                <w:color w:val="1F1F1F"/>
                <w:sz w:val="16"/>
              </w:rPr>
              <w:t>vom</w:t>
            </w:r>
            <w:proofErr w:type="spellEnd"/>
            <w:r>
              <w:rPr>
                <w:rFonts w:eastAsia="Arial"/>
                <w:color w:val="1F1F1F"/>
                <w:sz w:val="16"/>
              </w:rPr>
              <w:t xml:space="preserve"> </w:t>
            </w:r>
            <w:proofErr w:type="spellStart"/>
            <w:r>
              <w:rPr>
                <w:rFonts w:eastAsia="Arial"/>
                <w:color w:val="1F1F1F"/>
                <w:sz w:val="16"/>
              </w:rPr>
              <w:t>Bewerber</w:t>
            </w:r>
            <w:proofErr w:type="spellEnd"/>
            <w:r>
              <w:rPr>
                <w:rFonts w:eastAsia="Arial"/>
                <w:color w:val="1F1F1F"/>
                <w:sz w:val="16"/>
              </w:rPr>
              <w:t xml:space="preserve"> </w:t>
            </w:r>
            <w:proofErr w:type="spellStart"/>
            <w:r>
              <w:rPr>
                <w:rFonts w:eastAsia="Arial"/>
                <w:color w:val="1F1F1F"/>
                <w:sz w:val="16"/>
              </w:rPr>
              <w:t>auszufüllen</w:t>
            </w:r>
            <w:proofErr w:type="spellEnd"/>
            <w:r>
              <w:rPr>
                <w:rFonts w:eastAsia="Arial"/>
                <w:color w:val="1F1F1F"/>
                <w:sz w:val="16"/>
              </w:rPr>
              <w:t>]</w:t>
            </w:r>
          </w:p>
        </w:tc>
      </w:tr>
      <w:tr w:rsidR="00E84B84" w14:paraId="5B5FD661" w14:textId="77777777">
        <w:trPr>
          <w:cantSplit/>
          <w:jc w:val="center"/>
        </w:trPr>
        <w:tc>
          <w:tcPr>
            <w:tcW w:w="3969" w:type="dxa"/>
            <w:shd w:val="clear" w:color="auto" w:fill="F3F6F8"/>
            <w:tcMar>
              <w:top w:w="40" w:type="dxa"/>
              <w:left w:w="80" w:type="dxa"/>
              <w:bottom w:w="40" w:type="dxa"/>
              <w:right w:w="80" w:type="dxa"/>
            </w:tcMar>
            <w:vAlign w:val="center"/>
          </w:tcPr>
          <w:p w14:paraId="14C0948C" w14:textId="77777777" w:rsidR="00E84B84" w:rsidRDefault="008D034A">
            <w:pPr>
              <w:spacing w:after="0" w:line="240" w:lineRule="auto"/>
            </w:pPr>
            <w:proofErr w:type="spellStart"/>
            <w:r>
              <w:rPr>
                <w:rFonts w:eastAsia="Arial"/>
                <w:color w:val="1F1F1F"/>
                <w:sz w:val="16"/>
              </w:rPr>
              <w:t>Kontaktmöglichkeit</w:t>
            </w:r>
            <w:proofErr w:type="spellEnd"/>
            <w:r>
              <w:rPr>
                <w:rFonts w:eastAsia="Arial"/>
                <w:color w:val="1F1F1F"/>
                <w:sz w:val="16"/>
              </w:rPr>
              <w:t xml:space="preserve"> (</w:t>
            </w:r>
            <w:proofErr w:type="spellStart"/>
            <w:r>
              <w:rPr>
                <w:rFonts w:eastAsia="Arial"/>
                <w:color w:val="1F1F1F"/>
                <w:sz w:val="16"/>
              </w:rPr>
              <w:t>soweit</w:t>
            </w:r>
            <w:proofErr w:type="spellEnd"/>
            <w:r>
              <w:rPr>
                <w:rFonts w:eastAsia="Arial"/>
                <w:color w:val="1F1F1F"/>
                <w:sz w:val="16"/>
              </w:rPr>
              <w:t xml:space="preserve"> </w:t>
            </w:r>
            <w:proofErr w:type="spellStart"/>
            <w:r>
              <w:rPr>
                <w:rFonts w:eastAsia="Arial"/>
                <w:color w:val="1F1F1F"/>
                <w:sz w:val="16"/>
              </w:rPr>
              <w:t>zulässig</w:t>
            </w:r>
            <w:proofErr w:type="spellEnd"/>
            <w:r>
              <w:rPr>
                <w:rFonts w:eastAsia="Arial"/>
                <w:color w:val="1F1F1F"/>
                <w:sz w:val="16"/>
              </w:rPr>
              <w:t>)</w:t>
            </w:r>
          </w:p>
        </w:tc>
        <w:tc>
          <w:tcPr>
            <w:tcW w:w="11225" w:type="dxa"/>
            <w:shd w:val="clear" w:color="auto" w:fill="FFFBEA"/>
            <w:tcMar>
              <w:top w:w="40" w:type="dxa"/>
              <w:left w:w="80" w:type="dxa"/>
              <w:bottom w:w="40" w:type="dxa"/>
              <w:right w:w="80" w:type="dxa"/>
            </w:tcMar>
            <w:vAlign w:val="center"/>
          </w:tcPr>
          <w:p w14:paraId="3B0F7748" w14:textId="77777777" w:rsidR="00E84B84" w:rsidRDefault="008D034A">
            <w:pPr>
              <w:spacing w:after="0" w:line="240" w:lineRule="auto"/>
            </w:pPr>
            <w:r>
              <w:rPr>
                <w:rFonts w:eastAsia="Arial"/>
                <w:color w:val="1F1F1F"/>
                <w:sz w:val="16"/>
              </w:rPr>
              <w:t>[</w:t>
            </w:r>
            <w:proofErr w:type="spellStart"/>
            <w:r>
              <w:rPr>
                <w:rFonts w:eastAsia="Arial"/>
                <w:color w:val="1F1F1F"/>
                <w:sz w:val="16"/>
              </w:rPr>
              <w:t>vom</w:t>
            </w:r>
            <w:proofErr w:type="spellEnd"/>
            <w:r>
              <w:rPr>
                <w:rFonts w:eastAsia="Arial"/>
                <w:color w:val="1F1F1F"/>
                <w:sz w:val="16"/>
              </w:rPr>
              <w:t xml:space="preserve"> </w:t>
            </w:r>
            <w:proofErr w:type="spellStart"/>
            <w:r>
              <w:rPr>
                <w:rFonts w:eastAsia="Arial"/>
                <w:color w:val="1F1F1F"/>
                <w:sz w:val="16"/>
              </w:rPr>
              <w:t>Bewerber</w:t>
            </w:r>
            <w:proofErr w:type="spellEnd"/>
            <w:r>
              <w:rPr>
                <w:rFonts w:eastAsia="Arial"/>
                <w:color w:val="1F1F1F"/>
                <w:sz w:val="16"/>
              </w:rPr>
              <w:t xml:space="preserve"> </w:t>
            </w:r>
            <w:proofErr w:type="spellStart"/>
            <w:r>
              <w:rPr>
                <w:rFonts w:eastAsia="Arial"/>
                <w:color w:val="1F1F1F"/>
                <w:sz w:val="16"/>
              </w:rPr>
              <w:t>auszufüllen</w:t>
            </w:r>
            <w:proofErr w:type="spellEnd"/>
            <w:r>
              <w:rPr>
                <w:rFonts w:eastAsia="Arial"/>
                <w:color w:val="1F1F1F"/>
                <w:sz w:val="16"/>
              </w:rPr>
              <w:t>]</w:t>
            </w:r>
          </w:p>
        </w:tc>
      </w:tr>
      <w:tr w:rsidR="00E84B84" w14:paraId="4A28C743" w14:textId="77777777">
        <w:trPr>
          <w:cantSplit/>
          <w:jc w:val="center"/>
        </w:trPr>
        <w:tc>
          <w:tcPr>
            <w:tcW w:w="3969" w:type="dxa"/>
            <w:shd w:val="clear" w:color="auto" w:fill="F3F6F8"/>
            <w:tcMar>
              <w:top w:w="40" w:type="dxa"/>
              <w:left w:w="80" w:type="dxa"/>
              <w:bottom w:w="40" w:type="dxa"/>
              <w:right w:w="80" w:type="dxa"/>
            </w:tcMar>
            <w:vAlign w:val="center"/>
          </w:tcPr>
          <w:p w14:paraId="06B01D2F" w14:textId="77777777" w:rsidR="00E84B84" w:rsidRDefault="008D034A">
            <w:pPr>
              <w:spacing w:after="0" w:line="240" w:lineRule="auto"/>
            </w:pPr>
            <w:proofErr w:type="spellStart"/>
            <w:r>
              <w:rPr>
                <w:rFonts w:eastAsia="Arial"/>
                <w:color w:val="1F1F1F"/>
                <w:sz w:val="16"/>
              </w:rPr>
              <w:t>Ergänzende</w:t>
            </w:r>
            <w:proofErr w:type="spellEnd"/>
            <w:r>
              <w:rPr>
                <w:rFonts w:eastAsia="Arial"/>
                <w:color w:val="1F1F1F"/>
                <w:sz w:val="16"/>
              </w:rPr>
              <w:t xml:space="preserve"> </w:t>
            </w:r>
            <w:proofErr w:type="spellStart"/>
            <w:r>
              <w:rPr>
                <w:rFonts w:eastAsia="Arial"/>
                <w:color w:val="1F1F1F"/>
                <w:sz w:val="16"/>
              </w:rPr>
              <w:t>Erläuterung</w:t>
            </w:r>
            <w:proofErr w:type="spellEnd"/>
            <w:r>
              <w:rPr>
                <w:rFonts w:eastAsia="Arial"/>
                <w:color w:val="1F1F1F"/>
                <w:sz w:val="16"/>
              </w:rPr>
              <w:t xml:space="preserve"> / </w:t>
            </w:r>
            <w:proofErr w:type="spellStart"/>
            <w:r>
              <w:rPr>
                <w:rFonts w:eastAsia="Arial"/>
                <w:color w:val="1F1F1F"/>
                <w:sz w:val="16"/>
              </w:rPr>
              <w:t>Einschränkungen</w:t>
            </w:r>
            <w:proofErr w:type="spellEnd"/>
          </w:p>
        </w:tc>
        <w:tc>
          <w:tcPr>
            <w:tcW w:w="11225" w:type="dxa"/>
            <w:shd w:val="clear" w:color="auto" w:fill="FFFBEA"/>
            <w:tcMar>
              <w:top w:w="40" w:type="dxa"/>
              <w:left w:w="80" w:type="dxa"/>
              <w:bottom w:w="40" w:type="dxa"/>
              <w:right w:w="80" w:type="dxa"/>
            </w:tcMar>
            <w:vAlign w:val="center"/>
          </w:tcPr>
          <w:p w14:paraId="2D5C54AA" w14:textId="77777777" w:rsidR="00E84B84" w:rsidRDefault="008D034A">
            <w:pPr>
              <w:spacing w:after="0" w:line="240" w:lineRule="auto"/>
            </w:pPr>
            <w:r>
              <w:rPr>
                <w:rFonts w:eastAsia="Arial"/>
                <w:color w:val="1F1F1F"/>
                <w:sz w:val="16"/>
              </w:rPr>
              <w:t>[</w:t>
            </w:r>
            <w:proofErr w:type="spellStart"/>
            <w:r>
              <w:rPr>
                <w:rFonts w:eastAsia="Arial"/>
                <w:color w:val="1F1F1F"/>
                <w:sz w:val="16"/>
              </w:rPr>
              <w:t>vom</w:t>
            </w:r>
            <w:proofErr w:type="spellEnd"/>
            <w:r>
              <w:rPr>
                <w:rFonts w:eastAsia="Arial"/>
                <w:color w:val="1F1F1F"/>
                <w:sz w:val="16"/>
              </w:rPr>
              <w:t xml:space="preserve"> </w:t>
            </w:r>
            <w:proofErr w:type="spellStart"/>
            <w:r>
              <w:rPr>
                <w:rFonts w:eastAsia="Arial"/>
                <w:color w:val="1F1F1F"/>
                <w:sz w:val="16"/>
              </w:rPr>
              <w:t>Bewerber</w:t>
            </w:r>
            <w:proofErr w:type="spellEnd"/>
            <w:r>
              <w:rPr>
                <w:rFonts w:eastAsia="Arial"/>
                <w:color w:val="1F1F1F"/>
                <w:sz w:val="16"/>
              </w:rPr>
              <w:t xml:space="preserve"> </w:t>
            </w:r>
            <w:proofErr w:type="spellStart"/>
            <w:r>
              <w:rPr>
                <w:rFonts w:eastAsia="Arial"/>
                <w:color w:val="1F1F1F"/>
                <w:sz w:val="16"/>
              </w:rPr>
              <w:t>auszufüllen</w:t>
            </w:r>
            <w:proofErr w:type="spellEnd"/>
            <w:r>
              <w:rPr>
                <w:rFonts w:eastAsia="Arial"/>
                <w:color w:val="1F1F1F"/>
                <w:sz w:val="16"/>
              </w:rPr>
              <w:t>]</w:t>
            </w:r>
          </w:p>
        </w:tc>
      </w:tr>
    </w:tbl>
    <w:p w14:paraId="19713673" w14:textId="77777777" w:rsidR="008D034A" w:rsidRDefault="008D034A"/>
    <w:p w14:paraId="27429CD7" w14:textId="77777777" w:rsidR="00E11C75" w:rsidRDefault="00BA2CF2">
      <w:r>
        <w:br w:type="page"/>
      </w:r>
    </w:p>
    <w:p w14:paraId="4187AD63" w14:textId="77777777" w:rsidR="00E84B84" w:rsidRPr="00191757" w:rsidRDefault="001E0666">
      <w:pPr>
        <w:spacing w:before="120" w:after="40" w:line="240" w:lineRule="auto"/>
        <w:rPr>
          <w:lang w:val="de-DE"/>
        </w:rPr>
      </w:pPr>
      <w:proofErr w:type="spellStart"/>
      <w:r>
        <w:rPr>
          <w:b/>
          <w:color w:val="17365D"/>
          <w:sz w:val="40"/>
        </w:rPr>
        <w:lastRenderedPageBreak/>
        <w:t>Leistungsfeldreferenz</w:t>
      </w:r>
      <w:proofErr w:type="spellEnd"/>
      <w:r>
        <w:rPr>
          <w:b/>
          <w:color w:val="17365D"/>
          <w:sz w:val="40"/>
        </w:rPr>
        <w:t xml:space="preserve"> 3</w:t>
      </w:r>
    </w:p>
    <w:p w14:paraId="0D137B2C" w14:textId="77777777" w:rsidR="00E84B84" w:rsidRPr="00191757" w:rsidRDefault="008D034A">
      <w:pPr>
        <w:spacing w:after="160" w:line="240" w:lineRule="auto"/>
        <w:rPr>
          <w:lang w:val="de-DE"/>
        </w:rPr>
      </w:pPr>
      <w:r w:rsidRPr="00191757">
        <w:rPr>
          <w:rFonts w:eastAsia="Arial"/>
          <w:color w:val="5B6570"/>
          <w:sz w:val="20"/>
          <w:lang w:val="de-DE"/>
        </w:rPr>
        <w:t>Nachweis der fachlichen Leistungsfähigkeit des Bewerbers in den Leistungsfeldern LF1 bis LF9</w:t>
      </w:r>
    </w:p>
    <w:p w14:paraId="3F68F00C" w14:textId="77777777" w:rsidR="00E84B84" w:rsidRPr="00191757" w:rsidRDefault="00E84B84">
      <w:pPr>
        <w:pBdr>
          <w:bottom w:val="single" w:sz="12" w:space="1" w:color="0B4F7A"/>
        </w:pBdr>
        <w:spacing w:after="80"/>
        <w:rPr>
          <w:lang w:val="de-DE"/>
        </w:rPr>
      </w:pPr>
    </w:p>
    <w:tbl>
      <w:tblPr>
        <w:tblW w:w="0" w:type="auto"/>
        <w:jc w:val="center"/>
        <w:tblLayout w:type="fixed"/>
        <w:tblLook w:val="04A0" w:firstRow="1" w:lastRow="0" w:firstColumn="1" w:lastColumn="0" w:noHBand="0" w:noVBand="1"/>
      </w:tblPr>
      <w:tblGrid>
        <w:gridCol w:w="15194"/>
      </w:tblGrid>
      <w:tr w:rsidR="00E84B84" w14:paraId="6BF8D2B8" w14:textId="77777777">
        <w:trPr>
          <w:jc w:val="center"/>
        </w:trPr>
        <w:tc>
          <w:tcPr>
            <w:tcW w:w="15194" w:type="dxa"/>
            <w:shd w:val="clear" w:color="auto" w:fill="D9EAF7"/>
            <w:tcMar>
              <w:top w:w="40" w:type="dxa"/>
              <w:left w:w="80" w:type="dxa"/>
              <w:bottom w:w="40" w:type="dxa"/>
              <w:right w:w="80" w:type="dxa"/>
            </w:tcMar>
            <w:vAlign w:val="center"/>
          </w:tcPr>
          <w:p w14:paraId="37CDC484" w14:textId="77777777" w:rsidR="00E11C75" w:rsidRDefault="00BA2CF2">
            <w:r w:rsidRPr="00E05BED">
              <w:rPr>
                <w:lang w:val="de-DE"/>
              </w:rPr>
              <w:t xml:space="preserve">Referenz 3 dient als Leistungsfeldreferenz. Das primäre Leistungsfeld des Referenzprojekts ist unter den Projektdaten anzugeben. Weitere Leistungsfelder können ergänzend zugeordnet werden, wenn der jeweilige Leistungsanteil konkret und nachvollziehbar beschrieben wird. </w:t>
            </w:r>
            <w:r>
              <w:t xml:space="preserve">Die </w:t>
            </w:r>
            <w:proofErr w:type="spellStart"/>
            <w:r>
              <w:t>reine</w:t>
            </w:r>
            <w:proofErr w:type="spellEnd"/>
            <w:r>
              <w:t xml:space="preserve"> </w:t>
            </w:r>
            <w:proofErr w:type="spellStart"/>
            <w:r>
              <w:t>Anzahl</w:t>
            </w:r>
            <w:proofErr w:type="spellEnd"/>
            <w:r>
              <w:t xml:space="preserve"> </w:t>
            </w:r>
            <w:proofErr w:type="spellStart"/>
            <w:r>
              <w:t>gesetzter</w:t>
            </w:r>
            <w:proofErr w:type="spellEnd"/>
            <w:r>
              <w:t xml:space="preserve"> </w:t>
            </w:r>
            <w:proofErr w:type="spellStart"/>
            <w:r>
              <w:t>Zuordnungen</w:t>
            </w:r>
            <w:proofErr w:type="spellEnd"/>
            <w:r>
              <w:t xml:space="preserve"> </w:t>
            </w:r>
            <w:proofErr w:type="spellStart"/>
            <w:r>
              <w:t>wird</w:t>
            </w:r>
            <w:proofErr w:type="spellEnd"/>
            <w:r>
              <w:t xml:space="preserve"> nicht </w:t>
            </w:r>
            <w:proofErr w:type="spellStart"/>
            <w:r>
              <w:t>positiv</w:t>
            </w:r>
            <w:proofErr w:type="spellEnd"/>
            <w:r>
              <w:t xml:space="preserve"> </w:t>
            </w:r>
            <w:proofErr w:type="spellStart"/>
            <w:r>
              <w:t>bewertet</w:t>
            </w:r>
            <w:proofErr w:type="spellEnd"/>
            <w:r>
              <w:t>.</w:t>
            </w:r>
          </w:p>
        </w:tc>
      </w:tr>
    </w:tbl>
    <w:p w14:paraId="43B8C3B8" w14:textId="77777777" w:rsidR="00E84B84" w:rsidRDefault="008D034A">
      <w:pPr>
        <w:spacing w:after="40" w:line="240" w:lineRule="auto"/>
      </w:pPr>
      <w:r>
        <w:rPr>
          <w:rFonts w:eastAsia="Arial"/>
          <w:b/>
          <w:color w:val="0B4F7A"/>
          <w:sz w:val="22"/>
        </w:rPr>
        <w:t xml:space="preserve">1. </w:t>
      </w:r>
      <w:proofErr w:type="spellStart"/>
      <w:r>
        <w:rPr>
          <w:rFonts w:eastAsia="Arial"/>
          <w:b/>
          <w:color w:val="0B4F7A"/>
          <w:sz w:val="22"/>
        </w:rPr>
        <w:t>Projektdaten</w:t>
      </w:r>
      <w:proofErr w:type="spellEnd"/>
    </w:p>
    <w:tbl>
      <w:tblPr>
        <w:tblW w:w="0" w:type="auto"/>
        <w:jc w:val="center"/>
        <w:tblLayout w:type="fixed"/>
        <w:tblLook w:val="04A0" w:firstRow="1" w:lastRow="0" w:firstColumn="1" w:lastColumn="0" w:noHBand="0" w:noVBand="1"/>
      </w:tblPr>
      <w:tblGrid>
        <w:gridCol w:w="3969"/>
        <w:gridCol w:w="11225"/>
      </w:tblGrid>
      <w:tr w:rsidR="00E84B84" w14:paraId="69E37230" w14:textId="77777777">
        <w:trPr>
          <w:cantSplit/>
          <w:jc w:val="center"/>
        </w:trPr>
        <w:tc>
          <w:tcPr>
            <w:tcW w:w="3969" w:type="dxa"/>
            <w:shd w:val="clear" w:color="auto" w:fill="F3F6F8"/>
            <w:tcMar>
              <w:top w:w="40" w:type="dxa"/>
              <w:left w:w="80" w:type="dxa"/>
              <w:bottom w:w="40" w:type="dxa"/>
              <w:right w:w="80" w:type="dxa"/>
            </w:tcMar>
            <w:vAlign w:val="center"/>
          </w:tcPr>
          <w:p w14:paraId="223952D2" w14:textId="77777777" w:rsidR="00E84B84" w:rsidRDefault="008D034A">
            <w:pPr>
              <w:spacing w:after="0" w:line="240" w:lineRule="auto"/>
            </w:pPr>
            <w:proofErr w:type="spellStart"/>
            <w:r>
              <w:rPr>
                <w:rFonts w:eastAsia="Arial"/>
                <w:color w:val="1F1F1F"/>
                <w:sz w:val="16"/>
              </w:rPr>
              <w:t>Referenz</w:t>
            </w:r>
            <w:proofErr w:type="spellEnd"/>
            <w:r>
              <w:rPr>
                <w:rFonts w:eastAsia="Arial"/>
                <w:color w:val="1F1F1F"/>
                <w:sz w:val="16"/>
              </w:rPr>
              <w:t>-ID</w:t>
            </w:r>
          </w:p>
        </w:tc>
        <w:tc>
          <w:tcPr>
            <w:tcW w:w="11225" w:type="dxa"/>
            <w:shd w:val="clear" w:color="auto" w:fill="FFFBEA"/>
            <w:tcMar>
              <w:top w:w="40" w:type="dxa"/>
              <w:left w:w="80" w:type="dxa"/>
              <w:bottom w:w="40" w:type="dxa"/>
              <w:right w:w="80" w:type="dxa"/>
            </w:tcMar>
            <w:vAlign w:val="center"/>
          </w:tcPr>
          <w:p w14:paraId="0C2B0820" w14:textId="77777777" w:rsidR="00E84B84" w:rsidRDefault="008D034A">
            <w:pPr>
              <w:spacing w:after="0" w:line="240" w:lineRule="auto"/>
            </w:pPr>
            <w:r>
              <w:rPr>
                <w:rFonts w:eastAsia="Arial"/>
                <w:color w:val="1F1F1F"/>
                <w:sz w:val="16"/>
              </w:rPr>
              <w:t>REF-03</w:t>
            </w:r>
          </w:p>
        </w:tc>
      </w:tr>
      <w:tr w:rsidR="00E11C75" w14:paraId="2AB6ED1E" w14:textId="77777777">
        <w:trPr>
          <w:jc w:val="center"/>
        </w:trPr>
        <w:tc>
          <w:tcPr>
            <w:tcW w:w="3969" w:type="dxa"/>
          </w:tcPr>
          <w:p w14:paraId="55A08EFA" w14:textId="77777777" w:rsidR="00E11C75" w:rsidRDefault="00BA2CF2">
            <w:proofErr w:type="spellStart"/>
            <w:r>
              <w:t>Primäres</w:t>
            </w:r>
            <w:proofErr w:type="spellEnd"/>
            <w:r>
              <w:t xml:space="preserve"> </w:t>
            </w:r>
            <w:proofErr w:type="spellStart"/>
            <w:r>
              <w:t>Leistungsfeld</w:t>
            </w:r>
            <w:proofErr w:type="spellEnd"/>
            <w:r>
              <w:t xml:space="preserve"> (LF1–LF9)</w:t>
            </w:r>
          </w:p>
        </w:tc>
        <w:tc>
          <w:tcPr>
            <w:tcW w:w="11225" w:type="dxa"/>
          </w:tcPr>
          <w:p w14:paraId="0B99EA1C" w14:textId="77777777" w:rsidR="00E11C75" w:rsidRDefault="00BA2CF2">
            <w:r>
              <w:t>[</w:t>
            </w:r>
            <w:proofErr w:type="spellStart"/>
            <w:r>
              <w:t>vom</w:t>
            </w:r>
            <w:proofErr w:type="spellEnd"/>
            <w:r>
              <w:t xml:space="preserve"> </w:t>
            </w:r>
            <w:proofErr w:type="spellStart"/>
            <w:r>
              <w:t>Bewerber</w:t>
            </w:r>
            <w:proofErr w:type="spellEnd"/>
            <w:r>
              <w:t xml:space="preserve"> </w:t>
            </w:r>
            <w:proofErr w:type="spellStart"/>
            <w:r>
              <w:t>auszufüllen</w:t>
            </w:r>
            <w:proofErr w:type="spellEnd"/>
            <w:r>
              <w:t>]</w:t>
            </w:r>
          </w:p>
        </w:tc>
      </w:tr>
      <w:tr w:rsidR="00E84B84" w14:paraId="374E50A5" w14:textId="77777777">
        <w:trPr>
          <w:cantSplit/>
          <w:jc w:val="center"/>
        </w:trPr>
        <w:tc>
          <w:tcPr>
            <w:tcW w:w="3969" w:type="dxa"/>
            <w:shd w:val="clear" w:color="auto" w:fill="F3F6F8"/>
            <w:tcMar>
              <w:top w:w="40" w:type="dxa"/>
              <w:left w:w="80" w:type="dxa"/>
              <w:bottom w:w="40" w:type="dxa"/>
              <w:right w:w="80" w:type="dxa"/>
            </w:tcMar>
            <w:vAlign w:val="center"/>
          </w:tcPr>
          <w:p w14:paraId="46B37389" w14:textId="77777777" w:rsidR="00E84B84" w:rsidRDefault="008D034A">
            <w:pPr>
              <w:spacing w:after="0" w:line="240" w:lineRule="auto"/>
            </w:pPr>
            <w:proofErr w:type="spellStart"/>
            <w:r>
              <w:rPr>
                <w:rFonts w:eastAsia="Arial"/>
                <w:color w:val="1F1F1F"/>
                <w:sz w:val="16"/>
              </w:rPr>
              <w:t>Abgeschlossenes</w:t>
            </w:r>
            <w:proofErr w:type="spellEnd"/>
            <w:r>
              <w:rPr>
                <w:rFonts w:eastAsia="Arial"/>
                <w:color w:val="1F1F1F"/>
                <w:sz w:val="16"/>
              </w:rPr>
              <w:t xml:space="preserve"> Projekt / </w:t>
            </w:r>
            <w:proofErr w:type="spellStart"/>
            <w:r>
              <w:rPr>
                <w:rFonts w:eastAsia="Arial"/>
                <w:color w:val="1F1F1F"/>
                <w:sz w:val="16"/>
              </w:rPr>
              <w:t>Vorhaben</w:t>
            </w:r>
            <w:proofErr w:type="spellEnd"/>
          </w:p>
        </w:tc>
        <w:tc>
          <w:tcPr>
            <w:tcW w:w="11225" w:type="dxa"/>
            <w:shd w:val="clear" w:color="auto" w:fill="FFFBEA"/>
            <w:tcMar>
              <w:top w:w="40" w:type="dxa"/>
              <w:left w:w="80" w:type="dxa"/>
              <w:bottom w:w="40" w:type="dxa"/>
              <w:right w:w="80" w:type="dxa"/>
            </w:tcMar>
            <w:vAlign w:val="center"/>
          </w:tcPr>
          <w:p w14:paraId="6D642E3A" w14:textId="77777777" w:rsidR="00E84B84" w:rsidRDefault="008D034A">
            <w:pPr>
              <w:spacing w:after="0" w:line="240" w:lineRule="auto"/>
            </w:pPr>
            <w:r>
              <w:rPr>
                <w:rFonts w:eastAsia="Arial"/>
                <w:color w:val="1F1F1F"/>
                <w:sz w:val="16"/>
              </w:rPr>
              <w:t>[</w:t>
            </w:r>
            <w:proofErr w:type="spellStart"/>
            <w:r>
              <w:rPr>
                <w:rFonts w:eastAsia="Arial"/>
                <w:color w:val="1F1F1F"/>
                <w:sz w:val="16"/>
              </w:rPr>
              <w:t>vom</w:t>
            </w:r>
            <w:proofErr w:type="spellEnd"/>
            <w:r>
              <w:rPr>
                <w:rFonts w:eastAsia="Arial"/>
                <w:color w:val="1F1F1F"/>
                <w:sz w:val="16"/>
              </w:rPr>
              <w:t xml:space="preserve"> </w:t>
            </w:r>
            <w:proofErr w:type="spellStart"/>
            <w:r>
              <w:rPr>
                <w:rFonts w:eastAsia="Arial"/>
                <w:color w:val="1F1F1F"/>
                <w:sz w:val="16"/>
              </w:rPr>
              <w:t>Bewerber</w:t>
            </w:r>
            <w:proofErr w:type="spellEnd"/>
            <w:r>
              <w:rPr>
                <w:rFonts w:eastAsia="Arial"/>
                <w:color w:val="1F1F1F"/>
                <w:sz w:val="16"/>
              </w:rPr>
              <w:t xml:space="preserve"> </w:t>
            </w:r>
            <w:proofErr w:type="spellStart"/>
            <w:r>
              <w:rPr>
                <w:rFonts w:eastAsia="Arial"/>
                <w:color w:val="1F1F1F"/>
                <w:sz w:val="16"/>
              </w:rPr>
              <w:t>auszufüllen</w:t>
            </w:r>
            <w:proofErr w:type="spellEnd"/>
            <w:r>
              <w:rPr>
                <w:rFonts w:eastAsia="Arial"/>
                <w:color w:val="1F1F1F"/>
                <w:sz w:val="16"/>
              </w:rPr>
              <w:t>]</w:t>
            </w:r>
          </w:p>
        </w:tc>
      </w:tr>
      <w:tr w:rsidR="00E84B84" w14:paraId="1C55BCA0" w14:textId="77777777">
        <w:trPr>
          <w:cantSplit/>
          <w:jc w:val="center"/>
        </w:trPr>
        <w:tc>
          <w:tcPr>
            <w:tcW w:w="3969" w:type="dxa"/>
            <w:shd w:val="clear" w:color="auto" w:fill="F3F6F8"/>
            <w:tcMar>
              <w:top w:w="40" w:type="dxa"/>
              <w:left w:w="80" w:type="dxa"/>
              <w:bottom w:w="40" w:type="dxa"/>
              <w:right w:w="80" w:type="dxa"/>
            </w:tcMar>
            <w:vAlign w:val="center"/>
          </w:tcPr>
          <w:p w14:paraId="5278A13B" w14:textId="77777777" w:rsidR="00E84B84" w:rsidRDefault="008D034A">
            <w:pPr>
              <w:spacing w:after="0" w:line="240" w:lineRule="auto"/>
            </w:pPr>
            <w:proofErr w:type="spellStart"/>
            <w:r>
              <w:rPr>
                <w:rFonts w:eastAsia="Arial"/>
                <w:color w:val="1F1F1F"/>
                <w:sz w:val="16"/>
              </w:rPr>
              <w:t>Auftraggeber</w:t>
            </w:r>
            <w:proofErr w:type="spellEnd"/>
            <w:r>
              <w:rPr>
                <w:rFonts w:eastAsia="Arial"/>
                <w:color w:val="1F1F1F"/>
                <w:sz w:val="16"/>
              </w:rPr>
              <w:t xml:space="preserve"> / </w:t>
            </w:r>
            <w:proofErr w:type="spellStart"/>
            <w:r>
              <w:rPr>
                <w:rFonts w:eastAsia="Arial"/>
                <w:color w:val="1F1F1F"/>
                <w:sz w:val="16"/>
              </w:rPr>
              <w:t>Referenzkunde</w:t>
            </w:r>
            <w:proofErr w:type="spellEnd"/>
          </w:p>
        </w:tc>
        <w:tc>
          <w:tcPr>
            <w:tcW w:w="11225" w:type="dxa"/>
            <w:shd w:val="clear" w:color="auto" w:fill="FFFBEA"/>
            <w:tcMar>
              <w:top w:w="40" w:type="dxa"/>
              <w:left w:w="80" w:type="dxa"/>
              <w:bottom w:w="40" w:type="dxa"/>
              <w:right w:w="80" w:type="dxa"/>
            </w:tcMar>
            <w:vAlign w:val="center"/>
          </w:tcPr>
          <w:p w14:paraId="78CE45B9" w14:textId="77777777" w:rsidR="00E84B84" w:rsidRDefault="008D034A">
            <w:pPr>
              <w:spacing w:after="0" w:line="240" w:lineRule="auto"/>
            </w:pPr>
            <w:r>
              <w:rPr>
                <w:rFonts w:eastAsia="Arial"/>
                <w:color w:val="1F1F1F"/>
                <w:sz w:val="16"/>
              </w:rPr>
              <w:t>[</w:t>
            </w:r>
            <w:proofErr w:type="spellStart"/>
            <w:r>
              <w:rPr>
                <w:rFonts w:eastAsia="Arial"/>
                <w:color w:val="1F1F1F"/>
                <w:sz w:val="16"/>
              </w:rPr>
              <w:t>vom</w:t>
            </w:r>
            <w:proofErr w:type="spellEnd"/>
            <w:r>
              <w:rPr>
                <w:rFonts w:eastAsia="Arial"/>
                <w:color w:val="1F1F1F"/>
                <w:sz w:val="16"/>
              </w:rPr>
              <w:t xml:space="preserve"> </w:t>
            </w:r>
            <w:proofErr w:type="spellStart"/>
            <w:r>
              <w:rPr>
                <w:rFonts w:eastAsia="Arial"/>
                <w:color w:val="1F1F1F"/>
                <w:sz w:val="16"/>
              </w:rPr>
              <w:t>Bewerber</w:t>
            </w:r>
            <w:proofErr w:type="spellEnd"/>
            <w:r>
              <w:rPr>
                <w:rFonts w:eastAsia="Arial"/>
                <w:color w:val="1F1F1F"/>
                <w:sz w:val="16"/>
              </w:rPr>
              <w:t xml:space="preserve"> </w:t>
            </w:r>
            <w:proofErr w:type="spellStart"/>
            <w:r>
              <w:rPr>
                <w:rFonts w:eastAsia="Arial"/>
                <w:color w:val="1F1F1F"/>
                <w:sz w:val="16"/>
              </w:rPr>
              <w:t>auszufüllen</w:t>
            </w:r>
            <w:proofErr w:type="spellEnd"/>
            <w:r>
              <w:rPr>
                <w:rFonts w:eastAsia="Arial"/>
                <w:color w:val="1F1F1F"/>
                <w:sz w:val="16"/>
              </w:rPr>
              <w:t>]</w:t>
            </w:r>
          </w:p>
        </w:tc>
      </w:tr>
      <w:tr w:rsidR="00E84B84" w14:paraId="39F3FC3C" w14:textId="77777777">
        <w:trPr>
          <w:cantSplit/>
          <w:jc w:val="center"/>
        </w:trPr>
        <w:tc>
          <w:tcPr>
            <w:tcW w:w="3969" w:type="dxa"/>
            <w:shd w:val="clear" w:color="auto" w:fill="F3F6F8"/>
            <w:tcMar>
              <w:top w:w="40" w:type="dxa"/>
              <w:left w:w="80" w:type="dxa"/>
              <w:bottom w:w="40" w:type="dxa"/>
              <w:right w:w="80" w:type="dxa"/>
            </w:tcMar>
            <w:vAlign w:val="center"/>
          </w:tcPr>
          <w:p w14:paraId="203207B1" w14:textId="77777777" w:rsidR="00E84B84" w:rsidRDefault="008D034A">
            <w:pPr>
              <w:spacing w:after="0" w:line="240" w:lineRule="auto"/>
            </w:pPr>
            <w:r>
              <w:rPr>
                <w:rFonts w:eastAsia="Arial"/>
                <w:color w:val="1F1F1F"/>
                <w:sz w:val="16"/>
              </w:rPr>
              <w:t>Branche</w:t>
            </w:r>
          </w:p>
        </w:tc>
        <w:tc>
          <w:tcPr>
            <w:tcW w:w="11225" w:type="dxa"/>
            <w:shd w:val="clear" w:color="auto" w:fill="FFFBEA"/>
            <w:tcMar>
              <w:top w:w="40" w:type="dxa"/>
              <w:left w:w="80" w:type="dxa"/>
              <w:bottom w:w="40" w:type="dxa"/>
              <w:right w:w="80" w:type="dxa"/>
            </w:tcMar>
            <w:vAlign w:val="center"/>
          </w:tcPr>
          <w:p w14:paraId="3A5DC24E" w14:textId="77777777" w:rsidR="00E84B84" w:rsidRDefault="008D034A">
            <w:pPr>
              <w:spacing w:after="0" w:line="240" w:lineRule="auto"/>
            </w:pPr>
            <w:r>
              <w:rPr>
                <w:rFonts w:eastAsia="Arial"/>
                <w:color w:val="1F1F1F"/>
                <w:sz w:val="16"/>
              </w:rPr>
              <w:t>[</w:t>
            </w:r>
            <w:proofErr w:type="spellStart"/>
            <w:r>
              <w:rPr>
                <w:rFonts w:eastAsia="Arial"/>
                <w:color w:val="1F1F1F"/>
                <w:sz w:val="16"/>
              </w:rPr>
              <w:t>vom</w:t>
            </w:r>
            <w:proofErr w:type="spellEnd"/>
            <w:r>
              <w:rPr>
                <w:rFonts w:eastAsia="Arial"/>
                <w:color w:val="1F1F1F"/>
                <w:sz w:val="16"/>
              </w:rPr>
              <w:t xml:space="preserve"> </w:t>
            </w:r>
            <w:proofErr w:type="spellStart"/>
            <w:r>
              <w:rPr>
                <w:rFonts w:eastAsia="Arial"/>
                <w:color w:val="1F1F1F"/>
                <w:sz w:val="16"/>
              </w:rPr>
              <w:t>Bewerber</w:t>
            </w:r>
            <w:proofErr w:type="spellEnd"/>
            <w:r>
              <w:rPr>
                <w:rFonts w:eastAsia="Arial"/>
                <w:color w:val="1F1F1F"/>
                <w:sz w:val="16"/>
              </w:rPr>
              <w:t xml:space="preserve"> </w:t>
            </w:r>
            <w:proofErr w:type="spellStart"/>
            <w:r>
              <w:rPr>
                <w:rFonts w:eastAsia="Arial"/>
                <w:color w:val="1F1F1F"/>
                <w:sz w:val="16"/>
              </w:rPr>
              <w:t>auszufüllen</w:t>
            </w:r>
            <w:proofErr w:type="spellEnd"/>
            <w:r>
              <w:rPr>
                <w:rFonts w:eastAsia="Arial"/>
                <w:color w:val="1F1F1F"/>
                <w:sz w:val="16"/>
              </w:rPr>
              <w:t>]</w:t>
            </w:r>
          </w:p>
        </w:tc>
      </w:tr>
      <w:tr w:rsidR="00E84B84" w14:paraId="4AB242FC" w14:textId="77777777">
        <w:trPr>
          <w:cantSplit/>
          <w:jc w:val="center"/>
        </w:trPr>
        <w:tc>
          <w:tcPr>
            <w:tcW w:w="3969" w:type="dxa"/>
            <w:shd w:val="clear" w:color="auto" w:fill="F3F6F8"/>
            <w:tcMar>
              <w:top w:w="40" w:type="dxa"/>
              <w:left w:w="80" w:type="dxa"/>
              <w:bottom w:w="40" w:type="dxa"/>
              <w:right w:w="80" w:type="dxa"/>
            </w:tcMar>
            <w:vAlign w:val="center"/>
          </w:tcPr>
          <w:p w14:paraId="602051BA" w14:textId="77777777" w:rsidR="00E84B84" w:rsidRDefault="008D034A">
            <w:pPr>
              <w:spacing w:after="0" w:line="240" w:lineRule="auto"/>
            </w:pPr>
            <w:proofErr w:type="spellStart"/>
            <w:r>
              <w:rPr>
                <w:rFonts w:eastAsia="Arial"/>
                <w:color w:val="1F1F1F"/>
                <w:sz w:val="16"/>
              </w:rPr>
              <w:t>Projektzeitraum</w:t>
            </w:r>
            <w:proofErr w:type="spellEnd"/>
            <w:r>
              <w:rPr>
                <w:rFonts w:eastAsia="Arial"/>
                <w:color w:val="1F1F1F"/>
                <w:sz w:val="16"/>
              </w:rPr>
              <w:t xml:space="preserve"> (von / bis)</w:t>
            </w:r>
          </w:p>
        </w:tc>
        <w:tc>
          <w:tcPr>
            <w:tcW w:w="11225" w:type="dxa"/>
            <w:shd w:val="clear" w:color="auto" w:fill="FFFBEA"/>
            <w:tcMar>
              <w:top w:w="40" w:type="dxa"/>
              <w:left w:w="80" w:type="dxa"/>
              <w:bottom w:w="40" w:type="dxa"/>
              <w:right w:w="80" w:type="dxa"/>
            </w:tcMar>
            <w:vAlign w:val="center"/>
          </w:tcPr>
          <w:p w14:paraId="52EC34CB" w14:textId="77777777" w:rsidR="00E84B84" w:rsidRDefault="008D034A">
            <w:pPr>
              <w:spacing w:after="0" w:line="240" w:lineRule="auto"/>
            </w:pPr>
            <w:r>
              <w:rPr>
                <w:rFonts w:eastAsia="Arial"/>
                <w:color w:val="1F1F1F"/>
                <w:sz w:val="16"/>
              </w:rPr>
              <w:t>[</w:t>
            </w:r>
            <w:proofErr w:type="spellStart"/>
            <w:r>
              <w:rPr>
                <w:rFonts w:eastAsia="Arial"/>
                <w:color w:val="1F1F1F"/>
                <w:sz w:val="16"/>
              </w:rPr>
              <w:t>vom</w:t>
            </w:r>
            <w:proofErr w:type="spellEnd"/>
            <w:r>
              <w:rPr>
                <w:rFonts w:eastAsia="Arial"/>
                <w:color w:val="1F1F1F"/>
                <w:sz w:val="16"/>
              </w:rPr>
              <w:t xml:space="preserve"> </w:t>
            </w:r>
            <w:proofErr w:type="spellStart"/>
            <w:r>
              <w:rPr>
                <w:rFonts w:eastAsia="Arial"/>
                <w:color w:val="1F1F1F"/>
                <w:sz w:val="16"/>
              </w:rPr>
              <w:t>Bewerber</w:t>
            </w:r>
            <w:proofErr w:type="spellEnd"/>
            <w:r>
              <w:rPr>
                <w:rFonts w:eastAsia="Arial"/>
                <w:color w:val="1F1F1F"/>
                <w:sz w:val="16"/>
              </w:rPr>
              <w:t xml:space="preserve"> </w:t>
            </w:r>
            <w:proofErr w:type="spellStart"/>
            <w:r>
              <w:rPr>
                <w:rFonts w:eastAsia="Arial"/>
                <w:color w:val="1F1F1F"/>
                <w:sz w:val="16"/>
              </w:rPr>
              <w:t>auszufüllen</w:t>
            </w:r>
            <w:proofErr w:type="spellEnd"/>
            <w:r>
              <w:rPr>
                <w:rFonts w:eastAsia="Arial"/>
                <w:color w:val="1F1F1F"/>
                <w:sz w:val="16"/>
              </w:rPr>
              <w:t>]</w:t>
            </w:r>
          </w:p>
        </w:tc>
      </w:tr>
      <w:tr w:rsidR="00E84B84" w14:paraId="28D57045" w14:textId="77777777">
        <w:trPr>
          <w:cantSplit/>
          <w:jc w:val="center"/>
        </w:trPr>
        <w:tc>
          <w:tcPr>
            <w:tcW w:w="3969" w:type="dxa"/>
            <w:shd w:val="clear" w:color="auto" w:fill="F3F6F8"/>
            <w:tcMar>
              <w:top w:w="40" w:type="dxa"/>
              <w:left w:w="80" w:type="dxa"/>
              <w:bottom w:w="40" w:type="dxa"/>
              <w:right w:w="80" w:type="dxa"/>
            </w:tcMar>
            <w:vAlign w:val="center"/>
          </w:tcPr>
          <w:p w14:paraId="33C0A553" w14:textId="77777777" w:rsidR="00E84B84" w:rsidRDefault="008D034A">
            <w:pPr>
              <w:spacing w:after="0" w:line="240" w:lineRule="auto"/>
            </w:pPr>
            <w:proofErr w:type="spellStart"/>
            <w:r>
              <w:rPr>
                <w:rFonts w:eastAsia="Arial"/>
                <w:color w:val="1F1F1F"/>
                <w:sz w:val="16"/>
              </w:rPr>
              <w:t>Gesamtumfang</w:t>
            </w:r>
            <w:proofErr w:type="spellEnd"/>
            <w:r>
              <w:rPr>
                <w:rFonts w:eastAsia="Arial"/>
                <w:color w:val="1F1F1F"/>
                <w:sz w:val="16"/>
              </w:rPr>
              <w:t xml:space="preserve"> des </w:t>
            </w:r>
            <w:proofErr w:type="spellStart"/>
            <w:r>
              <w:rPr>
                <w:rFonts w:eastAsia="Arial"/>
                <w:color w:val="1F1F1F"/>
                <w:sz w:val="16"/>
              </w:rPr>
              <w:t>Referenzprojekts</w:t>
            </w:r>
            <w:proofErr w:type="spellEnd"/>
          </w:p>
        </w:tc>
        <w:tc>
          <w:tcPr>
            <w:tcW w:w="11225" w:type="dxa"/>
            <w:shd w:val="clear" w:color="auto" w:fill="FFFBEA"/>
            <w:tcMar>
              <w:top w:w="40" w:type="dxa"/>
              <w:left w:w="80" w:type="dxa"/>
              <w:bottom w:w="40" w:type="dxa"/>
              <w:right w:w="80" w:type="dxa"/>
            </w:tcMar>
            <w:vAlign w:val="center"/>
          </w:tcPr>
          <w:p w14:paraId="00932A96" w14:textId="77777777" w:rsidR="00E84B84" w:rsidRDefault="008D034A">
            <w:pPr>
              <w:spacing w:after="0" w:line="240" w:lineRule="auto"/>
            </w:pPr>
            <w:r>
              <w:rPr>
                <w:rFonts w:eastAsia="Arial"/>
                <w:color w:val="1F1F1F"/>
                <w:sz w:val="16"/>
              </w:rPr>
              <w:t>[</w:t>
            </w:r>
            <w:proofErr w:type="spellStart"/>
            <w:r>
              <w:rPr>
                <w:rFonts w:eastAsia="Arial"/>
                <w:color w:val="1F1F1F"/>
                <w:sz w:val="16"/>
              </w:rPr>
              <w:t>vom</w:t>
            </w:r>
            <w:proofErr w:type="spellEnd"/>
            <w:r>
              <w:rPr>
                <w:rFonts w:eastAsia="Arial"/>
                <w:color w:val="1F1F1F"/>
                <w:sz w:val="16"/>
              </w:rPr>
              <w:t xml:space="preserve"> </w:t>
            </w:r>
            <w:proofErr w:type="spellStart"/>
            <w:r>
              <w:rPr>
                <w:rFonts w:eastAsia="Arial"/>
                <w:color w:val="1F1F1F"/>
                <w:sz w:val="16"/>
              </w:rPr>
              <w:t>Bewerber</w:t>
            </w:r>
            <w:proofErr w:type="spellEnd"/>
            <w:r>
              <w:rPr>
                <w:rFonts w:eastAsia="Arial"/>
                <w:color w:val="1F1F1F"/>
                <w:sz w:val="16"/>
              </w:rPr>
              <w:t xml:space="preserve"> </w:t>
            </w:r>
            <w:proofErr w:type="spellStart"/>
            <w:r>
              <w:rPr>
                <w:rFonts w:eastAsia="Arial"/>
                <w:color w:val="1F1F1F"/>
                <w:sz w:val="16"/>
              </w:rPr>
              <w:t>auszufüllen</w:t>
            </w:r>
            <w:proofErr w:type="spellEnd"/>
            <w:r>
              <w:rPr>
                <w:rFonts w:eastAsia="Arial"/>
                <w:color w:val="1F1F1F"/>
                <w:sz w:val="16"/>
              </w:rPr>
              <w:t>]</w:t>
            </w:r>
          </w:p>
        </w:tc>
      </w:tr>
      <w:tr w:rsidR="00E84B84" w14:paraId="5A24A867" w14:textId="77777777">
        <w:trPr>
          <w:cantSplit/>
          <w:jc w:val="center"/>
        </w:trPr>
        <w:tc>
          <w:tcPr>
            <w:tcW w:w="3969" w:type="dxa"/>
            <w:shd w:val="clear" w:color="auto" w:fill="F3F6F8"/>
            <w:tcMar>
              <w:top w:w="40" w:type="dxa"/>
              <w:left w:w="80" w:type="dxa"/>
              <w:bottom w:w="40" w:type="dxa"/>
              <w:right w:w="80" w:type="dxa"/>
            </w:tcMar>
            <w:vAlign w:val="center"/>
          </w:tcPr>
          <w:p w14:paraId="1F40CE40" w14:textId="77777777" w:rsidR="00E84B84" w:rsidRDefault="008D034A">
            <w:pPr>
              <w:spacing w:after="0" w:line="240" w:lineRule="auto"/>
            </w:pPr>
            <w:proofErr w:type="spellStart"/>
            <w:r>
              <w:rPr>
                <w:rFonts w:eastAsia="Arial"/>
                <w:color w:val="1F1F1F"/>
                <w:sz w:val="16"/>
              </w:rPr>
              <w:t>Leistungsanteil</w:t>
            </w:r>
            <w:proofErr w:type="spellEnd"/>
            <w:r>
              <w:rPr>
                <w:rFonts w:eastAsia="Arial"/>
                <w:color w:val="1F1F1F"/>
                <w:sz w:val="16"/>
              </w:rPr>
              <w:t xml:space="preserve"> des </w:t>
            </w:r>
            <w:proofErr w:type="spellStart"/>
            <w:r>
              <w:rPr>
                <w:rFonts w:eastAsia="Arial"/>
                <w:color w:val="1F1F1F"/>
                <w:sz w:val="16"/>
              </w:rPr>
              <w:t>Bewerbers</w:t>
            </w:r>
            <w:proofErr w:type="spellEnd"/>
          </w:p>
        </w:tc>
        <w:tc>
          <w:tcPr>
            <w:tcW w:w="11225" w:type="dxa"/>
            <w:shd w:val="clear" w:color="auto" w:fill="FFFBEA"/>
            <w:tcMar>
              <w:top w:w="40" w:type="dxa"/>
              <w:left w:w="80" w:type="dxa"/>
              <w:bottom w:w="40" w:type="dxa"/>
              <w:right w:w="80" w:type="dxa"/>
            </w:tcMar>
            <w:vAlign w:val="center"/>
          </w:tcPr>
          <w:p w14:paraId="143541A9" w14:textId="77777777" w:rsidR="00E84B84" w:rsidRDefault="008D034A">
            <w:pPr>
              <w:spacing w:after="0" w:line="240" w:lineRule="auto"/>
            </w:pPr>
            <w:r>
              <w:rPr>
                <w:rFonts w:eastAsia="Arial"/>
                <w:color w:val="1F1F1F"/>
                <w:sz w:val="16"/>
              </w:rPr>
              <w:t>[</w:t>
            </w:r>
            <w:proofErr w:type="spellStart"/>
            <w:r>
              <w:rPr>
                <w:rFonts w:eastAsia="Arial"/>
                <w:color w:val="1F1F1F"/>
                <w:sz w:val="16"/>
              </w:rPr>
              <w:t>vom</w:t>
            </w:r>
            <w:proofErr w:type="spellEnd"/>
            <w:r>
              <w:rPr>
                <w:rFonts w:eastAsia="Arial"/>
                <w:color w:val="1F1F1F"/>
                <w:sz w:val="16"/>
              </w:rPr>
              <w:t xml:space="preserve"> </w:t>
            </w:r>
            <w:proofErr w:type="spellStart"/>
            <w:r>
              <w:rPr>
                <w:rFonts w:eastAsia="Arial"/>
                <w:color w:val="1F1F1F"/>
                <w:sz w:val="16"/>
              </w:rPr>
              <w:t>Bewerber</w:t>
            </w:r>
            <w:proofErr w:type="spellEnd"/>
            <w:r>
              <w:rPr>
                <w:rFonts w:eastAsia="Arial"/>
                <w:color w:val="1F1F1F"/>
                <w:sz w:val="16"/>
              </w:rPr>
              <w:t xml:space="preserve"> </w:t>
            </w:r>
            <w:proofErr w:type="spellStart"/>
            <w:r>
              <w:rPr>
                <w:rFonts w:eastAsia="Arial"/>
                <w:color w:val="1F1F1F"/>
                <w:sz w:val="16"/>
              </w:rPr>
              <w:t>auszufüllen</w:t>
            </w:r>
            <w:proofErr w:type="spellEnd"/>
            <w:r>
              <w:rPr>
                <w:rFonts w:eastAsia="Arial"/>
                <w:color w:val="1F1F1F"/>
                <w:sz w:val="16"/>
              </w:rPr>
              <w:t>]</w:t>
            </w:r>
          </w:p>
        </w:tc>
      </w:tr>
    </w:tbl>
    <w:p w14:paraId="4B5D5BDC" w14:textId="77777777" w:rsidR="00E84B84" w:rsidRDefault="008D034A">
      <w:pPr>
        <w:spacing w:before="100" w:after="40" w:line="240" w:lineRule="auto"/>
      </w:pPr>
      <w:r>
        <w:rPr>
          <w:rFonts w:eastAsia="Arial"/>
          <w:b/>
          <w:color w:val="0B4F7A"/>
          <w:sz w:val="22"/>
        </w:rPr>
        <w:t xml:space="preserve">2. </w:t>
      </w:r>
      <w:proofErr w:type="spellStart"/>
      <w:r>
        <w:rPr>
          <w:rFonts w:eastAsia="Arial"/>
          <w:b/>
          <w:color w:val="0B4F7A"/>
          <w:sz w:val="22"/>
        </w:rPr>
        <w:t>Ausgangslage</w:t>
      </w:r>
      <w:proofErr w:type="spellEnd"/>
      <w:r>
        <w:rPr>
          <w:rFonts w:eastAsia="Arial"/>
          <w:b/>
          <w:color w:val="0B4F7A"/>
          <w:sz w:val="22"/>
        </w:rPr>
        <w:t xml:space="preserve">, </w:t>
      </w:r>
      <w:proofErr w:type="spellStart"/>
      <w:r>
        <w:rPr>
          <w:rFonts w:eastAsia="Arial"/>
          <w:b/>
          <w:color w:val="0B4F7A"/>
          <w:sz w:val="22"/>
        </w:rPr>
        <w:t>Auftrag</w:t>
      </w:r>
      <w:proofErr w:type="spellEnd"/>
      <w:r>
        <w:rPr>
          <w:rFonts w:eastAsia="Arial"/>
          <w:b/>
          <w:color w:val="0B4F7A"/>
          <w:sz w:val="22"/>
        </w:rPr>
        <w:t xml:space="preserve"> und </w:t>
      </w:r>
      <w:proofErr w:type="spellStart"/>
      <w:r>
        <w:rPr>
          <w:rFonts w:eastAsia="Arial"/>
          <w:b/>
          <w:color w:val="0B4F7A"/>
          <w:sz w:val="22"/>
        </w:rPr>
        <w:t>Ergebnisse</w:t>
      </w:r>
      <w:proofErr w:type="spellEnd"/>
    </w:p>
    <w:tbl>
      <w:tblPr>
        <w:tblW w:w="0" w:type="auto"/>
        <w:jc w:val="center"/>
        <w:tblLayout w:type="fixed"/>
        <w:tblLook w:val="04A0" w:firstRow="1" w:lastRow="0" w:firstColumn="1" w:lastColumn="0" w:noHBand="0" w:noVBand="1"/>
      </w:tblPr>
      <w:tblGrid>
        <w:gridCol w:w="3969"/>
        <w:gridCol w:w="11225"/>
      </w:tblGrid>
      <w:tr w:rsidR="00E84B84" w14:paraId="11B2EB87" w14:textId="77777777">
        <w:trPr>
          <w:cantSplit/>
          <w:jc w:val="center"/>
        </w:trPr>
        <w:tc>
          <w:tcPr>
            <w:tcW w:w="3969" w:type="dxa"/>
            <w:shd w:val="clear" w:color="auto" w:fill="F3F6F8"/>
            <w:tcMar>
              <w:top w:w="40" w:type="dxa"/>
              <w:left w:w="80" w:type="dxa"/>
              <w:bottom w:w="40" w:type="dxa"/>
              <w:right w:w="80" w:type="dxa"/>
            </w:tcMar>
            <w:vAlign w:val="center"/>
          </w:tcPr>
          <w:p w14:paraId="5799E063" w14:textId="77777777" w:rsidR="00E84B84" w:rsidRDefault="008D034A">
            <w:pPr>
              <w:spacing w:after="0" w:line="240" w:lineRule="auto"/>
            </w:pPr>
            <w:proofErr w:type="spellStart"/>
            <w:r>
              <w:rPr>
                <w:rFonts w:eastAsia="Arial"/>
                <w:color w:val="1F1F1F"/>
                <w:sz w:val="16"/>
              </w:rPr>
              <w:t>Ausgangslage</w:t>
            </w:r>
            <w:proofErr w:type="spellEnd"/>
            <w:r>
              <w:rPr>
                <w:rFonts w:eastAsia="Arial"/>
                <w:color w:val="1F1F1F"/>
                <w:sz w:val="16"/>
              </w:rPr>
              <w:t xml:space="preserve"> / </w:t>
            </w:r>
            <w:proofErr w:type="spellStart"/>
            <w:r>
              <w:rPr>
                <w:rFonts w:eastAsia="Arial"/>
                <w:color w:val="1F1F1F"/>
                <w:sz w:val="16"/>
              </w:rPr>
              <w:t>Problemstellung</w:t>
            </w:r>
            <w:proofErr w:type="spellEnd"/>
          </w:p>
        </w:tc>
        <w:tc>
          <w:tcPr>
            <w:tcW w:w="11225" w:type="dxa"/>
            <w:shd w:val="clear" w:color="auto" w:fill="FFFBEA"/>
            <w:tcMar>
              <w:top w:w="40" w:type="dxa"/>
              <w:left w:w="80" w:type="dxa"/>
              <w:bottom w:w="40" w:type="dxa"/>
              <w:right w:w="80" w:type="dxa"/>
            </w:tcMar>
            <w:vAlign w:val="center"/>
          </w:tcPr>
          <w:p w14:paraId="45420B29" w14:textId="77777777" w:rsidR="00E84B84" w:rsidRDefault="008D034A">
            <w:pPr>
              <w:spacing w:after="0" w:line="240" w:lineRule="auto"/>
            </w:pPr>
            <w:r w:rsidRPr="00191757">
              <w:rPr>
                <w:rFonts w:eastAsia="Arial"/>
                <w:color w:val="1F1F1F"/>
                <w:sz w:val="16"/>
                <w:lang w:val="de-DE"/>
              </w:rPr>
              <w:t>Ausgangslage und Anlass des Vorhabens konkret beschreiben.</w:t>
            </w:r>
            <w:r w:rsidRPr="00191757">
              <w:rPr>
                <w:rFonts w:eastAsia="Arial"/>
                <w:color w:val="1F1F1F"/>
                <w:sz w:val="16"/>
                <w:lang w:val="de-DE"/>
              </w:rPr>
              <w:br/>
            </w:r>
            <w:r w:rsidRPr="00191757">
              <w:rPr>
                <w:rFonts w:eastAsia="Arial"/>
                <w:color w:val="1F1F1F"/>
                <w:sz w:val="16"/>
                <w:lang w:val="de-DE"/>
              </w:rPr>
              <w:br/>
            </w:r>
            <w:r>
              <w:rPr>
                <w:rFonts w:eastAsia="Arial"/>
                <w:color w:val="1F1F1F"/>
                <w:sz w:val="16"/>
              </w:rPr>
              <w:t>[</w:t>
            </w:r>
            <w:proofErr w:type="spellStart"/>
            <w:r>
              <w:rPr>
                <w:rFonts w:eastAsia="Arial"/>
                <w:color w:val="1F1F1F"/>
                <w:sz w:val="16"/>
              </w:rPr>
              <w:t>vom</w:t>
            </w:r>
            <w:proofErr w:type="spellEnd"/>
            <w:r>
              <w:rPr>
                <w:rFonts w:eastAsia="Arial"/>
                <w:color w:val="1F1F1F"/>
                <w:sz w:val="16"/>
              </w:rPr>
              <w:t xml:space="preserve"> </w:t>
            </w:r>
            <w:proofErr w:type="spellStart"/>
            <w:r>
              <w:rPr>
                <w:rFonts w:eastAsia="Arial"/>
                <w:color w:val="1F1F1F"/>
                <w:sz w:val="16"/>
              </w:rPr>
              <w:t>Bewerber</w:t>
            </w:r>
            <w:proofErr w:type="spellEnd"/>
            <w:r>
              <w:rPr>
                <w:rFonts w:eastAsia="Arial"/>
                <w:color w:val="1F1F1F"/>
                <w:sz w:val="16"/>
              </w:rPr>
              <w:t xml:space="preserve"> </w:t>
            </w:r>
            <w:proofErr w:type="spellStart"/>
            <w:r>
              <w:rPr>
                <w:rFonts w:eastAsia="Arial"/>
                <w:color w:val="1F1F1F"/>
                <w:sz w:val="16"/>
              </w:rPr>
              <w:t>auszufüllen</w:t>
            </w:r>
            <w:proofErr w:type="spellEnd"/>
            <w:r>
              <w:rPr>
                <w:rFonts w:eastAsia="Arial"/>
                <w:color w:val="1F1F1F"/>
                <w:sz w:val="16"/>
              </w:rPr>
              <w:t>]</w:t>
            </w:r>
          </w:p>
        </w:tc>
      </w:tr>
      <w:tr w:rsidR="00E84B84" w14:paraId="556AEF00" w14:textId="77777777">
        <w:trPr>
          <w:cantSplit/>
          <w:jc w:val="center"/>
        </w:trPr>
        <w:tc>
          <w:tcPr>
            <w:tcW w:w="3969" w:type="dxa"/>
            <w:shd w:val="clear" w:color="auto" w:fill="F3F6F8"/>
            <w:tcMar>
              <w:top w:w="40" w:type="dxa"/>
              <w:left w:w="80" w:type="dxa"/>
              <w:bottom w:w="40" w:type="dxa"/>
              <w:right w:w="80" w:type="dxa"/>
            </w:tcMar>
            <w:vAlign w:val="center"/>
          </w:tcPr>
          <w:p w14:paraId="18026666" w14:textId="77777777" w:rsidR="00E84B84" w:rsidRDefault="008D034A">
            <w:pPr>
              <w:spacing w:after="0" w:line="240" w:lineRule="auto"/>
            </w:pPr>
            <w:proofErr w:type="spellStart"/>
            <w:r>
              <w:rPr>
                <w:rFonts w:eastAsia="Arial"/>
                <w:color w:val="1F1F1F"/>
                <w:sz w:val="16"/>
              </w:rPr>
              <w:t>Auftrag</w:t>
            </w:r>
            <w:proofErr w:type="spellEnd"/>
            <w:r>
              <w:rPr>
                <w:rFonts w:eastAsia="Arial"/>
                <w:color w:val="1F1F1F"/>
                <w:sz w:val="16"/>
              </w:rPr>
              <w:t xml:space="preserve"> / </w:t>
            </w:r>
            <w:proofErr w:type="spellStart"/>
            <w:r>
              <w:rPr>
                <w:rFonts w:eastAsia="Arial"/>
                <w:color w:val="1F1F1F"/>
                <w:sz w:val="16"/>
              </w:rPr>
              <w:t>Zielsetzung</w:t>
            </w:r>
            <w:proofErr w:type="spellEnd"/>
          </w:p>
        </w:tc>
        <w:tc>
          <w:tcPr>
            <w:tcW w:w="11225" w:type="dxa"/>
            <w:shd w:val="clear" w:color="auto" w:fill="FFFBEA"/>
            <w:tcMar>
              <w:top w:w="40" w:type="dxa"/>
              <w:left w:w="80" w:type="dxa"/>
              <w:bottom w:w="40" w:type="dxa"/>
              <w:right w:w="80" w:type="dxa"/>
            </w:tcMar>
            <w:vAlign w:val="center"/>
          </w:tcPr>
          <w:p w14:paraId="2F1F0E0E" w14:textId="77777777" w:rsidR="00E84B84" w:rsidRDefault="008D034A">
            <w:pPr>
              <w:spacing w:after="0" w:line="240" w:lineRule="auto"/>
            </w:pPr>
            <w:r w:rsidRPr="00191757">
              <w:rPr>
                <w:rFonts w:eastAsia="Arial"/>
                <w:color w:val="1F1F1F"/>
                <w:sz w:val="16"/>
                <w:lang w:val="de-DE"/>
              </w:rPr>
              <w:t>Ziel und Umfang der durch den Bewerber übernommenen Beratungsleistung beschreiben.</w:t>
            </w:r>
            <w:r w:rsidRPr="00191757">
              <w:rPr>
                <w:rFonts w:eastAsia="Arial"/>
                <w:color w:val="1F1F1F"/>
                <w:sz w:val="16"/>
                <w:lang w:val="de-DE"/>
              </w:rPr>
              <w:br/>
            </w:r>
            <w:r w:rsidRPr="00191757">
              <w:rPr>
                <w:rFonts w:eastAsia="Arial"/>
                <w:color w:val="1F1F1F"/>
                <w:sz w:val="16"/>
                <w:lang w:val="de-DE"/>
              </w:rPr>
              <w:br/>
            </w:r>
            <w:r>
              <w:rPr>
                <w:rFonts w:eastAsia="Arial"/>
                <w:color w:val="1F1F1F"/>
                <w:sz w:val="16"/>
              </w:rPr>
              <w:t>[</w:t>
            </w:r>
            <w:proofErr w:type="spellStart"/>
            <w:r>
              <w:rPr>
                <w:rFonts w:eastAsia="Arial"/>
                <w:color w:val="1F1F1F"/>
                <w:sz w:val="16"/>
              </w:rPr>
              <w:t>vom</w:t>
            </w:r>
            <w:proofErr w:type="spellEnd"/>
            <w:r>
              <w:rPr>
                <w:rFonts w:eastAsia="Arial"/>
                <w:color w:val="1F1F1F"/>
                <w:sz w:val="16"/>
              </w:rPr>
              <w:t xml:space="preserve"> </w:t>
            </w:r>
            <w:proofErr w:type="spellStart"/>
            <w:r>
              <w:rPr>
                <w:rFonts w:eastAsia="Arial"/>
                <w:color w:val="1F1F1F"/>
                <w:sz w:val="16"/>
              </w:rPr>
              <w:t>Bewerber</w:t>
            </w:r>
            <w:proofErr w:type="spellEnd"/>
            <w:r>
              <w:rPr>
                <w:rFonts w:eastAsia="Arial"/>
                <w:color w:val="1F1F1F"/>
                <w:sz w:val="16"/>
              </w:rPr>
              <w:t xml:space="preserve"> </w:t>
            </w:r>
            <w:proofErr w:type="spellStart"/>
            <w:r>
              <w:rPr>
                <w:rFonts w:eastAsia="Arial"/>
                <w:color w:val="1F1F1F"/>
                <w:sz w:val="16"/>
              </w:rPr>
              <w:t>auszufüllen</w:t>
            </w:r>
            <w:proofErr w:type="spellEnd"/>
            <w:r>
              <w:rPr>
                <w:rFonts w:eastAsia="Arial"/>
                <w:color w:val="1F1F1F"/>
                <w:sz w:val="16"/>
              </w:rPr>
              <w:t>]</w:t>
            </w:r>
          </w:p>
        </w:tc>
      </w:tr>
      <w:tr w:rsidR="00E84B84" w14:paraId="22702A14" w14:textId="77777777">
        <w:trPr>
          <w:cantSplit/>
          <w:jc w:val="center"/>
        </w:trPr>
        <w:tc>
          <w:tcPr>
            <w:tcW w:w="3969" w:type="dxa"/>
            <w:shd w:val="clear" w:color="auto" w:fill="F3F6F8"/>
            <w:tcMar>
              <w:top w:w="40" w:type="dxa"/>
              <w:left w:w="80" w:type="dxa"/>
              <w:bottom w:w="40" w:type="dxa"/>
              <w:right w:w="80" w:type="dxa"/>
            </w:tcMar>
            <w:vAlign w:val="center"/>
          </w:tcPr>
          <w:p w14:paraId="025FAA85" w14:textId="77777777" w:rsidR="00E84B84" w:rsidRDefault="008D034A">
            <w:pPr>
              <w:spacing w:after="0" w:line="240" w:lineRule="auto"/>
            </w:pPr>
            <w:proofErr w:type="spellStart"/>
            <w:r>
              <w:rPr>
                <w:rFonts w:eastAsia="Arial"/>
                <w:color w:val="1F1F1F"/>
                <w:sz w:val="16"/>
              </w:rPr>
              <w:t>Erbrachte</w:t>
            </w:r>
            <w:proofErr w:type="spellEnd"/>
            <w:r>
              <w:rPr>
                <w:rFonts w:eastAsia="Arial"/>
                <w:color w:val="1F1F1F"/>
                <w:sz w:val="16"/>
              </w:rPr>
              <w:t xml:space="preserve"> </w:t>
            </w:r>
            <w:proofErr w:type="spellStart"/>
            <w:r>
              <w:rPr>
                <w:rFonts w:eastAsia="Arial"/>
                <w:color w:val="1F1F1F"/>
                <w:sz w:val="16"/>
              </w:rPr>
              <w:t>Ergebnisse</w:t>
            </w:r>
            <w:proofErr w:type="spellEnd"/>
          </w:p>
        </w:tc>
        <w:tc>
          <w:tcPr>
            <w:tcW w:w="11225" w:type="dxa"/>
            <w:shd w:val="clear" w:color="auto" w:fill="FFFBEA"/>
            <w:tcMar>
              <w:top w:w="40" w:type="dxa"/>
              <w:left w:w="80" w:type="dxa"/>
              <w:bottom w:w="40" w:type="dxa"/>
              <w:right w:w="80" w:type="dxa"/>
            </w:tcMar>
            <w:vAlign w:val="center"/>
          </w:tcPr>
          <w:p w14:paraId="2B1D69CA" w14:textId="77777777" w:rsidR="00E84B84" w:rsidRDefault="008D034A">
            <w:pPr>
              <w:spacing w:after="0" w:line="240" w:lineRule="auto"/>
            </w:pPr>
            <w:r w:rsidRPr="00191757">
              <w:rPr>
                <w:rFonts w:eastAsia="Arial"/>
                <w:color w:val="1F1F1F"/>
                <w:sz w:val="16"/>
                <w:lang w:val="de-DE"/>
              </w:rPr>
              <w:t>Wesentliche Ergebnisobjekte und erzielte Ergebnisse benennen.</w:t>
            </w:r>
            <w:r w:rsidRPr="00191757">
              <w:rPr>
                <w:rFonts w:eastAsia="Arial"/>
                <w:color w:val="1F1F1F"/>
                <w:sz w:val="16"/>
                <w:lang w:val="de-DE"/>
              </w:rPr>
              <w:br/>
            </w:r>
            <w:r w:rsidRPr="00191757">
              <w:rPr>
                <w:rFonts w:eastAsia="Arial"/>
                <w:color w:val="1F1F1F"/>
                <w:sz w:val="16"/>
                <w:lang w:val="de-DE"/>
              </w:rPr>
              <w:br/>
            </w:r>
            <w:r>
              <w:rPr>
                <w:rFonts w:eastAsia="Arial"/>
                <w:color w:val="1F1F1F"/>
                <w:sz w:val="16"/>
              </w:rPr>
              <w:t>[</w:t>
            </w:r>
            <w:proofErr w:type="spellStart"/>
            <w:r>
              <w:rPr>
                <w:rFonts w:eastAsia="Arial"/>
                <w:color w:val="1F1F1F"/>
                <w:sz w:val="16"/>
              </w:rPr>
              <w:t>vom</w:t>
            </w:r>
            <w:proofErr w:type="spellEnd"/>
            <w:r>
              <w:rPr>
                <w:rFonts w:eastAsia="Arial"/>
                <w:color w:val="1F1F1F"/>
                <w:sz w:val="16"/>
              </w:rPr>
              <w:t xml:space="preserve"> </w:t>
            </w:r>
            <w:proofErr w:type="spellStart"/>
            <w:r>
              <w:rPr>
                <w:rFonts w:eastAsia="Arial"/>
                <w:color w:val="1F1F1F"/>
                <w:sz w:val="16"/>
              </w:rPr>
              <w:t>Bewerber</w:t>
            </w:r>
            <w:proofErr w:type="spellEnd"/>
            <w:r>
              <w:rPr>
                <w:rFonts w:eastAsia="Arial"/>
                <w:color w:val="1F1F1F"/>
                <w:sz w:val="16"/>
              </w:rPr>
              <w:t xml:space="preserve"> </w:t>
            </w:r>
            <w:proofErr w:type="spellStart"/>
            <w:r>
              <w:rPr>
                <w:rFonts w:eastAsia="Arial"/>
                <w:color w:val="1F1F1F"/>
                <w:sz w:val="16"/>
              </w:rPr>
              <w:t>auszufüllen</w:t>
            </w:r>
            <w:proofErr w:type="spellEnd"/>
            <w:r>
              <w:rPr>
                <w:rFonts w:eastAsia="Arial"/>
                <w:color w:val="1F1F1F"/>
                <w:sz w:val="16"/>
              </w:rPr>
              <w:t>]</w:t>
            </w:r>
          </w:p>
        </w:tc>
      </w:tr>
    </w:tbl>
    <w:p w14:paraId="440AF484" w14:textId="77777777" w:rsidR="00E84B84" w:rsidRDefault="008D034A">
      <w:r>
        <w:br w:type="page"/>
      </w:r>
    </w:p>
    <w:p w14:paraId="73534F15" w14:textId="77777777" w:rsidR="00E84B84" w:rsidRPr="00E05BED" w:rsidRDefault="008D034A">
      <w:pPr>
        <w:spacing w:before="40" w:after="40" w:line="240" w:lineRule="auto"/>
        <w:rPr>
          <w:lang w:val="de-DE"/>
        </w:rPr>
      </w:pPr>
      <w:r w:rsidRPr="00E05BED">
        <w:rPr>
          <w:rFonts w:eastAsia="Arial"/>
          <w:b/>
          <w:color w:val="0B4F7A"/>
          <w:sz w:val="22"/>
          <w:lang w:val="de-DE"/>
        </w:rPr>
        <w:lastRenderedPageBreak/>
        <w:t>3. Zuordnung zu den Leistungsfeldern</w:t>
      </w:r>
    </w:p>
    <w:p w14:paraId="5E0DBE61" w14:textId="77777777" w:rsidR="00E84B84" w:rsidRPr="00191757" w:rsidRDefault="008D034A">
      <w:pPr>
        <w:spacing w:after="0" w:line="240" w:lineRule="auto"/>
        <w:rPr>
          <w:lang w:val="de-DE"/>
        </w:rPr>
      </w:pPr>
      <w:r w:rsidRPr="00E05BED">
        <w:rPr>
          <w:lang w:val="de-DE"/>
        </w:rPr>
        <w:t>Das unter 1 benannte primäre Leistungsfeld ist auszuwählen. Weitere Leistungsfelder dürfen ergänzend ausgewählt werden, wenn ein konkreter Leistungsbeitrag nachgewiesen wird. Für jedes ausgewählte Leistungsfeld ist in der rechten Spalte der konkrete Leistungsanteil dieses Referenzprojekts zu beschreiben.</w:t>
      </w:r>
    </w:p>
    <w:tbl>
      <w:tblPr>
        <w:tblW w:w="0" w:type="auto"/>
        <w:jc w:val="center"/>
        <w:tblLayout w:type="fixed"/>
        <w:tblLook w:val="04A0" w:firstRow="1" w:lastRow="0" w:firstColumn="1" w:lastColumn="0" w:noHBand="0" w:noVBand="1"/>
      </w:tblPr>
      <w:tblGrid>
        <w:gridCol w:w="1247"/>
        <w:gridCol w:w="5102"/>
        <w:gridCol w:w="8844"/>
      </w:tblGrid>
      <w:tr w:rsidR="00E84B84" w:rsidRPr="00CD663C" w14:paraId="5BCFAEBE" w14:textId="77777777">
        <w:trPr>
          <w:cantSplit/>
          <w:tblHeader/>
          <w:jc w:val="center"/>
        </w:trPr>
        <w:tc>
          <w:tcPr>
            <w:tcW w:w="1247" w:type="dxa"/>
            <w:shd w:val="clear" w:color="auto" w:fill="0B4F7A"/>
            <w:tcMar>
              <w:top w:w="40" w:type="dxa"/>
              <w:left w:w="80" w:type="dxa"/>
              <w:bottom w:w="40" w:type="dxa"/>
              <w:right w:w="80" w:type="dxa"/>
            </w:tcMar>
            <w:vAlign w:val="center"/>
          </w:tcPr>
          <w:p w14:paraId="504D82DA" w14:textId="77777777" w:rsidR="00E84B84" w:rsidRDefault="008D034A">
            <w:pPr>
              <w:spacing w:after="0" w:line="240" w:lineRule="auto"/>
              <w:jc w:val="center"/>
            </w:pPr>
            <w:proofErr w:type="spellStart"/>
            <w:r>
              <w:rPr>
                <w:rFonts w:eastAsia="Arial"/>
                <w:b/>
                <w:color w:val="FFFFFF"/>
                <w:sz w:val="16"/>
              </w:rPr>
              <w:t>Auswahl</w:t>
            </w:r>
            <w:proofErr w:type="spellEnd"/>
          </w:p>
        </w:tc>
        <w:tc>
          <w:tcPr>
            <w:tcW w:w="5102" w:type="dxa"/>
            <w:shd w:val="clear" w:color="auto" w:fill="0B4F7A"/>
            <w:tcMar>
              <w:top w:w="40" w:type="dxa"/>
              <w:left w:w="80" w:type="dxa"/>
              <w:bottom w:w="40" w:type="dxa"/>
              <w:right w:w="80" w:type="dxa"/>
            </w:tcMar>
            <w:vAlign w:val="center"/>
          </w:tcPr>
          <w:p w14:paraId="48A1C973" w14:textId="77777777" w:rsidR="00E84B84" w:rsidRDefault="008D034A">
            <w:pPr>
              <w:spacing w:after="0" w:line="240" w:lineRule="auto"/>
              <w:jc w:val="center"/>
            </w:pPr>
            <w:proofErr w:type="spellStart"/>
            <w:r>
              <w:rPr>
                <w:rFonts w:eastAsia="Arial"/>
                <w:b/>
                <w:color w:val="FFFFFF"/>
                <w:sz w:val="16"/>
              </w:rPr>
              <w:t>Leistungsfeld</w:t>
            </w:r>
            <w:proofErr w:type="spellEnd"/>
          </w:p>
        </w:tc>
        <w:tc>
          <w:tcPr>
            <w:tcW w:w="8844" w:type="dxa"/>
            <w:shd w:val="clear" w:color="auto" w:fill="0B4F7A"/>
            <w:tcMar>
              <w:top w:w="40" w:type="dxa"/>
              <w:left w:w="80" w:type="dxa"/>
              <w:bottom w:w="40" w:type="dxa"/>
              <w:right w:w="80" w:type="dxa"/>
            </w:tcMar>
            <w:vAlign w:val="center"/>
          </w:tcPr>
          <w:p w14:paraId="01BA1BF8" w14:textId="77777777" w:rsidR="00E84B84" w:rsidRPr="00191757" w:rsidRDefault="008D034A">
            <w:pPr>
              <w:spacing w:after="0" w:line="240" w:lineRule="auto"/>
              <w:jc w:val="center"/>
              <w:rPr>
                <w:lang w:val="de-DE"/>
              </w:rPr>
            </w:pPr>
            <w:r w:rsidRPr="00191757">
              <w:rPr>
                <w:rFonts w:eastAsia="Arial"/>
                <w:b/>
                <w:color w:val="FFFFFF"/>
                <w:sz w:val="16"/>
                <w:lang w:val="de-DE"/>
              </w:rPr>
              <w:t>Konkreter Nachweis aus diesem Referenzprojekt</w:t>
            </w:r>
          </w:p>
        </w:tc>
      </w:tr>
      <w:tr w:rsidR="00E84B84" w:rsidRPr="00CD663C" w14:paraId="2D385207" w14:textId="77777777">
        <w:trPr>
          <w:cantSplit/>
          <w:jc w:val="center"/>
        </w:trPr>
        <w:tc>
          <w:tcPr>
            <w:tcW w:w="1247" w:type="dxa"/>
            <w:shd w:val="clear" w:color="auto" w:fill="FFFBEA"/>
            <w:tcMar>
              <w:top w:w="40" w:type="dxa"/>
              <w:left w:w="80" w:type="dxa"/>
              <w:bottom w:w="40" w:type="dxa"/>
              <w:right w:w="80" w:type="dxa"/>
            </w:tcMar>
            <w:vAlign w:val="center"/>
          </w:tcPr>
          <w:p w14:paraId="496F8AF6" w14:textId="77777777" w:rsidR="00E84B84" w:rsidRDefault="008D034A">
            <w:pPr>
              <w:spacing w:after="0" w:line="240" w:lineRule="auto"/>
              <w:jc w:val="center"/>
            </w:pPr>
            <w:r>
              <w:rPr>
                <w:rFonts w:eastAsia="Arial"/>
                <w:color w:val="1F1F1F"/>
                <w:sz w:val="16"/>
              </w:rPr>
              <w:t>☐</w:t>
            </w:r>
          </w:p>
        </w:tc>
        <w:tc>
          <w:tcPr>
            <w:tcW w:w="5102" w:type="dxa"/>
            <w:tcMar>
              <w:top w:w="40" w:type="dxa"/>
              <w:left w:w="80" w:type="dxa"/>
              <w:bottom w:w="40" w:type="dxa"/>
              <w:right w:w="80" w:type="dxa"/>
            </w:tcMar>
            <w:vAlign w:val="center"/>
          </w:tcPr>
          <w:p w14:paraId="5732EB56" w14:textId="77777777" w:rsidR="00E84B84" w:rsidRPr="00191757" w:rsidRDefault="008D034A">
            <w:pPr>
              <w:spacing w:after="0" w:line="240" w:lineRule="auto"/>
              <w:rPr>
                <w:lang w:val="de-DE"/>
              </w:rPr>
            </w:pPr>
            <w:r w:rsidRPr="00191757">
              <w:rPr>
                <w:rFonts w:eastAsia="Arial"/>
                <w:color w:val="1F1F1F"/>
                <w:sz w:val="16"/>
                <w:lang w:val="de-DE"/>
              </w:rPr>
              <w:t>LF1 – IT-Strategie und Innovation</w:t>
            </w:r>
          </w:p>
        </w:tc>
        <w:tc>
          <w:tcPr>
            <w:tcW w:w="8844" w:type="dxa"/>
            <w:shd w:val="clear" w:color="auto" w:fill="FFFBEA"/>
            <w:tcMar>
              <w:top w:w="40" w:type="dxa"/>
              <w:left w:w="80" w:type="dxa"/>
              <w:bottom w:w="40" w:type="dxa"/>
              <w:right w:w="80" w:type="dxa"/>
            </w:tcMar>
            <w:vAlign w:val="center"/>
          </w:tcPr>
          <w:p w14:paraId="577B38A1" w14:textId="77777777" w:rsidR="00E84B84" w:rsidRPr="00191757" w:rsidRDefault="008D034A">
            <w:pPr>
              <w:spacing w:after="0" w:line="240" w:lineRule="auto"/>
              <w:rPr>
                <w:lang w:val="de-DE"/>
              </w:rPr>
            </w:pPr>
            <w:r w:rsidRPr="00191757">
              <w:rPr>
                <w:rFonts w:eastAsia="Arial"/>
                <w:color w:val="1F1F1F"/>
                <w:sz w:val="16"/>
                <w:lang w:val="de-DE"/>
              </w:rPr>
              <w:t>[nur bei Auswahl: konkrete Tätigkeit / Ergebnis im Leistungsfeld]</w:t>
            </w:r>
          </w:p>
        </w:tc>
      </w:tr>
      <w:tr w:rsidR="00E84B84" w:rsidRPr="00CD663C" w14:paraId="6E6BF3CC" w14:textId="77777777">
        <w:trPr>
          <w:cantSplit/>
          <w:jc w:val="center"/>
        </w:trPr>
        <w:tc>
          <w:tcPr>
            <w:tcW w:w="1247" w:type="dxa"/>
            <w:shd w:val="clear" w:color="auto" w:fill="FFFBEA"/>
            <w:tcMar>
              <w:top w:w="40" w:type="dxa"/>
              <w:left w:w="80" w:type="dxa"/>
              <w:bottom w:w="40" w:type="dxa"/>
              <w:right w:w="80" w:type="dxa"/>
            </w:tcMar>
            <w:vAlign w:val="center"/>
          </w:tcPr>
          <w:p w14:paraId="64AFB2B4" w14:textId="77777777" w:rsidR="00E84B84" w:rsidRDefault="008D034A">
            <w:pPr>
              <w:spacing w:after="0" w:line="240" w:lineRule="auto"/>
              <w:jc w:val="center"/>
            </w:pPr>
            <w:r>
              <w:rPr>
                <w:rFonts w:eastAsia="Arial"/>
                <w:color w:val="1F1F1F"/>
                <w:sz w:val="16"/>
              </w:rPr>
              <w:t>☐</w:t>
            </w:r>
          </w:p>
        </w:tc>
        <w:tc>
          <w:tcPr>
            <w:tcW w:w="5102" w:type="dxa"/>
            <w:tcMar>
              <w:top w:w="40" w:type="dxa"/>
              <w:left w:w="80" w:type="dxa"/>
              <w:bottom w:w="40" w:type="dxa"/>
              <w:right w:w="80" w:type="dxa"/>
            </w:tcMar>
            <w:vAlign w:val="center"/>
          </w:tcPr>
          <w:p w14:paraId="43678D44" w14:textId="77777777" w:rsidR="00E84B84" w:rsidRDefault="008D034A">
            <w:pPr>
              <w:spacing w:after="0" w:line="240" w:lineRule="auto"/>
            </w:pPr>
            <w:r>
              <w:rPr>
                <w:rFonts w:eastAsia="Arial"/>
                <w:color w:val="1F1F1F"/>
                <w:sz w:val="16"/>
              </w:rPr>
              <w:t xml:space="preserve">LF2 – IT-Governance, Demand, Portfolio und </w:t>
            </w:r>
            <w:proofErr w:type="spellStart"/>
            <w:r>
              <w:rPr>
                <w:rFonts w:eastAsia="Arial"/>
                <w:color w:val="1F1F1F"/>
                <w:sz w:val="16"/>
              </w:rPr>
              <w:t>Steuerung</w:t>
            </w:r>
            <w:proofErr w:type="spellEnd"/>
          </w:p>
        </w:tc>
        <w:tc>
          <w:tcPr>
            <w:tcW w:w="8844" w:type="dxa"/>
            <w:shd w:val="clear" w:color="auto" w:fill="FFFBEA"/>
            <w:tcMar>
              <w:top w:w="40" w:type="dxa"/>
              <w:left w:w="80" w:type="dxa"/>
              <w:bottom w:w="40" w:type="dxa"/>
              <w:right w:w="80" w:type="dxa"/>
            </w:tcMar>
            <w:vAlign w:val="center"/>
          </w:tcPr>
          <w:p w14:paraId="76A3366D" w14:textId="77777777" w:rsidR="00E84B84" w:rsidRPr="00191757" w:rsidRDefault="008D034A">
            <w:pPr>
              <w:spacing w:after="0" w:line="240" w:lineRule="auto"/>
              <w:rPr>
                <w:lang w:val="de-DE"/>
              </w:rPr>
            </w:pPr>
            <w:r w:rsidRPr="00191757">
              <w:rPr>
                <w:rFonts w:eastAsia="Arial"/>
                <w:color w:val="1F1F1F"/>
                <w:sz w:val="16"/>
                <w:lang w:val="de-DE"/>
              </w:rPr>
              <w:t>[nur bei Auswahl: konkrete Tätigkeit / Ergebnis im Leistungsfeld]</w:t>
            </w:r>
          </w:p>
        </w:tc>
      </w:tr>
      <w:tr w:rsidR="00E84B84" w:rsidRPr="00CD663C" w14:paraId="3F408E28" w14:textId="77777777">
        <w:trPr>
          <w:cantSplit/>
          <w:jc w:val="center"/>
        </w:trPr>
        <w:tc>
          <w:tcPr>
            <w:tcW w:w="1247" w:type="dxa"/>
            <w:shd w:val="clear" w:color="auto" w:fill="FFFBEA"/>
            <w:tcMar>
              <w:top w:w="40" w:type="dxa"/>
              <w:left w:w="80" w:type="dxa"/>
              <w:bottom w:w="40" w:type="dxa"/>
              <w:right w:w="80" w:type="dxa"/>
            </w:tcMar>
            <w:vAlign w:val="center"/>
          </w:tcPr>
          <w:p w14:paraId="3E74D138" w14:textId="77777777" w:rsidR="00E84B84" w:rsidRDefault="008D034A">
            <w:pPr>
              <w:spacing w:after="0" w:line="240" w:lineRule="auto"/>
              <w:jc w:val="center"/>
            </w:pPr>
            <w:r>
              <w:rPr>
                <w:rFonts w:eastAsia="Arial"/>
                <w:color w:val="1F1F1F"/>
                <w:sz w:val="16"/>
              </w:rPr>
              <w:t>☐</w:t>
            </w:r>
          </w:p>
        </w:tc>
        <w:tc>
          <w:tcPr>
            <w:tcW w:w="5102" w:type="dxa"/>
            <w:tcMar>
              <w:top w:w="40" w:type="dxa"/>
              <w:left w:w="80" w:type="dxa"/>
              <w:bottom w:w="40" w:type="dxa"/>
              <w:right w:w="80" w:type="dxa"/>
            </w:tcMar>
            <w:vAlign w:val="center"/>
          </w:tcPr>
          <w:p w14:paraId="228B31C7" w14:textId="77777777" w:rsidR="00E84B84" w:rsidRDefault="008D034A">
            <w:pPr>
              <w:spacing w:after="0" w:line="240" w:lineRule="auto"/>
            </w:pPr>
            <w:r>
              <w:rPr>
                <w:rFonts w:eastAsia="Arial"/>
                <w:color w:val="1F1F1F"/>
                <w:sz w:val="16"/>
              </w:rPr>
              <w:t xml:space="preserve">LF3 – IT-Service-Management und </w:t>
            </w:r>
            <w:proofErr w:type="spellStart"/>
            <w:r>
              <w:rPr>
                <w:rFonts w:eastAsia="Arial"/>
                <w:color w:val="1F1F1F"/>
                <w:sz w:val="16"/>
              </w:rPr>
              <w:t>Serviceorientierung</w:t>
            </w:r>
            <w:proofErr w:type="spellEnd"/>
          </w:p>
        </w:tc>
        <w:tc>
          <w:tcPr>
            <w:tcW w:w="8844" w:type="dxa"/>
            <w:shd w:val="clear" w:color="auto" w:fill="FFFBEA"/>
            <w:tcMar>
              <w:top w:w="40" w:type="dxa"/>
              <w:left w:w="80" w:type="dxa"/>
              <w:bottom w:w="40" w:type="dxa"/>
              <w:right w:w="80" w:type="dxa"/>
            </w:tcMar>
            <w:vAlign w:val="center"/>
          </w:tcPr>
          <w:p w14:paraId="5101705D" w14:textId="77777777" w:rsidR="00E84B84" w:rsidRPr="00191757" w:rsidRDefault="008D034A">
            <w:pPr>
              <w:spacing w:after="0" w:line="240" w:lineRule="auto"/>
              <w:rPr>
                <w:lang w:val="de-DE"/>
              </w:rPr>
            </w:pPr>
            <w:r w:rsidRPr="00191757">
              <w:rPr>
                <w:rFonts w:eastAsia="Arial"/>
                <w:color w:val="1F1F1F"/>
                <w:sz w:val="16"/>
                <w:lang w:val="de-DE"/>
              </w:rPr>
              <w:t>[nur bei Auswahl: konkrete Tätigkeit / Ergebnis im Leistungsfeld]</w:t>
            </w:r>
          </w:p>
        </w:tc>
      </w:tr>
      <w:tr w:rsidR="00E84B84" w:rsidRPr="00CD663C" w14:paraId="510D7D94" w14:textId="77777777">
        <w:trPr>
          <w:cantSplit/>
          <w:jc w:val="center"/>
        </w:trPr>
        <w:tc>
          <w:tcPr>
            <w:tcW w:w="1247" w:type="dxa"/>
            <w:shd w:val="clear" w:color="auto" w:fill="FFFBEA"/>
            <w:tcMar>
              <w:top w:w="40" w:type="dxa"/>
              <w:left w:w="80" w:type="dxa"/>
              <w:bottom w:w="40" w:type="dxa"/>
              <w:right w:w="80" w:type="dxa"/>
            </w:tcMar>
            <w:vAlign w:val="center"/>
          </w:tcPr>
          <w:p w14:paraId="2A9A5D5D" w14:textId="77777777" w:rsidR="00E84B84" w:rsidRDefault="008D034A">
            <w:pPr>
              <w:spacing w:after="0" w:line="240" w:lineRule="auto"/>
              <w:jc w:val="center"/>
            </w:pPr>
            <w:r>
              <w:rPr>
                <w:rFonts w:eastAsia="Arial"/>
                <w:color w:val="1F1F1F"/>
                <w:sz w:val="16"/>
              </w:rPr>
              <w:t>☐</w:t>
            </w:r>
          </w:p>
        </w:tc>
        <w:tc>
          <w:tcPr>
            <w:tcW w:w="5102" w:type="dxa"/>
            <w:tcMar>
              <w:top w:w="40" w:type="dxa"/>
              <w:left w:w="80" w:type="dxa"/>
              <w:bottom w:w="40" w:type="dxa"/>
              <w:right w:w="80" w:type="dxa"/>
            </w:tcMar>
            <w:vAlign w:val="center"/>
          </w:tcPr>
          <w:p w14:paraId="7EFC8189" w14:textId="77777777" w:rsidR="00E84B84" w:rsidRPr="00191757" w:rsidRDefault="008D034A">
            <w:pPr>
              <w:spacing w:after="0" w:line="240" w:lineRule="auto"/>
              <w:rPr>
                <w:lang w:val="de-DE"/>
              </w:rPr>
            </w:pPr>
            <w:r w:rsidRPr="00191757">
              <w:rPr>
                <w:rFonts w:eastAsia="Arial"/>
                <w:color w:val="1F1F1F"/>
                <w:sz w:val="16"/>
                <w:lang w:val="de-DE"/>
              </w:rPr>
              <w:t>LF4 – Organisation, Operating Model und Prozesse</w:t>
            </w:r>
          </w:p>
        </w:tc>
        <w:tc>
          <w:tcPr>
            <w:tcW w:w="8844" w:type="dxa"/>
            <w:shd w:val="clear" w:color="auto" w:fill="FFFBEA"/>
            <w:tcMar>
              <w:top w:w="40" w:type="dxa"/>
              <w:left w:w="80" w:type="dxa"/>
              <w:bottom w:w="40" w:type="dxa"/>
              <w:right w:w="80" w:type="dxa"/>
            </w:tcMar>
            <w:vAlign w:val="center"/>
          </w:tcPr>
          <w:p w14:paraId="38027349" w14:textId="77777777" w:rsidR="00E84B84" w:rsidRPr="00191757" w:rsidRDefault="008D034A">
            <w:pPr>
              <w:spacing w:after="0" w:line="240" w:lineRule="auto"/>
              <w:rPr>
                <w:lang w:val="de-DE"/>
              </w:rPr>
            </w:pPr>
            <w:r w:rsidRPr="00191757">
              <w:rPr>
                <w:rFonts w:eastAsia="Arial"/>
                <w:color w:val="1F1F1F"/>
                <w:sz w:val="16"/>
                <w:lang w:val="de-DE"/>
              </w:rPr>
              <w:t>[nur bei Auswahl: konkrete Tätigkeit / Ergebnis im Leistungsfeld]</w:t>
            </w:r>
          </w:p>
        </w:tc>
      </w:tr>
      <w:tr w:rsidR="00E84B84" w:rsidRPr="00CD663C" w14:paraId="6585E564" w14:textId="77777777">
        <w:trPr>
          <w:cantSplit/>
          <w:jc w:val="center"/>
        </w:trPr>
        <w:tc>
          <w:tcPr>
            <w:tcW w:w="1247" w:type="dxa"/>
            <w:shd w:val="clear" w:color="auto" w:fill="FFFBEA"/>
            <w:tcMar>
              <w:top w:w="40" w:type="dxa"/>
              <w:left w:w="80" w:type="dxa"/>
              <w:bottom w:w="40" w:type="dxa"/>
              <w:right w:w="80" w:type="dxa"/>
            </w:tcMar>
            <w:vAlign w:val="center"/>
          </w:tcPr>
          <w:p w14:paraId="0D976A3D" w14:textId="77777777" w:rsidR="00E84B84" w:rsidRDefault="008D034A">
            <w:pPr>
              <w:spacing w:after="0" w:line="240" w:lineRule="auto"/>
              <w:jc w:val="center"/>
            </w:pPr>
            <w:r>
              <w:rPr>
                <w:rFonts w:eastAsia="Arial"/>
                <w:color w:val="1F1F1F"/>
                <w:sz w:val="16"/>
              </w:rPr>
              <w:t>☐</w:t>
            </w:r>
          </w:p>
        </w:tc>
        <w:tc>
          <w:tcPr>
            <w:tcW w:w="5102" w:type="dxa"/>
            <w:tcMar>
              <w:top w:w="40" w:type="dxa"/>
              <w:left w:w="80" w:type="dxa"/>
              <w:bottom w:w="40" w:type="dxa"/>
              <w:right w:w="80" w:type="dxa"/>
            </w:tcMar>
            <w:vAlign w:val="center"/>
          </w:tcPr>
          <w:p w14:paraId="04D366FA" w14:textId="77777777" w:rsidR="00E84B84" w:rsidRDefault="008D034A">
            <w:pPr>
              <w:spacing w:after="0" w:line="240" w:lineRule="auto"/>
            </w:pPr>
            <w:r>
              <w:rPr>
                <w:rFonts w:eastAsia="Arial"/>
                <w:color w:val="1F1F1F"/>
                <w:sz w:val="16"/>
              </w:rPr>
              <w:t xml:space="preserve">LF5 – </w:t>
            </w:r>
            <w:proofErr w:type="spellStart"/>
            <w:r>
              <w:rPr>
                <w:rFonts w:eastAsia="Arial"/>
                <w:color w:val="1F1F1F"/>
                <w:sz w:val="16"/>
              </w:rPr>
              <w:t>Architektur</w:t>
            </w:r>
            <w:proofErr w:type="spellEnd"/>
            <w:r>
              <w:rPr>
                <w:rFonts w:eastAsia="Arial"/>
                <w:color w:val="1F1F1F"/>
                <w:sz w:val="16"/>
              </w:rPr>
              <w:t xml:space="preserve">, Sourcing, Provider- und </w:t>
            </w:r>
            <w:proofErr w:type="spellStart"/>
            <w:r>
              <w:rPr>
                <w:rFonts w:eastAsia="Arial"/>
                <w:color w:val="1F1F1F"/>
                <w:sz w:val="16"/>
              </w:rPr>
              <w:t>Lizenzmanagement</w:t>
            </w:r>
            <w:proofErr w:type="spellEnd"/>
          </w:p>
        </w:tc>
        <w:tc>
          <w:tcPr>
            <w:tcW w:w="8844" w:type="dxa"/>
            <w:shd w:val="clear" w:color="auto" w:fill="FFFBEA"/>
            <w:tcMar>
              <w:top w:w="40" w:type="dxa"/>
              <w:left w:w="80" w:type="dxa"/>
              <w:bottom w:w="40" w:type="dxa"/>
              <w:right w:w="80" w:type="dxa"/>
            </w:tcMar>
            <w:vAlign w:val="center"/>
          </w:tcPr>
          <w:p w14:paraId="3D223CDE" w14:textId="77777777" w:rsidR="00E84B84" w:rsidRPr="00191757" w:rsidRDefault="008D034A">
            <w:pPr>
              <w:spacing w:after="0" w:line="240" w:lineRule="auto"/>
              <w:rPr>
                <w:lang w:val="de-DE"/>
              </w:rPr>
            </w:pPr>
            <w:r w:rsidRPr="00191757">
              <w:rPr>
                <w:rFonts w:eastAsia="Arial"/>
                <w:color w:val="1F1F1F"/>
                <w:sz w:val="16"/>
                <w:lang w:val="de-DE"/>
              </w:rPr>
              <w:t>[nur bei Auswahl: konkrete Tätigkeit / Ergebnis im Leistungsfeld]</w:t>
            </w:r>
          </w:p>
        </w:tc>
      </w:tr>
      <w:tr w:rsidR="00E84B84" w:rsidRPr="00CD663C" w14:paraId="6767D4A8" w14:textId="77777777">
        <w:trPr>
          <w:cantSplit/>
          <w:jc w:val="center"/>
        </w:trPr>
        <w:tc>
          <w:tcPr>
            <w:tcW w:w="1247" w:type="dxa"/>
            <w:shd w:val="clear" w:color="auto" w:fill="FFFBEA"/>
            <w:tcMar>
              <w:top w:w="40" w:type="dxa"/>
              <w:left w:w="80" w:type="dxa"/>
              <w:bottom w:w="40" w:type="dxa"/>
              <w:right w:w="80" w:type="dxa"/>
            </w:tcMar>
            <w:vAlign w:val="center"/>
          </w:tcPr>
          <w:p w14:paraId="5CBE17E0" w14:textId="77777777" w:rsidR="00E84B84" w:rsidRDefault="008D034A">
            <w:pPr>
              <w:spacing w:after="0" w:line="240" w:lineRule="auto"/>
              <w:jc w:val="center"/>
            </w:pPr>
            <w:r>
              <w:rPr>
                <w:rFonts w:eastAsia="Arial"/>
                <w:color w:val="1F1F1F"/>
                <w:sz w:val="16"/>
              </w:rPr>
              <w:t>☐</w:t>
            </w:r>
          </w:p>
        </w:tc>
        <w:tc>
          <w:tcPr>
            <w:tcW w:w="5102" w:type="dxa"/>
            <w:tcMar>
              <w:top w:w="40" w:type="dxa"/>
              <w:left w:w="80" w:type="dxa"/>
              <w:bottom w:w="40" w:type="dxa"/>
              <w:right w:w="80" w:type="dxa"/>
            </w:tcMar>
            <w:vAlign w:val="center"/>
          </w:tcPr>
          <w:p w14:paraId="03A6D175" w14:textId="77777777" w:rsidR="00E84B84" w:rsidRDefault="008D034A">
            <w:pPr>
              <w:spacing w:after="0" w:line="240" w:lineRule="auto"/>
            </w:pPr>
            <w:r>
              <w:rPr>
                <w:rFonts w:eastAsia="Arial"/>
                <w:color w:val="1F1F1F"/>
                <w:sz w:val="16"/>
              </w:rPr>
              <w:t>LF6 – Security Governance, Risk, Compliance und IT-</w:t>
            </w:r>
            <w:proofErr w:type="spellStart"/>
            <w:r>
              <w:rPr>
                <w:rFonts w:eastAsia="Arial"/>
                <w:color w:val="1F1F1F"/>
                <w:sz w:val="16"/>
              </w:rPr>
              <w:t>Resilienz</w:t>
            </w:r>
            <w:proofErr w:type="spellEnd"/>
          </w:p>
        </w:tc>
        <w:tc>
          <w:tcPr>
            <w:tcW w:w="8844" w:type="dxa"/>
            <w:shd w:val="clear" w:color="auto" w:fill="FFFBEA"/>
            <w:tcMar>
              <w:top w:w="40" w:type="dxa"/>
              <w:left w:w="80" w:type="dxa"/>
              <w:bottom w:w="40" w:type="dxa"/>
              <w:right w:w="80" w:type="dxa"/>
            </w:tcMar>
            <w:vAlign w:val="center"/>
          </w:tcPr>
          <w:p w14:paraId="31BE2A41" w14:textId="77777777" w:rsidR="00E84B84" w:rsidRPr="00191757" w:rsidRDefault="008D034A">
            <w:pPr>
              <w:spacing w:after="0" w:line="240" w:lineRule="auto"/>
              <w:rPr>
                <w:lang w:val="de-DE"/>
              </w:rPr>
            </w:pPr>
            <w:r w:rsidRPr="00191757">
              <w:rPr>
                <w:rFonts w:eastAsia="Arial"/>
                <w:color w:val="1F1F1F"/>
                <w:sz w:val="16"/>
                <w:lang w:val="de-DE"/>
              </w:rPr>
              <w:t>[nur bei Auswahl: konkrete Tätigkeit / Ergebnis im Leistungsfeld]</w:t>
            </w:r>
          </w:p>
        </w:tc>
      </w:tr>
      <w:tr w:rsidR="00E84B84" w:rsidRPr="00CD663C" w14:paraId="74E4AAC8" w14:textId="77777777">
        <w:trPr>
          <w:cantSplit/>
          <w:jc w:val="center"/>
        </w:trPr>
        <w:tc>
          <w:tcPr>
            <w:tcW w:w="1247" w:type="dxa"/>
            <w:shd w:val="clear" w:color="auto" w:fill="FFFBEA"/>
            <w:tcMar>
              <w:top w:w="40" w:type="dxa"/>
              <w:left w:w="80" w:type="dxa"/>
              <w:bottom w:w="40" w:type="dxa"/>
              <w:right w:w="80" w:type="dxa"/>
            </w:tcMar>
            <w:vAlign w:val="center"/>
          </w:tcPr>
          <w:p w14:paraId="15561118" w14:textId="77777777" w:rsidR="00E84B84" w:rsidRDefault="008D034A">
            <w:pPr>
              <w:spacing w:after="0" w:line="240" w:lineRule="auto"/>
              <w:jc w:val="center"/>
            </w:pPr>
            <w:r>
              <w:rPr>
                <w:rFonts w:eastAsia="Arial"/>
                <w:color w:val="1F1F1F"/>
                <w:sz w:val="16"/>
              </w:rPr>
              <w:t>☐</w:t>
            </w:r>
          </w:p>
        </w:tc>
        <w:tc>
          <w:tcPr>
            <w:tcW w:w="5102" w:type="dxa"/>
            <w:tcMar>
              <w:top w:w="40" w:type="dxa"/>
              <w:left w:w="80" w:type="dxa"/>
              <w:bottom w:w="40" w:type="dxa"/>
              <w:right w:w="80" w:type="dxa"/>
            </w:tcMar>
            <w:vAlign w:val="center"/>
          </w:tcPr>
          <w:p w14:paraId="21DA73F4" w14:textId="77777777" w:rsidR="00E84B84" w:rsidRPr="00191757" w:rsidRDefault="008D034A">
            <w:pPr>
              <w:spacing w:after="0" w:line="240" w:lineRule="auto"/>
              <w:rPr>
                <w:lang w:val="de-DE"/>
              </w:rPr>
            </w:pPr>
            <w:r w:rsidRPr="00191757">
              <w:rPr>
                <w:rFonts w:eastAsia="Arial"/>
                <w:color w:val="1F1F1F"/>
                <w:sz w:val="16"/>
                <w:lang w:val="de-DE"/>
              </w:rPr>
              <w:t xml:space="preserve">LF7 – CRM, </w:t>
            </w:r>
            <w:proofErr w:type="spellStart"/>
            <w:r w:rsidRPr="00191757">
              <w:rPr>
                <w:rFonts w:eastAsia="Arial"/>
                <w:color w:val="1F1F1F"/>
                <w:sz w:val="16"/>
                <w:lang w:val="de-DE"/>
              </w:rPr>
              <w:t>Anliegenmanagement</w:t>
            </w:r>
            <w:proofErr w:type="spellEnd"/>
            <w:r w:rsidRPr="00191757">
              <w:rPr>
                <w:rFonts w:eastAsia="Arial"/>
                <w:color w:val="1F1F1F"/>
                <w:sz w:val="16"/>
                <w:lang w:val="de-DE"/>
              </w:rPr>
              <w:t xml:space="preserve"> und Business-Nähe</w:t>
            </w:r>
          </w:p>
        </w:tc>
        <w:tc>
          <w:tcPr>
            <w:tcW w:w="8844" w:type="dxa"/>
            <w:shd w:val="clear" w:color="auto" w:fill="FFFBEA"/>
            <w:tcMar>
              <w:top w:w="40" w:type="dxa"/>
              <w:left w:w="80" w:type="dxa"/>
              <w:bottom w:w="40" w:type="dxa"/>
              <w:right w:w="80" w:type="dxa"/>
            </w:tcMar>
            <w:vAlign w:val="center"/>
          </w:tcPr>
          <w:p w14:paraId="549F0DE3" w14:textId="77777777" w:rsidR="00E84B84" w:rsidRPr="00191757" w:rsidRDefault="008D034A">
            <w:pPr>
              <w:spacing w:after="0" w:line="240" w:lineRule="auto"/>
              <w:rPr>
                <w:lang w:val="de-DE"/>
              </w:rPr>
            </w:pPr>
            <w:r w:rsidRPr="00191757">
              <w:rPr>
                <w:rFonts w:eastAsia="Arial"/>
                <w:color w:val="1F1F1F"/>
                <w:sz w:val="16"/>
                <w:lang w:val="de-DE"/>
              </w:rPr>
              <w:t>[nur bei Auswahl: konkrete Tätigkeit / Ergebnis im Leistungsfeld]</w:t>
            </w:r>
          </w:p>
        </w:tc>
      </w:tr>
      <w:tr w:rsidR="00E84B84" w:rsidRPr="00CD663C" w14:paraId="007BC71A" w14:textId="77777777">
        <w:trPr>
          <w:cantSplit/>
          <w:jc w:val="center"/>
        </w:trPr>
        <w:tc>
          <w:tcPr>
            <w:tcW w:w="1247" w:type="dxa"/>
            <w:shd w:val="clear" w:color="auto" w:fill="FFFBEA"/>
            <w:tcMar>
              <w:top w:w="40" w:type="dxa"/>
              <w:left w:w="80" w:type="dxa"/>
              <w:bottom w:w="40" w:type="dxa"/>
              <w:right w:w="80" w:type="dxa"/>
            </w:tcMar>
            <w:vAlign w:val="center"/>
          </w:tcPr>
          <w:p w14:paraId="0378BB63" w14:textId="77777777" w:rsidR="00E84B84" w:rsidRDefault="008D034A">
            <w:pPr>
              <w:spacing w:after="0" w:line="240" w:lineRule="auto"/>
              <w:jc w:val="center"/>
            </w:pPr>
            <w:r>
              <w:rPr>
                <w:rFonts w:eastAsia="Arial"/>
                <w:color w:val="1F1F1F"/>
                <w:sz w:val="16"/>
              </w:rPr>
              <w:t>☐</w:t>
            </w:r>
          </w:p>
        </w:tc>
        <w:tc>
          <w:tcPr>
            <w:tcW w:w="5102" w:type="dxa"/>
            <w:tcMar>
              <w:top w:w="40" w:type="dxa"/>
              <w:left w:w="80" w:type="dxa"/>
              <w:bottom w:w="40" w:type="dxa"/>
              <w:right w:w="80" w:type="dxa"/>
            </w:tcMar>
            <w:vAlign w:val="center"/>
          </w:tcPr>
          <w:p w14:paraId="49B97AD7" w14:textId="77777777" w:rsidR="00E84B84" w:rsidRDefault="008D034A">
            <w:pPr>
              <w:spacing w:after="0" w:line="240" w:lineRule="auto"/>
            </w:pPr>
            <w:r>
              <w:rPr>
                <w:rFonts w:eastAsia="Arial"/>
                <w:color w:val="1F1F1F"/>
                <w:sz w:val="16"/>
              </w:rPr>
              <w:t xml:space="preserve">LF8 – </w:t>
            </w:r>
            <w:proofErr w:type="spellStart"/>
            <w:r>
              <w:rPr>
                <w:rFonts w:eastAsia="Arial"/>
                <w:color w:val="1F1F1F"/>
                <w:sz w:val="16"/>
              </w:rPr>
              <w:t>Qualität</w:t>
            </w:r>
            <w:proofErr w:type="spellEnd"/>
            <w:r>
              <w:rPr>
                <w:rFonts w:eastAsia="Arial"/>
                <w:color w:val="1F1F1F"/>
                <w:sz w:val="16"/>
              </w:rPr>
              <w:t>, Reviews, KVP und Benchmarking</w:t>
            </w:r>
          </w:p>
        </w:tc>
        <w:tc>
          <w:tcPr>
            <w:tcW w:w="8844" w:type="dxa"/>
            <w:shd w:val="clear" w:color="auto" w:fill="FFFBEA"/>
            <w:tcMar>
              <w:top w:w="40" w:type="dxa"/>
              <w:left w:w="80" w:type="dxa"/>
              <w:bottom w:w="40" w:type="dxa"/>
              <w:right w:w="80" w:type="dxa"/>
            </w:tcMar>
            <w:vAlign w:val="center"/>
          </w:tcPr>
          <w:p w14:paraId="6BAA5495" w14:textId="77777777" w:rsidR="00E84B84" w:rsidRPr="00191757" w:rsidRDefault="008D034A">
            <w:pPr>
              <w:spacing w:after="0" w:line="240" w:lineRule="auto"/>
              <w:rPr>
                <w:lang w:val="de-DE"/>
              </w:rPr>
            </w:pPr>
            <w:r w:rsidRPr="00191757">
              <w:rPr>
                <w:rFonts w:eastAsia="Arial"/>
                <w:color w:val="1F1F1F"/>
                <w:sz w:val="16"/>
                <w:lang w:val="de-DE"/>
              </w:rPr>
              <w:t>[nur bei Auswahl: konkrete Tätigkeit / Ergebnis im Leistungsfeld]</w:t>
            </w:r>
          </w:p>
        </w:tc>
      </w:tr>
      <w:tr w:rsidR="00E84B84" w:rsidRPr="00CD663C" w14:paraId="171E2C94" w14:textId="77777777">
        <w:trPr>
          <w:cantSplit/>
          <w:jc w:val="center"/>
        </w:trPr>
        <w:tc>
          <w:tcPr>
            <w:tcW w:w="1247" w:type="dxa"/>
            <w:shd w:val="clear" w:color="auto" w:fill="FFFBEA"/>
            <w:tcMar>
              <w:top w:w="40" w:type="dxa"/>
              <w:left w:w="80" w:type="dxa"/>
              <w:bottom w:w="40" w:type="dxa"/>
              <w:right w:w="80" w:type="dxa"/>
            </w:tcMar>
            <w:vAlign w:val="center"/>
          </w:tcPr>
          <w:p w14:paraId="2791E45F" w14:textId="77777777" w:rsidR="00E84B84" w:rsidRDefault="008D034A">
            <w:pPr>
              <w:spacing w:after="0" w:line="240" w:lineRule="auto"/>
              <w:jc w:val="center"/>
            </w:pPr>
            <w:r>
              <w:rPr>
                <w:rFonts w:eastAsia="Arial"/>
                <w:color w:val="1F1F1F"/>
                <w:sz w:val="16"/>
              </w:rPr>
              <w:t>☐</w:t>
            </w:r>
          </w:p>
        </w:tc>
        <w:tc>
          <w:tcPr>
            <w:tcW w:w="5102" w:type="dxa"/>
            <w:tcMar>
              <w:top w:w="40" w:type="dxa"/>
              <w:left w:w="80" w:type="dxa"/>
              <w:bottom w:w="40" w:type="dxa"/>
              <w:right w:w="80" w:type="dxa"/>
            </w:tcMar>
            <w:vAlign w:val="center"/>
          </w:tcPr>
          <w:p w14:paraId="22F2E5A2" w14:textId="77777777" w:rsidR="00E84B84" w:rsidRPr="00191757" w:rsidRDefault="008D034A">
            <w:pPr>
              <w:spacing w:after="0" w:line="240" w:lineRule="auto"/>
              <w:rPr>
                <w:lang w:val="de-DE"/>
              </w:rPr>
            </w:pPr>
            <w:r w:rsidRPr="00191757">
              <w:rPr>
                <w:rFonts w:eastAsia="Arial"/>
                <w:color w:val="1F1F1F"/>
                <w:sz w:val="16"/>
                <w:lang w:val="de-DE"/>
              </w:rPr>
              <w:t xml:space="preserve">LF9 – Projekt-, Transformations- und </w:t>
            </w:r>
            <w:proofErr w:type="spellStart"/>
            <w:r w:rsidRPr="00191757">
              <w:rPr>
                <w:rFonts w:eastAsia="Arial"/>
                <w:color w:val="1F1F1F"/>
                <w:sz w:val="16"/>
                <w:lang w:val="de-DE"/>
              </w:rPr>
              <w:t>transitionsnahe</w:t>
            </w:r>
            <w:proofErr w:type="spellEnd"/>
            <w:r w:rsidRPr="00191757">
              <w:rPr>
                <w:rFonts w:eastAsia="Arial"/>
                <w:color w:val="1F1F1F"/>
                <w:sz w:val="16"/>
                <w:lang w:val="de-DE"/>
              </w:rPr>
              <w:t xml:space="preserve"> Unterstützung</w:t>
            </w:r>
          </w:p>
        </w:tc>
        <w:tc>
          <w:tcPr>
            <w:tcW w:w="8844" w:type="dxa"/>
            <w:shd w:val="clear" w:color="auto" w:fill="FFFBEA"/>
            <w:tcMar>
              <w:top w:w="40" w:type="dxa"/>
              <w:left w:w="80" w:type="dxa"/>
              <w:bottom w:w="40" w:type="dxa"/>
              <w:right w:w="80" w:type="dxa"/>
            </w:tcMar>
            <w:vAlign w:val="center"/>
          </w:tcPr>
          <w:p w14:paraId="5B604404" w14:textId="77777777" w:rsidR="00E84B84" w:rsidRPr="00191757" w:rsidRDefault="008D034A">
            <w:pPr>
              <w:spacing w:after="0" w:line="240" w:lineRule="auto"/>
              <w:rPr>
                <w:lang w:val="de-DE"/>
              </w:rPr>
            </w:pPr>
            <w:r w:rsidRPr="00191757">
              <w:rPr>
                <w:rFonts w:eastAsia="Arial"/>
                <w:color w:val="1F1F1F"/>
                <w:sz w:val="16"/>
                <w:lang w:val="de-DE"/>
              </w:rPr>
              <w:t>[nur bei Auswahl: konkrete Tätigkeit / Ergebnis im Leistungsfeld]</w:t>
            </w:r>
          </w:p>
        </w:tc>
      </w:tr>
    </w:tbl>
    <w:p w14:paraId="7BA0E0C2" w14:textId="77777777" w:rsidR="00E84B84" w:rsidRDefault="008D034A">
      <w:pPr>
        <w:spacing w:before="100" w:after="40" w:line="240" w:lineRule="auto"/>
      </w:pPr>
      <w:r>
        <w:rPr>
          <w:rFonts w:eastAsia="Arial"/>
          <w:b/>
          <w:color w:val="0B4F7A"/>
          <w:sz w:val="22"/>
        </w:rPr>
        <w:t xml:space="preserve">4. </w:t>
      </w:r>
      <w:proofErr w:type="spellStart"/>
      <w:r>
        <w:rPr>
          <w:rFonts w:eastAsia="Arial"/>
          <w:b/>
          <w:color w:val="0B4F7A"/>
          <w:sz w:val="22"/>
        </w:rPr>
        <w:t>Prüfbarkeit</w:t>
      </w:r>
      <w:proofErr w:type="spellEnd"/>
      <w:r>
        <w:rPr>
          <w:rFonts w:eastAsia="Arial"/>
          <w:b/>
          <w:color w:val="0B4F7A"/>
          <w:sz w:val="22"/>
        </w:rPr>
        <w:t xml:space="preserve"> der </w:t>
      </w:r>
      <w:proofErr w:type="spellStart"/>
      <w:r>
        <w:rPr>
          <w:rFonts w:eastAsia="Arial"/>
          <w:b/>
          <w:color w:val="0B4F7A"/>
          <w:sz w:val="22"/>
        </w:rPr>
        <w:t>Referenz</w:t>
      </w:r>
      <w:proofErr w:type="spellEnd"/>
    </w:p>
    <w:tbl>
      <w:tblPr>
        <w:tblW w:w="0" w:type="auto"/>
        <w:jc w:val="center"/>
        <w:tblLayout w:type="fixed"/>
        <w:tblLook w:val="04A0" w:firstRow="1" w:lastRow="0" w:firstColumn="1" w:lastColumn="0" w:noHBand="0" w:noVBand="1"/>
      </w:tblPr>
      <w:tblGrid>
        <w:gridCol w:w="3969"/>
        <w:gridCol w:w="11225"/>
      </w:tblGrid>
      <w:tr w:rsidR="00E84B84" w14:paraId="4A499736" w14:textId="77777777">
        <w:trPr>
          <w:cantSplit/>
          <w:jc w:val="center"/>
        </w:trPr>
        <w:tc>
          <w:tcPr>
            <w:tcW w:w="3969" w:type="dxa"/>
            <w:shd w:val="clear" w:color="auto" w:fill="F3F6F8"/>
            <w:tcMar>
              <w:top w:w="40" w:type="dxa"/>
              <w:left w:w="80" w:type="dxa"/>
              <w:bottom w:w="40" w:type="dxa"/>
              <w:right w:w="80" w:type="dxa"/>
            </w:tcMar>
            <w:vAlign w:val="center"/>
          </w:tcPr>
          <w:p w14:paraId="65DB7F1D" w14:textId="77777777" w:rsidR="00E84B84" w:rsidRPr="00191757" w:rsidRDefault="008D034A">
            <w:pPr>
              <w:spacing w:after="0" w:line="240" w:lineRule="auto"/>
              <w:rPr>
                <w:lang w:val="de-DE"/>
              </w:rPr>
            </w:pPr>
            <w:r w:rsidRPr="00191757">
              <w:rPr>
                <w:rFonts w:eastAsia="Arial"/>
                <w:color w:val="1F1F1F"/>
                <w:sz w:val="16"/>
                <w:lang w:val="de-DE"/>
              </w:rPr>
              <w:t>Ansprechpartner beim Referenzkunden (soweit zulässig)</w:t>
            </w:r>
          </w:p>
        </w:tc>
        <w:tc>
          <w:tcPr>
            <w:tcW w:w="11225" w:type="dxa"/>
            <w:shd w:val="clear" w:color="auto" w:fill="FFFBEA"/>
            <w:tcMar>
              <w:top w:w="40" w:type="dxa"/>
              <w:left w:w="80" w:type="dxa"/>
              <w:bottom w:w="40" w:type="dxa"/>
              <w:right w:w="80" w:type="dxa"/>
            </w:tcMar>
            <w:vAlign w:val="center"/>
          </w:tcPr>
          <w:p w14:paraId="30A8797E" w14:textId="77777777" w:rsidR="00E84B84" w:rsidRDefault="008D034A">
            <w:pPr>
              <w:spacing w:after="0" w:line="240" w:lineRule="auto"/>
            </w:pPr>
            <w:r>
              <w:rPr>
                <w:rFonts w:eastAsia="Arial"/>
                <w:color w:val="1F1F1F"/>
                <w:sz w:val="16"/>
              </w:rPr>
              <w:t>[</w:t>
            </w:r>
            <w:proofErr w:type="spellStart"/>
            <w:r>
              <w:rPr>
                <w:rFonts w:eastAsia="Arial"/>
                <w:color w:val="1F1F1F"/>
                <w:sz w:val="16"/>
              </w:rPr>
              <w:t>vom</w:t>
            </w:r>
            <w:proofErr w:type="spellEnd"/>
            <w:r>
              <w:rPr>
                <w:rFonts w:eastAsia="Arial"/>
                <w:color w:val="1F1F1F"/>
                <w:sz w:val="16"/>
              </w:rPr>
              <w:t xml:space="preserve"> </w:t>
            </w:r>
            <w:proofErr w:type="spellStart"/>
            <w:r>
              <w:rPr>
                <w:rFonts w:eastAsia="Arial"/>
                <w:color w:val="1F1F1F"/>
                <w:sz w:val="16"/>
              </w:rPr>
              <w:t>Bewerber</w:t>
            </w:r>
            <w:proofErr w:type="spellEnd"/>
            <w:r>
              <w:rPr>
                <w:rFonts w:eastAsia="Arial"/>
                <w:color w:val="1F1F1F"/>
                <w:sz w:val="16"/>
              </w:rPr>
              <w:t xml:space="preserve"> </w:t>
            </w:r>
            <w:proofErr w:type="spellStart"/>
            <w:r>
              <w:rPr>
                <w:rFonts w:eastAsia="Arial"/>
                <w:color w:val="1F1F1F"/>
                <w:sz w:val="16"/>
              </w:rPr>
              <w:t>auszufüllen</w:t>
            </w:r>
            <w:proofErr w:type="spellEnd"/>
            <w:r>
              <w:rPr>
                <w:rFonts w:eastAsia="Arial"/>
                <w:color w:val="1F1F1F"/>
                <w:sz w:val="16"/>
              </w:rPr>
              <w:t>]</w:t>
            </w:r>
          </w:p>
        </w:tc>
      </w:tr>
      <w:tr w:rsidR="00E84B84" w14:paraId="6AF121ED" w14:textId="77777777">
        <w:trPr>
          <w:cantSplit/>
          <w:jc w:val="center"/>
        </w:trPr>
        <w:tc>
          <w:tcPr>
            <w:tcW w:w="3969" w:type="dxa"/>
            <w:shd w:val="clear" w:color="auto" w:fill="F3F6F8"/>
            <w:tcMar>
              <w:top w:w="40" w:type="dxa"/>
              <w:left w:w="80" w:type="dxa"/>
              <w:bottom w:w="40" w:type="dxa"/>
              <w:right w:w="80" w:type="dxa"/>
            </w:tcMar>
            <w:vAlign w:val="center"/>
          </w:tcPr>
          <w:p w14:paraId="043AD48D" w14:textId="77777777" w:rsidR="00E84B84" w:rsidRDefault="008D034A">
            <w:pPr>
              <w:spacing w:after="0" w:line="240" w:lineRule="auto"/>
            </w:pPr>
            <w:proofErr w:type="spellStart"/>
            <w:r>
              <w:rPr>
                <w:rFonts w:eastAsia="Arial"/>
                <w:color w:val="1F1F1F"/>
                <w:sz w:val="16"/>
              </w:rPr>
              <w:t>Funktion</w:t>
            </w:r>
            <w:proofErr w:type="spellEnd"/>
            <w:r>
              <w:rPr>
                <w:rFonts w:eastAsia="Arial"/>
                <w:color w:val="1F1F1F"/>
                <w:sz w:val="16"/>
              </w:rPr>
              <w:t xml:space="preserve"> des </w:t>
            </w:r>
            <w:proofErr w:type="spellStart"/>
            <w:r>
              <w:rPr>
                <w:rFonts w:eastAsia="Arial"/>
                <w:color w:val="1F1F1F"/>
                <w:sz w:val="16"/>
              </w:rPr>
              <w:t>Ansprechpartners</w:t>
            </w:r>
            <w:proofErr w:type="spellEnd"/>
          </w:p>
        </w:tc>
        <w:tc>
          <w:tcPr>
            <w:tcW w:w="11225" w:type="dxa"/>
            <w:shd w:val="clear" w:color="auto" w:fill="FFFBEA"/>
            <w:tcMar>
              <w:top w:w="40" w:type="dxa"/>
              <w:left w:w="80" w:type="dxa"/>
              <w:bottom w:w="40" w:type="dxa"/>
              <w:right w:w="80" w:type="dxa"/>
            </w:tcMar>
            <w:vAlign w:val="center"/>
          </w:tcPr>
          <w:p w14:paraId="5FF8E835" w14:textId="77777777" w:rsidR="00E84B84" w:rsidRDefault="008D034A">
            <w:pPr>
              <w:spacing w:after="0" w:line="240" w:lineRule="auto"/>
            </w:pPr>
            <w:r>
              <w:rPr>
                <w:rFonts w:eastAsia="Arial"/>
                <w:color w:val="1F1F1F"/>
                <w:sz w:val="16"/>
              </w:rPr>
              <w:t>[</w:t>
            </w:r>
            <w:proofErr w:type="spellStart"/>
            <w:r>
              <w:rPr>
                <w:rFonts w:eastAsia="Arial"/>
                <w:color w:val="1F1F1F"/>
                <w:sz w:val="16"/>
              </w:rPr>
              <w:t>vom</w:t>
            </w:r>
            <w:proofErr w:type="spellEnd"/>
            <w:r>
              <w:rPr>
                <w:rFonts w:eastAsia="Arial"/>
                <w:color w:val="1F1F1F"/>
                <w:sz w:val="16"/>
              </w:rPr>
              <w:t xml:space="preserve"> </w:t>
            </w:r>
            <w:proofErr w:type="spellStart"/>
            <w:r>
              <w:rPr>
                <w:rFonts w:eastAsia="Arial"/>
                <w:color w:val="1F1F1F"/>
                <w:sz w:val="16"/>
              </w:rPr>
              <w:t>Bewerber</w:t>
            </w:r>
            <w:proofErr w:type="spellEnd"/>
            <w:r>
              <w:rPr>
                <w:rFonts w:eastAsia="Arial"/>
                <w:color w:val="1F1F1F"/>
                <w:sz w:val="16"/>
              </w:rPr>
              <w:t xml:space="preserve"> </w:t>
            </w:r>
            <w:proofErr w:type="spellStart"/>
            <w:r>
              <w:rPr>
                <w:rFonts w:eastAsia="Arial"/>
                <w:color w:val="1F1F1F"/>
                <w:sz w:val="16"/>
              </w:rPr>
              <w:t>auszufüllen</w:t>
            </w:r>
            <w:proofErr w:type="spellEnd"/>
            <w:r>
              <w:rPr>
                <w:rFonts w:eastAsia="Arial"/>
                <w:color w:val="1F1F1F"/>
                <w:sz w:val="16"/>
              </w:rPr>
              <w:t>]</w:t>
            </w:r>
          </w:p>
        </w:tc>
      </w:tr>
      <w:tr w:rsidR="00E84B84" w14:paraId="2D9B6338" w14:textId="77777777">
        <w:trPr>
          <w:cantSplit/>
          <w:jc w:val="center"/>
        </w:trPr>
        <w:tc>
          <w:tcPr>
            <w:tcW w:w="3969" w:type="dxa"/>
            <w:shd w:val="clear" w:color="auto" w:fill="F3F6F8"/>
            <w:tcMar>
              <w:top w:w="40" w:type="dxa"/>
              <w:left w:w="80" w:type="dxa"/>
              <w:bottom w:w="40" w:type="dxa"/>
              <w:right w:w="80" w:type="dxa"/>
            </w:tcMar>
            <w:vAlign w:val="center"/>
          </w:tcPr>
          <w:p w14:paraId="3FAF77C9" w14:textId="77777777" w:rsidR="00E84B84" w:rsidRDefault="008D034A">
            <w:pPr>
              <w:spacing w:after="0" w:line="240" w:lineRule="auto"/>
            </w:pPr>
            <w:proofErr w:type="spellStart"/>
            <w:r>
              <w:rPr>
                <w:rFonts w:eastAsia="Arial"/>
                <w:color w:val="1F1F1F"/>
                <w:sz w:val="16"/>
              </w:rPr>
              <w:t>Kontaktmöglichkeit</w:t>
            </w:r>
            <w:proofErr w:type="spellEnd"/>
            <w:r>
              <w:rPr>
                <w:rFonts w:eastAsia="Arial"/>
                <w:color w:val="1F1F1F"/>
                <w:sz w:val="16"/>
              </w:rPr>
              <w:t xml:space="preserve"> (</w:t>
            </w:r>
            <w:proofErr w:type="spellStart"/>
            <w:r>
              <w:rPr>
                <w:rFonts w:eastAsia="Arial"/>
                <w:color w:val="1F1F1F"/>
                <w:sz w:val="16"/>
              </w:rPr>
              <w:t>soweit</w:t>
            </w:r>
            <w:proofErr w:type="spellEnd"/>
            <w:r>
              <w:rPr>
                <w:rFonts w:eastAsia="Arial"/>
                <w:color w:val="1F1F1F"/>
                <w:sz w:val="16"/>
              </w:rPr>
              <w:t xml:space="preserve"> </w:t>
            </w:r>
            <w:proofErr w:type="spellStart"/>
            <w:r>
              <w:rPr>
                <w:rFonts w:eastAsia="Arial"/>
                <w:color w:val="1F1F1F"/>
                <w:sz w:val="16"/>
              </w:rPr>
              <w:t>zulässig</w:t>
            </w:r>
            <w:proofErr w:type="spellEnd"/>
            <w:r>
              <w:rPr>
                <w:rFonts w:eastAsia="Arial"/>
                <w:color w:val="1F1F1F"/>
                <w:sz w:val="16"/>
              </w:rPr>
              <w:t>)</w:t>
            </w:r>
          </w:p>
        </w:tc>
        <w:tc>
          <w:tcPr>
            <w:tcW w:w="11225" w:type="dxa"/>
            <w:shd w:val="clear" w:color="auto" w:fill="FFFBEA"/>
            <w:tcMar>
              <w:top w:w="40" w:type="dxa"/>
              <w:left w:w="80" w:type="dxa"/>
              <w:bottom w:w="40" w:type="dxa"/>
              <w:right w:w="80" w:type="dxa"/>
            </w:tcMar>
            <w:vAlign w:val="center"/>
          </w:tcPr>
          <w:p w14:paraId="49932912" w14:textId="77777777" w:rsidR="00E84B84" w:rsidRDefault="008D034A">
            <w:pPr>
              <w:spacing w:after="0" w:line="240" w:lineRule="auto"/>
            </w:pPr>
            <w:r>
              <w:rPr>
                <w:rFonts w:eastAsia="Arial"/>
                <w:color w:val="1F1F1F"/>
                <w:sz w:val="16"/>
              </w:rPr>
              <w:t>[</w:t>
            </w:r>
            <w:proofErr w:type="spellStart"/>
            <w:r>
              <w:rPr>
                <w:rFonts w:eastAsia="Arial"/>
                <w:color w:val="1F1F1F"/>
                <w:sz w:val="16"/>
              </w:rPr>
              <w:t>vom</w:t>
            </w:r>
            <w:proofErr w:type="spellEnd"/>
            <w:r>
              <w:rPr>
                <w:rFonts w:eastAsia="Arial"/>
                <w:color w:val="1F1F1F"/>
                <w:sz w:val="16"/>
              </w:rPr>
              <w:t xml:space="preserve"> </w:t>
            </w:r>
            <w:proofErr w:type="spellStart"/>
            <w:r>
              <w:rPr>
                <w:rFonts w:eastAsia="Arial"/>
                <w:color w:val="1F1F1F"/>
                <w:sz w:val="16"/>
              </w:rPr>
              <w:t>Bewerber</w:t>
            </w:r>
            <w:proofErr w:type="spellEnd"/>
            <w:r>
              <w:rPr>
                <w:rFonts w:eastAsia="Arial"/>
                <w:color w:val="1F1F1F"/>
                <w:sz w:val="16"/>
              </w:rPr>
              <w:t xml:space="preserve"> </w:t>
            </w:r>
            <w:proofErr w:type="spellStart"/>
            <w:r>
              <w:rPr>
                <w:rFonts w:eastAsia="Arial"/>
                <w:color w:val="1F1F1F"/>
                <w:sz w:val="16"/>
              </w:rPr>
              <w:t>auszufüllen</w:t>
            </w:r>
            <w:proofErr w:type="spellEnd"/>
            <w:r>
              <w:rPr>
                <w:rFonts w:eastAsia="Arial"/>
                <w:color w:val="1F1F1F"/>
                <w:sz w:val="16"/>
              </w:rPr>
              <w:t>]</w:t>
            </w:r>
          </w:p>
        </w:tc>
      </w:tr>
      <w:tr w:rsidR="00E84B84" w14:paraId="3A66042C" w14:textId="77777777">
        <w:trPr>
          <w:cantSplit/>
          <w:jc w:val="center"/>
        </w:trPr>
        <w:tc>
          <w:tcPr>
            <w:tcW w:w="3969" w:type="dxa"/>
            <w:shd w:val="clear" w:color="auto" w:fill="F3F6F8"/>
            <w:tcMar>
              <w:top w:w="40" w:type="dxa"/>
              <w:left w:w="80" w:type="dxa"/>
              <w:bottom w:w="40" w:type="dxa"/>
              <w:right w:w="80" w:type="dxa"/>
            </w:tcMar>
            <w:vAlign w:val="center"/>
          </w:tcPr>
          <w:p w14:paraId="3D3A205A" w14:textId="77777777" w:rsidR="00E84B84" w:rsidRDefault="008D034A">
            <w:pPr>
              <w:spacing w:after="0" w:line="240" w:lineRule="auto"/>
            </w:pPr>
            <w:proofErr w:type="spellStart"/>
            <w:r>
              <w:rPr>
                <w:rFonts w:eastAsia="Arial"/>
                <w:color w:val="1F1F1F"/>
                <w:sz w:val="16"/>
              </w:rPr>
              <w:t>Ergänzende</w:t>
            </w:r>
            <w:proofErr w:type="spellEnd"/>
            <w:r>
              <w:rPr>
                <w:rFonts w:eastAsia="Arial"/>
                <w:color w:val="1F1F1F"/>
                <w:sz w:val="16"/>
              </w:rPr>
              <w:t xml:space="preserve"> </w:t>
            </w:r>
            <w:proofErr w:type="spellStart"/>
            <w:r>
              <w:rPr>
                <w:rFonts w:eastAsia="Arial"/>
                <w:color w:val="1F1F1F"/>
                <w:sz w:val="16"/>
              </w:rPr>
              <w:t>Erläuterung</w:t>
            </w:r>
            <w:proofErr w:type="spellEnd"/>
            <w:r>
              <w:rPr>
                <w:rFonts w:eastAsia="Arial"/>
                <w:color w:val="1F1F1F"/>
                <w:sz w:val="16"/>
              </w:rPr>
              <w:t xml:space="preserve"> / </w:t>
            </w:r>
            <w:proofErr w:type="spellStart"/>
            <w:r>
              <w:rPr>
                <w:rFonts w:eastAsia="Arial"/>
                <w:color w:val="1F1F1F"/>
                <w:sz w:val="16"/>
              </w:rPr>
              <w:t>Einschränkungen</w:t>
            </w:r>
            <w:proofErr w:type="spellEnd"/>
          </w:p>
        </w:tc>
        <w:tc>
          <w:tcPr>
            <w:tcW w:w="11225" w:type="dxa"/>
            <w:shd w:val="clear" w:color="auto" w:fill="FFFBEA"/>
            <w:tcMar>
              <w:top w:w="40" w:type="dxa"/>
              <w:left w:w="80" w:type="dxa"/>
              <w:bottom w:w="40" w:type="dxa"/>
              <w:right w:w="80" w:type="dxa"/>
            </w:tcMar>
            <w:vAlign w:val="center"/>
          </w:tcPr>
          <w:p w14:paraId="79F801B2" w14:textId="77777777" w:rsidR="00E84B84" w:rsidRDefault="008D034A">
            <w:pPr>
              <w:spacing w:after="0" w:line="240" w:lineRule="auto"/>
            </w:pPr>
            <w:r>
              <w:rPr>
                <w:rFonts w:eastAsia="Arial"/>
                <w:color w:val="1F1F1F"/>
                <w:sz w:val="16"/>
              </w:rPr>
              <w:t>[</w:t>
            </w:r>
            <w:proofErr w:type="spellStart"/>
            <w:r>
              <w:rPr>
                <w:rFonts w:eastAsia="Arial"/>
                <w:color w:val="1F1F1F"/>
                <w:sz w:val="16"/>
              </w:rPr>
              <w:t>vom</w:t>
            </w:r>
            <w:proofErr w:type="spellEnd"/>
            <w:r>
              <w:rPr>
                <w:rFonts w:eastAsia="Arial"/>
                <w:color w:val="1F1F1F"/>
                <w:sz w:val="16"/>
              </w:rPr>
              <w:t xml:space="preserve"> </w:t>
            </w:r>
            <w:proofErr w:type="spellStart"/>
            <w:r>
              <w:rPr>
                <w:rFonts w:eastAsia="Arial"/>
                <w:color w:val="1F1F1F"/>
                <w:sz w:val="16"/>
              </w:rPr>
              <w:t>Bewerber</w:t>
            </w:r>
            <w:proofErr w:type="spellEnd"/>
            <w:r>
              <w:rPr>
                <w:rFonts w:eastAsia="Arial"/>
                <w:color w:val="1F1F1F"/>
                <w:sz w:val="16"/>
              </w:rPr>
              <w:t xml:space="preserve"> </w:t>
            </w:r>
            <w:proofErr w:type="spellStart"/>
            <w:r>
              <w:rPr>
                <w:rFonts w:eastAsia="Arial"/>
                <w:color w:val="1F1F1F"/>
                <w:sz w:val="16"/>
              </w:rPr>
              <w:t>auszufüllen</w:t>
            </w:r>
            <w:proofErr w:type="spellEnd"/>
            <w:r>
              <w:rPr>
                <w:rFonts w:eastAsia="Arial"/>
                <w:color w:val="1F1F1F"/>
                <w:sz w:val="16"/>
              </w:rPr>
              <w:t>]</w:t>
            </w:r>
          </w:p>
        </w:tc>
      </w:tr>
    </w:tbl>
    <w:p w14:paraId="76BAE539" w14:textId="77777777" w:rsidR="008D034A" w:rsidRDefault="008D034A"/>
    <w:p w14:paraId="7AF8A25B" w14:textId="77777777" w:rsidR="00E11C75" w:rsidRDefault="00BA2CF2">
      <w:r>
        <w:br w:type="page"/>
      </w:r>
    </w:p>
    <w:p w14:paraId="2F797791" w14:textId="77777777" w:rsidR="00E84B84" w:rsidRPr="00191757" w:rsidRDefault="001E0666">
      <w:pPr>
        <w:spacing w:before="120" w:after="40" w:line="240" w:lineRule="auto"/>
        <w:rPr>
          <w:lang w:val="de-DE"/>
        </w:rPr>
      </w:pPr>
      <w:proofErr w:type="spellStart"/>
      <w:r>
        <w:rPr>
          <w:b/>
          <w:color w:val="17365D"/>
          <w:sz w:val="40"/>
        </w:rPr>
        <w:lastRenderedPageBreak/>
        <w:t>Leistungsfeldreferenz</w:t>
      </w:r>
      <w:proofErr w:type="spellEnd"/>
      <w:r>
        <w:rPr>
          <w:b/>
          <w:color w:val="17365D"/>
          <w:sz w:val="40"/>
        </w:rPr>
        <w:t xml:space="preserve"> 4</w:t>
      </w:r>
    </w:p>
    <w:p w14:paraId="61ECCEEA" w14:textId="77777777" w:rsidR="00E84B84" w:rsidRPr="00191757" w:rsidRDefault="008D034A">
      <w:pPr>
        <w:spacing w:after="160" w:line="240" w:lineRule="auto"/>
        <w:rPr>
          <w:lang w:val="de-DE"/>
        </w:rPr>
      </w:pPr>
      <w:r w:rsidRPr="00191757">
        <w:rPr>
          <w:rFonts w:eastAsia="Arial"/>
          <w:color w:val="5B6570"/>
          <w:sz w:val="20"/>
          <w:lang w:val="de-DE"/>
        </w:rPr>
        <w:t>Nachweis der fachlichen Leistungsfähigkeit des Bewerbers in den Leistungsfeldern LF1 bis LF9</w:t>
      </w:r>
    </w:p>
    <w:p w14:paraId="54CACDA9" w14:textId="77777777" w:rsidR="00E84B84" w:rsidRPr="00191757" w:rsidRDefault="00E84B84">
      <w:pPr>
        <w:pBdr>
          <w:bottom w:val="single" w:sz="12" w:space="1" w:color="0B4F7A"/>
        </w:pBdr>
        <w:spacing w:after="80"/>
        <w:rPr>
          <w:lang w:val="de-DE"/>
        </w:rPr>
      </w:pPr>
    </w:p>
    <w:tbl>
      <w:tblPr>
        <w:tblW w:w="0" w:type="auto"/>
        <w:jc w:val="center"/>
        <w:tblLayout w:type="fixed"/>
        <w:tblLook w:val="04A0" w:firstRow="1" w:lastRow="0" w:firstColumn="1" w:lastColumn="0" w:noHBand="0" w:noVBand="1"/>
      </w:tblPr>
      <w:tblGrid>
        <w:gridCol w:w="15194"/>
      </w:tblGrid>
      <w:tr w:rsidR="00E84B84" w14:paraId="6155E78E" w14:textId="77777777">
        <w:trPr>
          <w:jc w:val="center"/>
        </w:trPr>
        <w:tc>
          <w:tcPr>
            <w:tcW w:w="15194" w:type="dxa"/>
            <w:shd w:val="clear" w:color="auto" w:fill="D9EAF7"/>
            <w:tcMar>
              <w:top w:w="40" w:type="dxa"/>
              <w:left w:w="80" w:type="dxa"/>
              <w:bottom w:w="40" w:type="dxa"/>
              <w:right w:w="80" w:type="dxa"/>
            </w:tcMar>
            <w:vAlign w:val="center"/>
          </w:tcPr>
          <w:p w14:paraId="0340A065" w14:textId="77777777" w:rsidR="00E11C75" w:rsidRDefault="00BA2CF2">
            <w:r w:rsidRPr="00E05BED">
              <w:rPr>
                <w:lang w:val="de-DE"/>
              </w:rPr>
              <w:t xml:space="preserve">Referenz 4 dient als Leistungsfeldreferenz. Das primäre Leistungsfeld des Referenzprojekts ist unter den Projektdaten anzugeben. Weitere Leistungsfelder können ergänzend zugeordnet werden, wenn der jeweilige Leistungsanteil konkret und nachvollziehbar beschrieben wird. </w:t>
            </w:r>
            <w:r>
              <w:t xml:space="preserve">Die </w:t>
            </w:r>
            <w:proofErr w:type="spellStart"/>
            <w:r>
              <w:t>reine</w:t>
            </w:r>
            <w:proofErr w:type="spellEnd"/>
            <w:r>
              <w:t xml:space="preserve"> </w:t>
            </w:r>
            <w:proofErr w:type="spellStart"/>
            <w:r>
              <w:t>Anzahl</w:t>
            </w:r>
            <w:proofErr w:type="spellEnd"/>
            <w:r>
              <w:t xml:space="preserve"> </w:t>
            </w:r>
            <w:proofErr w:type="spellStart"/>
            <w:r>
              <w:t>gesetzter</w:t>
            </w:r>
            <w:proofErr w:type="spellEnd"/>
            <w:r>
              <w:t xml:space="preserve"> </w:t>
            </w:r>
            <w:proofErr w:type="spellStart"/>
            <w:r>
              <w:t>Zuordnungen</w:t>
            </w:r>
            <w:proofErr w:type="spellEnd"/>
            <w:r>
              <w:t xml:space="preserve"> </w:t>
            </w:r>
            <w:proofErr w:type="spellStart"/>
            <w:r>
              <w:t>wird</w:t>
            </w:r>
            <w:proofErr w:type="spellEnd"/>
            <w:r>
              <w:t xml:space="preserve"> nicht </w:t>
            </w:r>
            <w:proofErr w:type="spellStart"/>
            <w:r>
              <w:t>positiv</w:t>
            </w:r>
            <w:proofErr w:type="spellEnd"/>
            <w:r>
              <w:t xml:space="preserve"> </w:t>
            </w:r>
            <w:proofErr w:type="spellStart"/>
            <w:r>
              <w:t>bewertet</w:t>
            </w:r>
            <w:proofErr w:type="spellEnd"/>
            <w:r>
              <w:t>.</w:t>
            </w:r>
          </w:p>
        </w:tc>
      </w:tr>
    </w:tbl>
    <w:p w14:paraId="37A11A84" w14:textId="77777777" w:rsidR="00E84B84" w:rsidRDefault="008D034A">
      <w:pPr>
        <w:spacing w:after="40" w:line="240" w:lineRule="auto"/>
      </w:pPr>
      <w:r>
        <w:rPr>
          <w:rFonts w:eastAsia="Arial"/>
          <w:b/>
          <w:color w:val="0B4F7A"/>
          <w:sz w:val="22"/>
        </w:rPr>
        <w:t xml:space="preserve">1. </w:t>
      </w:r>
      <w:proofErr w:type="spellStart"/>
      <w:r>
        <w:rPr>
          <w:rFonts w:eastAsia="Arial"/>
          <w:b/>
          <w:color w:val="0B4F7A"/>
          <w:sz w:val="22"/>
        </w:rPr>
        <w:t>Projektdaten</w:t>
      </w:r>
      <w:proofErr w:type="spellEnd"/>
    </w:p>
    <w:tbl>
      <w:tblPr>
        <w:tblW w:w="0" w:type="auto"/>
        <w:jc w:val="center"/>
        <w:tblLayout w:type="fixed"/>
        <w:tblLook w:val="04A0" w:firstRow="1" w:lastRow="0" w:firstColumn="1" w:lastColumn="0" w:noHBand="0" w:noVBand="1"/>
      </w:tblPr>
      <w:tblGrid>
        <w:gridCol w:w="3969"/>
        <w:gridCol w:w="11225"/>
      </w:tblGrid>
      <w:tr w:rsidR="00E84B84" w14:paraId="425A8448" w14:textId="77777777">
        <w:trPr>
          <w:cantSplit/>
          <w:jc w:val="center"/>
        </w:trPr>
        <w:tc>
          <w:tcPr>
            <w:tcW w:w="3969" w:type="dxa"/>
            <w:shd w:val="clear" w:color="auto" w:fill="F3F6F8"/>
            <w:tcMar>
              <w:top w:w="40" w:type="dxa"/>
              <w:left w:w="80" w:type="dxa"/>
              <w:bottom w:w="40" w:type="dxa"/>
              <w:right w:w="80" w:type="dxa"/>
            </w:tcMar>
            <w:vAlign w:val="center"/>
          </w:tcPr>
          <w:p w14:paraId="3A8301F6" w14:textId="77777777" w:rsidR="00E84B84" w:rsidRDefault="008D034A">
            <w:pPr>
              <w:spacing w:after="0" w:line="240" w:lineRule="auto"/>
            </w:pPr>
            <w:proofErr w:type="spellStart"/>
            <w:r>
              <w:rPr>
                <w:rFonts w:eastAsia="Arial"/>
                <w:color w:val="1F1F1F"/>
                <w:sz w:val="16"/>
              </w:rPr>
              <w:t>Referenz</w:t>
            </w:r>
            <w:proofErr w:type="spellEnd"/>
            <w:r>
              <w:rPr>
                <w:rFonts w:eastAsia="Arial"/>
                <w:color w:val="1F1F1F"/>
                <w:sz w:val="16"/>
              </w:rPr>
              <w:t>-ID</w:t>
            </w:r>
          </w:p>
        </w:tc>
        <w:tc>
          <w:tcPr>
            <w:tcW w:w="11225" w:type="dxa"/>
            <w:shd w:val="clear" w:color="auto" w:fill="FFFBEA"/>
            <w:tcMar>
              <w:top w:w="40" w:type="dxa"/>
              <w:left w:w="80" w:type="dxa"/>
              <w:bottom w:w="40" w:type="dxa"/>
              <w:right w:w="80" w:type="dxa"/>
            </w:tcMar>
            <w:vAlign w:val="center"/>
          </w:tcPr>
          <w:p w14:paraId="4EEF0332" w14:textId="77777777" w:rsidR="00E84B84" w:rsidRDefault="008D034A">
            <w:pPr>
              <w:spacing w:after="0" w:line="240" w:lineRule="auto"/>
            </w:pPr>
            <w:r>
              <w:rPr>
                <w:rFonts w:eastAsia="Arial"/>
                <w:color w:val="1F1F1F"/>
                <w:sz w:val="16"/>
              </w:rPr>
              <w:t>REF-04</w:t>
            </w:r>
          </w:p>
        </w:tc>
      </w:tr>
      <w:tr w:rsidR="00E11C75" w14:paraId="7B262834" w14:textId="77777777">
        <w:trPr>
          <w:jc w:val="center"/>
        </w:trPr>
        <w:tc>
          <w:tcPr>
            <w:tcW w:w="3969" w:type="dxa"/>
          </w:tcPr>
          <w:p w14:paraId="2591A64F" w14:textId="77777777" w:rsidR="00E11C75" w:rsidRDefault="00BA2CF2">
            <w:proofErr w:type="spellStart"/>
            <w:r>
              <w:t>Primäres</w:t>
            </w:r>
            <w:proofErr w:type="spellEnd"/>
            <w:r>
              <w:t xml:space="preserve"> </w:t>
            </w:r>
            <w:proofErr w:type="spellStart"/>
            <w:r>
              <w:t>Leistungsfeld</w:t>
            </w:r>
            <w:proofErr w:type="spellEnd"/>
            <w:r>
              <w:t xml:space="preserve"> (LF1–LF9)</w:t>
            </w:r>
          </w:p>
        </w:tc>
        <w:tc>
          <w:tcPr>
            <w:tcW w:w="11225" w:type="dxa"/>
          </w:tcPr>
          <w:p w14:paraId="5FA5EA9B" w14:textId="77777777" w:rsidR="00E11C75" w:rsidRDefault="00BA2CF2">
            <w:r>
              <w:t>[</w:t>
            </w:r>
            <w:proofErr w:type="spellStart"/>
            <w:r>
              <w:t>vom</w:t>
            </w:r>
            <w:proofErr w:type="spellEnd"/>
            <w:r>
              <w:t xml:space="preserve"> </w:t>
            </w:r>
            <w:proofErr w:type="spellStart"/>
            <w:r>
              <w:t>Bewerber</w:t>
            </w:r>
            <w:proofErr w:type="spellEnd"/>
            <w:r>
              <w:t xml:space="preserve"> </w:t>
            </w:r>
            <w:proofErr w:type="spellStart"/>
            <w:r>
              <w:t>auszufüllen</w:t>
            </w:r>
            <w:proofErr w:type="spellEnd"/>
            <w:r>
              <w:t>]</w:t>
            </w:r>
          </w:p>
        </w:tc>
      </w:tr>
      <w:tr w:rsidR="00E84B84" w14:paraId="2365BB16" w14:textId="77777777">
        <w:trPr>
          <w:cantSplit/>
          <w:jc w:val="center"/>
        </w:trPr>
        <w:tc>
          <w:tcPr>
            <w:tcW w:w="3969" w:type="dxa"/>
            <w:shd w:val="clear" w:color="auto" w:fill="F3F6F8"/>
            <w:tcMar>
              <w:top w:w="40" w:type="dxa"/>
              <w:left w:w="80" w:type="dxa"/>
              <w:bottom w:w="40" w:type="dxa"/>
              <w:right w:w="80" w:type="dxa"/>
            </w:tcMar>
            <w:vAlign w:val="center"/>
          </w:tcPr>
          <w:p w14:paraId="01E14250" w14:textId="77777777" w:rsidR="00E84B84" w:rsidRDefault="008D034A">
            <w:pPr>
              <w:spacing w:after="0" w:line="240" w:lineRule="auto"/>
            </w:pPr>
            <w:proofErr w:type="spellStart"/>
            <w:r>
              <w:rPr>
                <w:rFonts w:eastAsia="Arial"/>
                <w:color w:val="1F1F1F"/>
                <w:sz w:val="16"/>
              </w:rPr>
              <w:t>Abgeschlossenes</w:t>
            </w:r>
            <w:proofErr w:type="spellEnd"/>
            <w:r>
              <w:rPr>
                <w:rFonts w:eastAsia="Arial"/>
                <w:color w:val="1F1F1F"/>
                <w:sz w:val="16"/>
              </w:rPr>
              <w:t xml:space="preserve"> Projekt / </w:t>
            </w:r>
            <w:proofErr w:type="spellStart"/>
            <w:r>
              <w:rPr>
                <w:rFonts w:eastAsia="Arial"/>
                <w:color w:val="1F1F1F"/>
                <w:sz w:val="16"/>
              </w:rPr>
              <w:t>Vorhaben</w:t>
            </w:r>
            <w:proofErr w:type="spellEnd"/>
          </w:p>
        </w:tc>
        <w:tc>
          <w:tcPr>
            <w:tcW w:w="11225" w:type="dxa"/>
            <w:shd w:val="clear" w:color="auto" w:fill="FFFBEA"/>
            <w:tcMar>
              <w:top w:w="40" w:type="dxa"/>
              <w:left w:w="80" w:type="dxa"/>
              <w:bottom w:w="40" w:type="dxa"/>
              <w:right w:w="80" w:type="dxa"/>
            </w:tcMar>
            <w:vAlign w:val="center"/>
          </w:tcPr>
          <w:p w14:paraId="39B9AE6F" w14:textId="77777777" w:rsidR="00E84B84" w:rsidRDefault="008D034A">
            <w:pPr>
              <w:spacing w:after="0" w:line="240" w:lineRule="auto"/>
            </w:pPr>
            <w:r>
              <w:rPr>
                <w:rFonts w:eastAsia="Arial"/>
                <w:color w:val="1F1F1F"/>
                <w:sz w:val="16"/>
              </w:rPr>
              <w:t>[</w:t>
            </w:r>
            <w:proofErr w:type="spellStart"/>
            <w:r>
              <w:rPr>
                <w:rFonts w:eastAsia="Arial"/>
                <w:color w:val="1F1F1F"/>
                <w:sz w:val="16"/>
              </w:rPr>
              <w:t>vom</w:t>
            </w:r>
            <w:proofErr w:type="spellEnd"/>
            <w:r>
              <w:rPr>
                <w:rFonts w:eastAsia="Arial"/>
                <w:color w:val="1F1F1F"/>
                <w:sz w:val="16"/>
              </w:rPr>
              <w:t xml:space="preserve"> </w:t>
            </w:r>
            <w:proofErr w:type="spellStart"/>
            <w:r>
              <w:rPr>
                <w:rFonts w:eastAsia="Arial"/>
                <w:color w:val="1F1F1F"/>
                <w:sz w:val="16"/>
              </w:rPr>
              <w:t>Bewerber</w:t>
            </w:r>
            <w:proofErr w:type="spellEnd"/>
            <w:r>
              <w:rPr>
                <w:rFonts w:eastAsia="Arial"/>
                <w:color w:val="1F1F1F"/>
                <w:sz w:val="16"/>
              </w:rPr>
              <w:t xml:space="preserve"> </w:t>
            </w:r>
            <w:proofErr w:type="spellStart"/>
            <w:r>
              <w:rPr>
                <w:rFonts w:eastAsia="Arial"/>
                <w:color w:val="1F1F1F"/>
                <w:sz w:val="16"/>
              </w:rPr>
              <w:t>auszufüllen</w:t>
            </w:r>
            <w:proofErr w:type="spellEnd"/>
            <w:r>
              <w:rPr>
                <w:rFonts w:eastAsia="Arial"/>
                <w:color w:val="1F1F1F"/>
                <w:sz w:val="16"/>
              </w:rPr>
              <w:t>]</w:t>
            </w:r>
          </w:p>
        </w:tc>
      </w:tr>
      <w:tr w:rsidR="00E84B84" w14:paraId="11E2CAFD" w14:textId="77777777">
        <w:trPr>
          <w:cantSplit/>
          <w:jc w:val="center"/>
        </w:trPr>
        <w:tc>
          <w:tcPr>
            <w:tcW w:w="3969" w:type="dxa"/>
            <w:shd w:val="clear" w:color="auto" w:fill="F3F6F8"/>
            <w:tcMar>
              <w:top w:w="40" w:type="dxa"/>
              <w:left w:w="80" w:type="dxa"/>
              <w:bottom w:w="40" w:type="dxa"/>
              <w:right w:w="80" w:type="dxa"/>
            </w:tcMar>
            <w:vAlign w:val="center"/>
          </w:tcPr>
          <w:p w14:paraId="10C6EE8C" w14:textId="77777777" w:rsidR="00E84B84" w:rsidRDefault="008D034A">
            <w:pPr>
              <w:spacing w:after="0" w:line="240" w:lineRule="auto"/>
            </w:pPr>
            <w:proofErr w:type="spellStart"/>
            <w:r>
              <w:rPr>
                <w:rFonts w:eastAsia="Arial"/>
                <w:color w:val="1F1F1F"/>
                <w:sz w:val="16"/>
              </w:rPr>
              <w:t>Auftraggeber</w:t>
            </w:r>
            <w:proofErr w:type="spellEnd"/>
            <w:r>
              <w:rPr>
                <w:rFonts w:eastAsia="Arial"/>
                <w:color w:val="1F1F1F"/>
                <w:sz w:val="16"/>
              </w:rPr>
              <w:t xml:space="preserve"> / </w:t>
            </w:r>
            <w:proofErr w:type="spellStart"/>
            <w:r>
              <w:rPr>
                <w:rFonts w:eastAsia="Arial"/>
                <w:color w:val="1F1F1F"/>
                <w:sz w:val="16"/>
              </w:rPr>
              <w:t>Referenzkunde</w:t>
            </w:r>
            <w:proofErr w:type="spellEnd"/>
          </w:p>
        </w:tc>
        <w:tc>
          <w:tcPr>
            <w:tcW w:w="11225" w:type="dxa"/>
            <w:shd w:val="clear" w:color="auto" w:fill="FFFBEA"/>
            <w:tcMar>
              <w:top w:w="40" w:type="dxa"/>
              <w:left w:w="80" w:type="dxa"/>
              <w:bottom w:w="40" w:type="dxa"/>
              <w:right w:w="80" w:type="dxa"/>
            </w:tcMar>
            <w:vAlign w:val="center"/>
          </w:tcPr>
          <w:p w14:paraId="3ABA2323" w14:textId="77777777" w:rsidR="00E84B84" w:rsidRDefault="008D034A">
            <w:pPr>
              <w:spacing w:after="0" w:line="240" w:lineRule="auto"/>
            </w:pPr>
            <w:r>
              <w:rPr>
                <w:rFonts w:eastAsia="Arial"/>
                <w:color w:val="1F1F1F"/>
                <w:sz w:val="16"/>
              </w:rPr>
              <w:t>[</w:t>
            </w:r>
            <w:proofErr w:type="spellStart"/>
            <w:r>
              <w:rPr>
                <w:rFonts w:eastAsia="Arial"/>
                <w:color w:val="1F1F1F"/>
                <w:sz w:val="16"/>
              </w:rPr>
              <w:t>vom</w:t>
            </w:r>
            <w:proofErr w:type="spellEnd"/>
            <w:r>
              <w:rPr>
                <w:rFonts w:eastAsia="Arial"/>
                <w:color w:val="1F1F1F"/>
                <w:sz w:val="16"/>
              </w:rPr>
              <w:t xml:space="preserve"> </w:t>
            </w:r>
            <w:proofErr w:type="spellStart"/>
            <w:r>
              <w:rPr>
                <w:rFonts w:eastAsia="Arial"/>
                <w:color w:val="1F1F1F"/>
                <w:sz w:val="16"/>
              </w:rPr>
              <w:t>Bewerber</w:t>
            </w:r>
            <w:proofErr w:type="spellEnd"/>
            <w:r>
              <w:rPr>
                <w:rFonts w:eastAsia="Arial"/>
                <w:color w:val="1F1F1F"/>
                <w:sz w:val="16"/>
              </w:rPr>
              <w:t xml:space="preserve"> </w:t>
            </w:r>
            <w:proofErr w:type="spellStart"/>
            <w:r>
              <w:rPr>
                <w:rFonts w:eastAsia="Arial"/>
                <w:color w:val="1F1F1F"/>
                <w:sz w:val="16"/>
              </w:rPr>
              <w:t>auszufüllen</w:t>
            </w:r>
            <w:proofErr w:type="spellEnd"/>
            <w:r>
              <w:rPr>
                <w:rFonts w:eastAsia="Arial"/>
                <w:color w:val="1F1F1F"/>
                <w:sz w:val="16"/>
              </w:rPr>
              <w:t>]</w:t>
            </w:r>
          </w:p>
        </w:tc>
      </w:tr>
      <w:tr w:rsidR="00E84B84" w14:paraId="529D1D01" w14:textId="77777777">
        <w:trPr>
          <w:cantSplit/>
          <w:jc w:val="center"/>
        </w:trPr>
        <w:tc>
          <w:tcPr>
            <w:tcW w:w="3969" w:type="dxa"/>
            <w:shd w:val="clear" w:color="auto" w:fill="F3F6F8"/>
            <w:tcMar>
              <w:top w:w="40" w:type="dxa"/>
              <w:left w:w="80" w:type="dxa"/>
              <w:bottom w:w="40" w:type="dxa"/>
              <w:right w:w="80" w:type="dxa"/>
            </w:tcMar>
            <w:vAlign w:val="center"/>
          </w:tcPr>
          <w:p w14:paraId="4491F426" w14:textId="77777777" w:rsidR="00E84B84" w:rsidRDefault="008D034A">
            <w:pPr>
              <w:spacing w:after="0" w:line="240" w:lineRule="auto"/>
            </w:pPr>
            <w:r>
              <w:rPr>
                <w:rFonts w:eastAsia="Arial"/>
                <w:color w:val="1F1F1F"/>
                <w:sz w:val="16"/>
              </w:rPr>
              <w:t>Branche</w:t>
            </w:r>
          </w:p>
        </w:tc>
        <w:tc>
          <w:tcPr>
            <w:tcW w:w="11225" w:type="dxa"/>
            <w:shd w:val="clear" w:color="auto" w:fill="FFFBEA"/>
            <w:tcMar>
              <w:top w:w="40" w:type="dxa"/>
              <w:left w:w="80" w:type="dxa"/>
              <w:bottom w:w="40" w:type="dxa"/>
              <w:right w:w="80" w:type="dxa"/>
            </w:tcMar>
            <w:vAlign w:val="center"/>
          </w:tcPr>
          <w:p w14:paraId="2E501E09" w14:textId="77777777" w:rsidR="00E84B84" w:rsidRDefault="008D034A">
            <w:pPr>
              <w:spacing w:after="0" w:line="240" w:lineRule="auto"/>
            </w:pPr>
            <w:r>
              <w:rPr>
                <w:rFonts w:eastAsia="Arial"/>
                <w:color w:val="1F1F1F"/>
                <w:sz w:val="16"/>
              </w:rPr>
              <w:t>[</w:t>
            </w:r>
            <w:proofErr w:type="spellStart"/>
            <w:r>
              <w:rPr>
                <w:rFonts w:eastAsia="Arial"/>
                <w:color w:val="1F1F1F"/>
                <w:sz w:val="16"/>
              </w:rPr>
              <w:t>vom</w:t>
            </w:r>
            <w:proofErr w:type="spellEnd"/>
            <w:r>
              <w:rPr>
                <w:rFonts w:eastAsia="Arial"/>
                <w:color w:val="1F1F1F"/>
                <w:sz w:val="16"/>
              </w:rPr>
              <w:t xml:space="preserve"> </w:t>
            </w:r>
            <w:proofErr w:type="spellStart"/>
            <w:r>
              <w:rPr>
                <w:rFonts w:eastAsia="Arial"/>
                <w:color w:val="1F1F1F"/>
                <w:sz w:val="16"/>
              </w:rPr>
              <w:t>Bewerber</w:t>
            </w:r>
            <w:proofErr w:type="spellEnd"/>
            <w:r>
              <w:rPr>
                <w:rFonts w:eastAsia="Arial"/>
                <w:color w:val="1F1F1F"/>
                <w:sz w:val="16"/>
              </w:rPr>
              <w:t xml:space="preserve"> </w:t>
            </w:r>
            <w:proofErr w:type="spellStart"/>
            <w:r>
              <w:rPr>
                <w:rFonts w:eastAsia="Arial"/>
                <w:color w:val="1F1F1F"/>
                <w:sz w:val="16"/>
              </w:rPr>
              <w:t>auszufüllen</w:t>
            </w:r>
            <w:proofErr w:type="spellEnd"/>
            <w:r>
              <w:rPr>
                <w:rFonts w:eastAsia="Arial"/>
                <w:color w:val="1F1F1F"/>
                <w:sz w:val="16"/>
              </w:rPr>
              <w:t>]</w:t>
            </w:r>
          </w:p>
        </w:tc>
      </w:tr>
      <w:tr w:rsidR="00E84B84" w14:paraId="5C70E3C4" w14:textId="77777777">
        <w:trPr>
          <w:cantSplit/>
          <w:jc w:val="center"/>
        </w:trPr>
        <w:tc>
          <w:tcPr>
            <w:tcW w:w="3969" w:type="dxa"/>
            <w:shd w:val="clear" w:color="auto" w:fill="F3F6F8"/>
            <w:tcMar>
              <w:top w:w="40" w:type="dxa"/>
              <w:left w:w="80" w:type="dxa"/>
              <w:bottom w:w="40" w:type="dxa"/>
              <w:right w:w="80" w:type="dxa"/>
            </w:tcMar>
            <w:vAlign w:val="center"/>
          </w:tcPr>
          <w:p w14:paraId="706E921E" w14:textId="77777777" w:rsidR="00E84B84" w:rsidRDefault="008D034A">
            <w:pPr>
              <w:spacing w:after="0" w:line="240" w:lineRule="auto"/>
            </w:pPr>
            <w:proofErr w:type="spellStart"/>
            <w:r>
              <w:rPr>
                <w:rFonts w:eastAsia="Arial"/>
                <w:color w:val="1F1F1F"/>
                <w:sz w:val="16"/>
              </w:rPr>
              <w:t>Projektzeitraum</w:t>
            </w:r>
            <w:proofErr w:type="spellEnd"/>
            <w:r>
              <w:rPr>
                <w:rFonts w:eastAsia="Arial"/>
                <w:color w:val="1F1F1F"/>
                <w:sz w:val="16"/>
              </w:rPr>
              <w:t xml:space="preserve"> (von / bis)</w:t>
            </w:r>
          </w:p>
        </w:tc>
        <w:tc>
          <w:tcPr>
            <w:tcW w:w="11225" w:type="dxa"/>
            <w:shd w:val="clear" w:color="auto" w:fill="FFFBEA"/>
            <w:tcMar>
              <w:top w:w="40" w:type="dxa"/>
              <w:left w:w="80" w:type="dxa"/>
              <w:bottom w:w="40" w:type="dxa"/>
              <w:right w:w="80" w:type="dxa"/>
            </w:tcMar>
            <w:vAlign w:val="center"/>
          </w:tcPr>
          <w:p w14:paraId="5CE8722C" w14:textId="77777777" w:rsidR="00E84B84" w:rsidRDefault="008D034A">
            <w:pPr>
              <w:spacing w:after="0" w:line="240" w:lineRule="auto"/>
            </w:pPr>
            <w:r>
              <w:rPr>
                <w:rFonts w:eastAsia="Arial"/>
                <w:color w:val="1F1F1F"/>
                <w:sz w:val="16"/>
              </w:rPr>
              <w:t>[</w:t>
            </w:r>
            <w:proofErr w:type="spellStart"/>
            <w:r>
              <w:rPr>
                <w:rFonts w:eastAsia="Arial"/>
                <w:color w:val="1F1F1F"/>
                <w:sz w:val="16"/>
              </w:rPr>
              <w:t>vom</w:t>
            </w:r>
            <w:proofErr w:type="spellEnd"/>
            <w:r>
              <w:rPr>
                <w:rFonts w:eastAsia="Arial"/>
                <w:color w:val="1F1F1F"/>
                <w:sz w:val="16"/>
              </w:rPr>
              <w:t xml:space="preserve"> </w:t>
            </w:r>
            <w:proofErr w:type="spellStart"/>
            <w:r>
              <w:rPr>
                <w:rFonts w:eastAsia="Arial"/>
                <w:color w:val="1F1F1F"/>
                <w:sz w:val="16"/>
              </w:rPr>
              <w:t>Bewerber</w:t>
            </w:r>
            <w:proofErr w:type="spellEnd"/>
            <w:r>
              <w:rPr>
                <w:rFonts w:eastAsia="Arial"/>
                <w:color w:val="1F1F1F"/>
                <w:sz w:val="16"/>
              </w:rPr>
              <w:t xml:space="preserve"> </w:t>
            </w:r>
            <w:proofErr w:type="spellStart"/>
            <w:r>
              <w:rPr>
                <w:rFonts w:eastAsia="Arial"/>
                <w:color w:val="1F1F1F"/>
                <w:sz w:val="16"/>
              </w:rPr>
              <w:t>auszufüllen</w:t>
            </w:r>
            <w:proofErr w:type="spellEnd"/>
            <w:r>
              <w:rPr>
                <w:rFonts w:eastAsia="Arial"/>
                <w:color w:val="1F1F1F"/>
                <w:sz w:val="16"/>
              </w:rPr>
              <w:t>]</w:t>
            </w:r>
          </w:p>
        </w:tc>
      </w:tr>
      <w:tr w:rsidR="00E84B84" w14:paraId="40A0944A" w14:textId="77777777">
        <w:trPr>
          <w:cantSplit/>
          <w:jc w:val="center"/>
        </w:trPr>
        <w:tc>
          <w:tcPr>
            <w:tcW w:w="3969" w:type="dxa"/>
            <w:shd w:val="clear" w:color="auto" w:fill="F3F6F8"/>
            <w:tcMar>
              <w:top w:w="40" w:type="dxa"/>
              <w:left w:w="80" w:type="dxa"/>
              <w:bottom w:w="40" w:type="dxa"/>
              <w:right w:w="80" w:type="dxa"/>
            </w:tcMar>
            <w:vAlign w:val="center"/>
          </w:tcPr>
          <w:p w14:paraId="71DEB19D" w14:textId="77777777" w:rsidR="00E84B84" w:rsidRDefault="008D034A">
            <w:pPr>
              <w:spacing w:after="0" w:line="240" w:lineRule="auto"/>
            </w:pPr>
            <w:proofErr w:type="spellStart"/>
            <w:r>
              <w:rPr>
                <w:rFonts w:eastAsia="Arial"/>
                <w:color w:val="1F1F1F"/>
                <w:sz w:val="16"/>
              </w:rPr>
              <w:t>Gesamtumfang</w:t>
            </w:r>
            <w:proofErr w:type="spellEnd"/>
            <w:r>
              <w:rPr>
                <w:rFonts w:eastAsia="Arial"/>
                <w:color w:val="1F1F1F"/>
                <w:sz w:val="16"/>
              </w:rPr>
              <w:t xml:space="preserve"> des </w:t>
            </w:r>
            <w:proofErr w:type="spellStart"/>
            <w:r>
              <w:rPr>
                <w:rFonts w:eastAsia="Arial"/>
                <w:color w:val="1F1F1F"/>
                <w:sz w:val="16"/>
              </w:rPr>
              <w:t>Referenzprojekts</w:t>
            </w:r>
            <w:proofErr w:type="spellEnd"/>
          </w:p>
        </w:tc>
        <w:tc>
          <w:tcPr>
            <w:tcW w:w="11225" w:type="dxa"/>
            <w:shd w:val="clear" w:color="auto" w:fill="FFFBEA"/>
            <w:tcMar>
              <w:top w:w="40" w:type="dxa"/>
              <w:left w:w="80" w:type="dxa"/>
              <w:bottom w:w="40" w:type="dxa"/>
              <w:right w:w="80" w:type="dxa"/>
            </w:tcMar>
            <w:vAlign w:val="center"/>
          </w:tcPr>
          <w:p w14:paraId="0750C4F5" w14:textId="77777777" w:rsidR="00E84B84" w:rsidRDefault="008D034A">
            <w:pPr>
              <w:spacing w:after="0" w:line="240" w:lineRule="auto"/>
            </w:pPr>
            <w:r>
              <w:rPr>
                <w:rFonts w:eastAsia="Arial"/>
                <w:color w:val="1F1F1F"/>
                <w:sz w:val="16"/>
              </w:rPr>
              <w:t>[</w:t>
            </w:r>
            <w:proofErr w:type="spellStart"/>
            <w:r>
              <w:rPr>
                <w:rFonts w:eastAsia="Arial"/>
                <w:color w:val="1F1F1F"/>
                <w:sz w:val="16"/>
              </w:rPr>
              <w:t>vom</w:t>
            </w:r>
            <w:proofErr w:type="spellEnd"/>
            <w:r>
              <w:rPr>
                <w:rFonts w:eastAsia="Arial"/>
                <w:color w:val="1F1F1F"/>
                <w:sz w:val="16"/>
              </w:rPr>
              <w:t xml:space="preserve"> </w:t>
            </w:r>
            <w:proofErr w:type="spellStart"/>
            <w:r>
              <w:rPr>
                <w:rFonts w:eastAsia="Arial"/>
                <w:color w:val="1F1F1F"/>
                <w:sz w:val="16"/>
              </w:rPr>
              <w:t>Bewerber</w:t>
            </w:r>
            <w:proofErr w:type="spellEnd"/>
            <w:r>
              <w:rPr>
                <w:rFonts w:eastAsia="Arial"/>
                <w:color w:val="1F1F1F"/>
                <w:sz w:val="16"/>
              </w:rPr>
              <w:t xml:space="preserve"> </w:t>
            </w:r>
            <w:proofErr w:type="spellStart"/>
            <w:r>
              <w:rPr>
                <w:rFonts w:eastAsia="Arial"/>
                <w:color w:val="1F1F1F"/>
                <w:sz w:val="16"/>
              </w:rPr>
              <w:t>auszufüllen</w:t>
            </w:r>
            <w:proofErr w:type="spellEnd"/>
            <w:r>
              <w:rPr>
                <w:rFonts w:eastAsia="Arial"/>
                <w:color w:val="1F1F1F"/>
                <w:sz w:val="16"/>
              </w:rPr>
              <w:t>]</w:t>
            </w:r>
          </w:p>
        </w:tc>
      </w:tr>
      <w:tr w:rsidR="00E84B84" w14:paraId="37F6D081" w14:textId="77777777">
        <w:trPr>
          <w:cantSplit/>
          <w:jc w:val="center"/>
        </w:trPr>
        <w:tc>
          <w:tcPr>
            <w:tcW w:w="3969" w:type="dxa"/>
            <w:shd w:val="clear" w:color="auto" w:fill="F3F6F8"/>
            <w:tcMar>
              <w:top w:w="40" w:type="dxa"/>
              <w:left w:w="80" w:type="dxa"/>
              <w:bottom w:w="40" w:type="dxa"/>
              <w:right w:w="80" w:type="dxa"/>
            </w:tcMar>
            <w:vAlign w:val="center"/>
          </w:tcPr>
          <w:p w14:paraId="6B65B7F1" w14:textId="77777777" w:rsidR="00E84B84" w:rsidRDefault="008D034A">
            <w:pPr>
              <w:spacing w:after="0" w:line="240" w:lineRule="auto"/>
            </w:pPr>
            <w:proofErr w:type="spellStart"/>
            <w:r>
              <w:rPr>
                <w:rFonts w:eastAsia="Arial"/>
                <w:color w:val="1F1F1F"/>
                <w:sz w:val="16"/>
              </w:rPr>
              <w:t>Leistungsanteil</w:t>
            </w:r>
            <w:proofErr w:type="spellEnd"/>
            <w:r>
              <w:rPr>
                <w:rFonts w:eastAsia="Arial"/>
                <w:color w:val="1F1F1F"/>
                <w:sz w:val="16"/>
              </w:rPr>
              <w:t xml:space="preserve"> des </w:t>
            </w:r>
            <w:proofErr w:type="spellStart"/>
            <w:r>
              <w:rPr>
                <w:rFonts w:eastAsia="Arial"/>
                <w:color w:val="1F1F1F"/>
                <w:sz w:val="16"/>
              </w:rPr>
              <w:t>Bewerbers</w:t>
            </w:r>
            <w:proofErr w:type="spellEnd"/>
          </w:p>
        </w:tc>
        <w:tc>
          <w:tcPr>
            <w:tcW w:w="11225" w:type="dxa"/>
            <w:shd w:val="clear" w:color="auto" w:fill="FFFBEA"/>
            <w:tcMar>
              <w:top w:w="40" w:type="dxa"/>
              <w:left w:w="80" w:type="dxa"/>
              <w:bottom w:w="40" w:type="dxa"/>
              <w:right w:w="80" w:type="dxa"/>
            </w:tcMar>
            <w:vAlign w:val="center"/>
          </w:tcPr>
          <w:p w14:paraId="384E8952" w14:textId="77777777" w:rsidR="00E84B84" w:rsidRDefault="008D034A">
            <w:pPr>
              <w:spacing w:after="0" w:line="240" w:lineRule="auto"/>
            </w:pPr>
            <w:r>
              <w:rPr>
                <w:rFonts w:eastAsia="Arial"/>
                <w:color w:val="1F1F1F"/>
                <w:sz w:val="16"/>
              </w:rPr>
              <w:t>[</w:t>
            </w:r>
            <w:proofErr w:type="spellStart"/>
            <w:r>
              <w:rPr>
                <w:rFonts w:eastAsia="Arial"/>
                <w:color w:val="1F1F1F"/>
                <w:sz w:val="16"/>
              </w:rPr>
              <w:t>vom</w:t>
            </w:r>
            <w:proofErr w:type="spellEnd"/>
            <w:r>
              <w:rPr>
                <w:rFonts w:eastAsia="Arial"/>
                <w:color w:val="1F1F1F"/>
                <w:sz w:val="16"/>
              </w:rPr>
              <w:t xml:space="preserve"> </w:t>
            </w:r>
            <w:proofErr w:type="spellStart"/>
            <w:r>
              <w:rPr>
                <w:rFonts w:eastAsia="Arial"/>
                <w:color w:val="1F1F1F"/>
                <w:sz w:val="16"/>
              </w:rPr>
              <w:t>Bewerber</w:t>
            </w:r>
            <w:proofErr w:type="spellEnd"/>
            <w:r>
              <w:rPr>
                <w:rFonts w:eastAsia="Arial"/>
                <w:color w:val="1F1F1F"/>
                <w:sz w:val="16"/>
              </w:rPr>
              <w:t xml:space="preserve"> </w:t>
            </w:r>
            <w:proofErr w:type="spellStart"/>
            <w:r>
              <w:rPr>
                <w:rFonts w:eastAsia="Arial"/>
                <w:color w:val="1F1F1F"/>
                <w:sz w:val="16"/>
              </w:rPr>
              <w:t>auszufüllen</w:t>
            </w:r>
            <w:proofErr w:type="spellEnd"/>
            <w:r>
              <w:rPr>
                <w:rFonts w:eastAsia="Arial"/>
                <w:color w:val="1F1F1F"/>
                <w:sz w:val="16"/>
              </w:rPr>
              <w:t>]</w:t>
            </w:r>
          </w:p>
        </w:tc>
      </w:tr>
    </w:tbl>
    <w:p w14:paraId="12A9A3CE" w14:textId="77777777" w:rsidR="00E84B84" w:rsidRDefault="008D034A">
      <w:pPr>
        <w:spacing w:before="100" w:after="40" w:line="240" w:lineRule="auto"/>
      </w:pPr>
      <w:r>
        <w:rPr>
          <w:rFonts w:eastAsia="Arial"/>
          <w:b/>
          <w:color w:val="0B4F7A"/>
          <w:sz w:val="22"/>
        </w:rPr>
        <w:t xml:space="preserve">2. </w:t>
      </w:r>
      <w:proofErr w:type="spellStart"/>
      <w:r>
        <w:rPr>
          <w:rFonts w:eastAsia="Arial"/>
          <w:b/>
          <w:color w:val="0B4F7A"/>
          <w:sz w:val="22"/>
        </w:rPr>
        <w:t>Ausgangslage</w:t>
      </w:r>
      <w:proofErr w:type="spellEnd"/>
      <w:r>
        <w:rPr>
          <w:rFonts w:eastAsia="Arial"/>
          <w:b/>
          <w:color w:val="0B4F7A"/>
          <w:sz w:val="22"/>
        </w:rPr>
        <w:t xml:space="preserve">, </w:t>
      </w:r>
      <w:proofErr w:type="spellStart"/>
      <w:r>
        <w:rPr>
          <w:rFonts w:eastAsia="Arial"/>
          <w:b/>
          <w:color w:val="0B4F7A"/>
          <w:sz w:val="22"/>
        </w:rPr>
        <w:t>Auftrag</w:t>
      </w:r>
      <w:proofErr w:type="spellEnd"/>
      <w:r>
        <w:rPr>
          <w:rFonts w:eastAsia="Arial"/>
          <w:b/>
          <w:color w:val="0B4F7A"/>
          <w:sz w:val="22"/>
        </w:rPr>
        <w:t xml:space="preserve"> und </w:t>
      </w:r>
      <w:proofErr w:type="spellStart"/>
      <w:r>
        <w:rPr>
          <w:rFonts w:eastAsia="Arial"/>
          <w:b/>
          <w:color w:val="0B4F7A"/>
          <w:sz w:val="22"/>
        </w:rPr>
        <w:t>Ergebnisse</w:t>
      </w:r>
      <w:proofErr w:type="spellEnd"/>
    </w:p>
    <w:tbl>
      <w:tblPr>
        <w:tblW w:w="0" w:type="auto"/>
        <w:jc w:val="center"/>
        <w:tblLayout w:type="fixed"/>
        <w:tblLook w:val="04A0" w:firstRow="1" w:lastRow="0" w:firstColumn="1" w:lastColumn="0" w:noHBand="0" w:noVBand="1"/>
      </w:tblPr>
      <w:tblGrid>
        <w:gridCol w:w="3969"/>
        <w:gridCol w:w="11225"/>
      </w:tblGrid>
      <w:tr w:rsidR="00E84B84" w14:paraId="4ED21C52" w14:textId="77777777">
        <w:trPr>
          <w:cantSplit/>
          <w:jc w:val="center"/>
        </w:trPr>
        <w:tc>
          <w:tcPr>
            <w:tcW w:w="3969" w:type="dxa"/>
            <w:shd w:val="clear" w:color="auto" w:fill="F3F6F8"/>
            <w:tcMar>
              <w:top w:w="40" w:type="dxa"/>
              <w:left w:w="80" w:type="dxa"/>
              <w:bottom w:w="40" w:type="dxa"/>
              <w:right w:w="80" w:type="dxa"/>
            </w:tcMar>
            <w:vAlign w:val="center"/>
          </w:tcPr>
          <w:p w14:paraId="10FDDF7E" w14:textId="77777777" w:rsidR="00E84B84" w:rsidRDefault="008D034A">
            <w:pPr>
              <w:spacing w:after="0" w:line="240" w:lineRule="auto"/>
            </w:pPr>
            <w:proofErr w:type="spellStart"/>
            <w:r>
              <w:rPr>
                <w:rFonts w:eastAsia="Arial"/>
                <w:color w:val="1F1F1F"/>
                <w:sz w:val="16"/>
              </w:rPr>
              <w:t>Ausgangslage</w:t>
            </w:r>
            <w:proofErr w:type="spellEnd"/>
            <w:r>
              <w:rPr>
                <w:rFonts w:eastAsia="Arial"/>
                <w:color w:val="1F1F1F"/>
                <w:sz w:val="16"/>
              </w:rPr>
              <w:t xml:space="preserve"> / </w:t>
            </w:r>
            <w:proofErr w:type="spellStart"/>
            <w:r>
              <w:rPr>
                <w:rFonts w:eastAsia="Arial"/>
                <w:color w:val="1F1F1F"/>
                <w:sz w:val="16"/>
              </w:rPr>
              <w:t>Problemstellung</w:t>
            </w:r>
            <w:proofErr w:type="spellEnd"/>
          </w:p>
        </w:tc>
        <w:tc>
          <w:tcPr>
            <w:tcW w:w="11225" w:type="dxa"/>
            <w:shd w:val="clear" w:color="auto" w:fill="FFFBEA"/>
            <w:tcMar>
              <w:top w:w="40" w:type="dxa"/>
              <w:left w:w="80" w:type="dxa"/>
              <w:bottom w:w="40" w:type="dxa"/>
              <w:right w:w="80" w:type="dxa"/>
            </w:tcMar>
            <w:vAlign w:val="center"/>
          </w:tcPr>
          <w:p w14:paraId="7673AD73" w14:textId="77777777" w:rsidR="00E84B84" w:rsidRDefault="008D034A">
            <w:pPr>
              <w:spacing w:after="0" w:line="240" w:lineRule="auto"/>
            </w:pPr>
            <w:r w:rsidRPr="00191757">
              <w:rPr>
                <w:rFonts w:eastAsia="Arial"/>
                <w:color w:val="1F1F1F"/>
                <w:sz w:val="16"/>
                <w:lang w:val="de-DE"/>
              </w:rPr>
              <w:t>Ausgangslage und Anlass des Vorhabens konkret beschreiben.</w:t>
            </w:r>
            <w:r w:rsidRPr="00191757">
              <w:rPr>
                <w:rFonts w:eastAsia="Arial"/>
                <w:color w:val="1F1F1F"/>
                <w:sz w:val="16"/>
                <w:lang w:val="de-DE"/>
              </w:rPr>
              <w:br/>
            </w:r>
            <w:r w:rsidRPr="00191757">
              <w:rPr>
                <w:rFonts w:eastAsia="Arial"/>
                <w:color w:val="1F1F1F"/>
                <w:sz w:val="16"/>
                <w:lang w:val="de-DE"/>
              </w:rPr>
              <w:br/>
            </w:r>
            <w:r>
              <w:rPr>
                <w:rFonts w:eastAsia="Arial"/>
                <w:color w:val="1F1F1F"/>
                <w:sz w:val="16"/>
              </w:rPr>
              <w:t>[</w:t>
            </w:r>
            <w:proofErr w:type="spellStart"/>
            <w:r>
              <w:rPr>
                <w:rFonts w:eastAsia="Arial"/>
                <w:color w:val="1F1F1F"/>
                <w:sz w:val="16"/>
              </w:rPr>
              <w:t>vom</w:t>
            </w:r>
            <w:proofErr w:type="spellEnd"/>
            <w:r>
              <w:rPr>
                <w:rFonts w:eastAsia="Arial"/>
                <w:color w:val="1F1F1F"/>
                <w:sz w:val="16"/>
              </w:rPr>
              <w:t xml:space="preserve"> </w:t>
            </w:r>
            <w:proofErr w:type="spellStart"/>
            <w:r>
              <w:rPr>
                <w:rFonts w:eastAsia="Arial"/>
                <w:color w:val="1F1F1F"/>
                <w:sz w:val="16"/>
              </w:rPr>
              <w:t>Bewerber</w:t>
            </w:r>
            <w:proofErr w:type="spellEnd"/>
            <w:r>
              <w:rPr>
                <w:rFonts w:eastAsia="Arial"/>
                <w:color w:val="1F1F1F"/>
                <w:sz w:val="16"/>
              </w:rPr>
              <w:t xml:space="preserve"> </w:t>
            </w:r>
            <w:proofErr w:type="spellStart"/>
            <w:r>
              <w:rPr>
                <w:rFonts w:eastAsia="Arial"/>
                <w:color w:val="1F1F1F"/>
                <w:sz w:val="16"/>
              </w:rPr>
              <w:t>auszufüllen</w:t>
            </w:r>
            <w:proofErr w:type="spellEnd"/>
            <w:r>
              <w:rPr>
                <w:rFonts w:eastAsia="Arial"/>
                <w:color w:val="1F1F1F"/>
                <w:sz w:val="16"/>
              </w:rPr>
              <w:t>]</w:t>
            </w:r>
          </w:p>
        </w:tc>
      </w:tr>
      <w:tr w:rsidR="00E84B84" w14:paraId="4109DA44" w14:textId="77777777">
        <w:trPr>
          <w:cantSplit/>
          <w:jc w:val="center"/>
        </w:trPr>
        <w:tc>
          <w:tcPr>
            <w:tcW w:w="3969" w:type="dxa"/>
            <w:shd w:val="clear" w:color="auto" w:fill="F3F6F8"/>
            <w:tcMar>
              <w:top w:w="40" w:type="dxa"/>
              <w:left w:w="80" w:type="dxa"/>
              <w:bottom w:w="40" w:type="dxa"/>
              <w:right w:w="80" w:type="dxa"/>
            </w:tcMar>
            <w:vAlign w:val="center"/>
          </w:tcPr>
          <w:p w14:paraId="6D956641" w14:textId="77777777" w:rsidR="00E84B84" w:rsidRDefault="008D034A">
            <w:pPr>
              <w:spacing w:after="0" w:line="240" w:lineRule="auto"/>
            </w:pPr>
            <w:proofErr w:type="spellStart"/>
            <w:r>
              <w:rPr>
                <w:rFonts w:eastAsia="Arial"/>
                <w:color w:val="1F1F1F"/>
                <w:sz w:val="16"/>
              </w:rPr>
              <w:t>Auftrag</w:t>
            </w:r>
            <w:proofErr w:type="spellEnd"/>
            <w:r>
              <w:rPr>
                <w:rFonts w:eastAsia="Arial"/>
                <w:color w:val="1F1F1F"/>
                <w:sz w:val="16"/>
              </w:rPr>
              <w:t xml:space="preserve"> / </w:t>
            </w:r>
            <w:proofErr w:type="spellStart"/>
            <w:r>
              <w:rPr>
                <w:rFonts w:eastAsia="Arial"/>
                <w:color w:val="1F1F1F"/>
                <w:sz w:val="16"/>
              </w:rPr>
              <w:t>Zielsetzung</w:t>
            </w:r>
            <w:proofErr w:type="spellEnd"/>
          </w:p>
        </w:tc>
        <w:tc>
          <w:tcPr>
            <w:tcW w:w="11225" w:type="dxa"/>
            <w:shd w:val="clear" w:color="auto" w:fill="FFFBEA"/>
            <w:tcMar>
              <w:top w:w="40" w:type="dxa"/>
              <w:left w:w="80" w:type="dxa"/>
              <w:bottom w:w="40" w:type="dxa"/>
              <w:right w:w="80" w:type="dxa"/>
            </w:tcMar>
            <w:vAlign w:val="center"/>
          </w:tcPr>
          <w:p w14:paraId="1780BE1B" w14:textId="77777777" w:rsidR="00E84B84" w:rsidRDefault="008D034A">
            <w:pPr>
              <w:spacing w:after="0" w:line="240" w:lineRule="auto"/>
            </w:pPr>
            <w:r w:rsidRPr="00191757">
              <w:rPr>
                <w:rFonts w:eastAsia="Arial"/>
                <w:color w:val="1F1F1F"/>
                <w:sz w:val="16"/>
                <w:lang w:val="de-DE"/>
              </w:rPr>
              <w:t>Ziel und Umfang der durch den Bewerber übernommenen Beratungsleistung beschreiben.</w:t>
            </w:r>
            <w:r w:rsidRPr="00191757">
              <w:rPr>
                <w:rFonts w:eastAsia="Arial"/>
                <w:color w:val="1F1F1F"/>
                <w:sz w:val="16"/>
                <w:lang w:val="de-DE"/>
              </w:rPr>
              <w:br/>
            </w:r>
            <w:r w:rsidRPr="00191757">
              <w:rPr>
                <w:rFonts w:eastAsia="Arial"/>
                <w:color w:val="1F1F1F"/>
                <w:sz w:val="16"/>
                <w:lang w:val="de-DE"/>
              </w:rPr>
              <w:br/>
            </w:r>
            <w:r>
              <w:rPr>
                <w:rFonts w:eastAsia="Arial"/>
                <w:color w:val="1F1F1F"/>
                <w:sz w:val="16"/>
              </w:rPr>
              <w:t>[</w:t>
            </w:r>
            <w:proofErr w:type="spellStart"/>
            <w:r>
              <w:rPr>
                <w:rFonts w:eastAsia="Arial"/>
                <w:color w:val="1F1F1F"/>
                <w:sz w:val="16"/>
              </w:rPr>
              <w:t>vom</w:t>
            </w:r>
            <w:proofErr w:type="spellEnd"/>
            <w:r>
              <w:rPr>
                <w:rFonts w:eastAsia="Arial"/>
                <w:color w:val="1F1F1F"/>
                <w:sz w:val="16"/>
              </w:rPr>
              <w:t xml:space="preserve"> </w:t>
            </w:r>
            <w:proofErr w:type="spellStart"/>
            <w:r>
              <w:rPr>
                <w:rFonts w:eastAsia="Arial"/>
                <w:color w:val="1F1F1F"/>
                <w:sz w:val="16"/>
              </w:rPr>
              <w:t>Bewerber</w:t>
            </w:r>
            <w:proofErr w:type="spellEnd"/>
            <w:r>
              <w:rPr>
                <w:rFonts w:eastAsia="Arial"/>
                <w:color w:val="1F1F1F"/>
                <w:sz w:val="16"/>
              </w:rPr>
              <w:t xml:space="preserve"> </w:t>
            </w:r>
            <w:proofErr w:type="spellStart"/>
            <w:r>
              <w:rPr>
                <w:rFonts w:eastAsia="Arial"/>
                <w:color w:val="1F1F1F"/>
                <w:sz w:val="16"/>
              </w:rPr>
              <w:t>auszufüllen</w:t>
            </w:r>
            <w:proofErr w:type="spellEnd"/>
            <w:r>
              <w:rPr>
                <w:rFonts w:eastAsia="Arial"/>
                <w:color w:val="1F1F1F"/>
                <w:sz w:val="16"/>
              </w:rPr>
              <w:t>]</w:t>
            </w:r>
          </w:p>
        </w:tc>
      </w:tr>
      <w:tr w:rsidR="00E84B84" w14:paraId="6021D6CD" w14:textId="77777777">
        <w:trPr>
          <w:cantSplit/>
          <w:jc w:val="center"/>
        </w:trPr>
        <w:tc>
          <w:tcPr>
            <w:tcW w:w="3969" w:type="dxa"/>
            <w:shd w:val="clear" w:color="auto" w:fill="F3F6F8"/>
            <w:tcMar>
              <w:top w:w="40" w:type="dxa"/>
              <w:left w:w="80" w:type="dxa"/>
              <w:bottom w:w="40" w:type="dxa"/>
              <w:right w:w="80" w:type="dxa"/>
            </w:tcMar>
            <w:vAlign w:val="center"/>
          </w:tcPr>
          <w:p w14:paraId="32072EFB" w14:textId="77777777" w:rsidR="00E84B84" w:rsidRDefault="008D034A">
            <w:pPr>
              <w:spacing w:after="0" w:line="240" w:lineRule="auto"/>
            </w:pPr>
            <w:proofErr w:type="spellStart"/>
            <w:r>
              <w:rPr>
                <w:rFonts w:eastAsia="Arial"/>
                <w:color w:val="1F1F1F"/>
                <w:sz w:val="16"/>
              </w:rPr>
              <w:t>Erbrachte</w:t>
            </w:r>
            <w:proofErr w:type="spellEnd"/>
            <w:r>
              <w:rPr>
                <w:rFonts w:eastAsia="Arial"/>
                <w:color w:val="1F1F1F"/>
                <w:sz w:val="16"/>
              </w:rPr>
              <w:t xml:space="preserve"> </w:t>
            </w:r>
            <w:proofErr w:type="spellStart"/>
            <w:r>
              <w:rPr>
                <w:rFonts w:eastAsia="Arial"/>
                <w:color w:val="1F1F1F"/>
                <w:sz w:val="16"/>
              </w:rPr>
              <w:t>Ergebnisse</w:t>
            </w:r>
            <w:proofErr w:type="spellEnd"/>
          </w:p>
        </w:tc>
        <w:tc>
          <w:tcPr>
            <w:tcW w:w="11225" w:type="dxa"/>
            <w:shd w:val="clear" w:color="auto" w:fill="FFFBEA"/>
            <w:tcMar>
              <w:top w:w="40" w:type="dxa"/>
              <w:left w:w="80" w:type="dxa"/>
              <w:bottom w:w="40" w:type="dxa"/>
              <w:right w:w="80" w:type="dxa"/>
            </w:tcMar>
            <w:vAlign w:val="center"/>
          </w:tcPr>
          <w:p w14:paraId="58A22993" w14:textId="77777777" w:rsidR="00E84B84" w:rsidRDefault="008D034A">
            <w:pPr>
              <w:spacing w:after="0" w:line="240" w:lineRule="auto"/>
            </w:pPr>
            <w:r w:rsidRPr="00191757">
              <w:rPr>
                <w:rFonts w:eastAsia="Arial"/>
                <w:color w:val="1F1F1F"/>
                <w:sz w:val="16"/>
                <w:lang w:val="de-DE"/>
              </w:rPr>
              <w:t>Wesentliche Ergebnisobjekte und erzielte Ergebnisse benennen.</w:t>
            </w:r>
            <w:r w:rsidRPr="00191757">
              <w:rPr>
                <w:rFonts w:eastAsia="Arial"/>
                <w:color w:val="1F1F1F"/>
                <w:sz w:val="16"/>
                <w:lang w:val="de-DE"/>
              </w:rPr>
              <w:br/>
            </w:r>
            <w:r w:rsidRPr="00191757">
              <w:rPr>
                <w:rFonts w:eastAsia="Arial"/>
                <w:color w:val="1F1F1F"/>
                <w:sz w:val="16"/>
                <w:lang w:val="de-DE"/>
              </w:rPr>
              <w:br/>
            </w:r>
            <w:r>
              <w:rPr>
                <w:rFonts w:eastAsia="Arial"/>
                <w:color w:val="1F1F1F"/>
                <w:sz w:val="16"/>
              </w:rPr>
              <w:t>[</w:t>
            </w:r>
            <w:proofErr w:type="spellStart"/>
            <w:r>
              <w:rPr>
                <w:rFonts w:eastAsia="Arial"/>
                <w:color w:val="1F1F1F"/>
                <w:sz w:val="16"/>
              </w:rPr>
              <w:t>vom</w:t>
            </w:r>
            <w:proofErr w:type="spellEnd"/>
            <w:r>
              <w:rPr>
                <w:rFonts w:eastAsia="Arial"/>
                <w:color w:val="1F1F1F"/>
                <w:sz w:val="16"/>
              </w:rPr>
              <w:t xml:space="preserve"> </w:t>
            </w:r>
            <w:proofErr w:type="spellStart"/>
            <w:r>
              <w:rPr>
                <w:rFonts w:eastAsia="Arial"/>
                <w:color w:val="1F1F1F"/>
                <w:sz w:val="16"/>
              </w:rPr>
              <w:t>Bewerber</w:t>
            </w:r>
            <w:proofErr w:type="spellEnd"/>
            <w:r>
              <w:rPr>
                <w:rFonts w:eastAsia="Arial"/>
                <w:color w:val="1F1F1F"/>
                <w:sz w:val="16"/>
              </w:rPr>
              <w:t xml:space="preserve"> </w:t>
            </w:r>
            <w:proofErr w:type="spellStart"/>
            <w:r>
              <w:rPr>
                <w:rFonts w:eastAsia="Arial"/>
                <w:color w:val="1F1F1F"/>
                <w:sz w:val="16"/>
              </w:rPr>
              <w:t>auszufüllen</w:t>
            </w:r>
            <w:proofErr w:type="spellEnd"/>
            <w:r>
              <w:rPr>
                <w:rFonts w:eastAsia="Arial"/>
                <w:color w:val="1F1F1F"/>
                <w:sz w:val="16"/>
              </w:rPr>
              <w:t>]</w:t>
            </w:r>
          </w:p>
        </w:tc>
      </w:tr>
    </w:tbl>
    <w:p w14:paraId="0D3A4D9E" w14:textId="77777777" w:rsidR="00E84B84" w:rsidRDefault="008D034A">
      <w:r>
        <w:br w:type="page"/>
      </w:r>
    </w:p>
    <w:p w14:paraId="10C06365" w14:textId="77777777" w:rsidR="00E84B84" w:rsidRPr="00E05BED" w:rsidRDefault="008D034A">
      <w:pPr>
        <w:spacing w:before="40" w:after="40" w:line="240" w:lineRule="auto"/>
        <w:rPr>
          <w:lang w:val="de-DE"/>
        </w:rPr>
      </w:pPr>
      <w:r w:rsidRPr="00E05BED">
        <w:rPr>
          <w:rFonts w:eastAsia="Arial"/>
          <w:b/>
          <w:color w:val="0B4F7A"/>
          <w:sz w:val="22"/>
          <w:lang w:val="de-DE"/>
        </w:rPr>
        <w:lastRenderedPageBreak/>
        <w:t>3. Zuordnung zu den Leistungsfeldern</w:t>
      </w:r>
    </w:p>
    <w:p w14:paraId="3FB1C79F" w14:textId="77777777" w:rsidR="00E84B84" w:rsidRPr="00191757" w:rsidRDefault="008D034A">
      <w:pPr>
        <w:spacing w:after="0" w:line="240" w:lineRule="auto"/>
        <w:rPr>
          <w:lang w:val="de-DE"/>
        </w:rPr>
      </w:pPr>
      <w:r w:rsidRPr="00E05BED">
        <w:rPr>
          <w:lang w:val="de-DE"/>
        </w:rPr>
        <w:t>Das unter 1 benannte primäre Leistungsfeld ist auszuwählen. Weitere Leistungsfelder dürfen ergänzend ausgewählt werden, wenn ein konkreter Leistungsbeitrag nachgewiesen wird. Für jedes ausgewählte Leistungsfeld ist in der rechten Spalte der konkrete Leistungsanteil dieses Referenzprojekts zu beschreiben.</w:t>
      </w:r>
    </w:p>
    <w:tbl>
      <w:tblPr>
        <w:tblW w:w="0" w:type="auto"/>
        <w:jc w:val="center"/>
        <w:tblLayout w:type="fixed"/>
        <w:tblLook w:val="04A0" w:firstRow="1" w:lastRow="0" w:firstColumn="1" w:lastColumn="0" w:noHBand="0" w:noVBand="1"/>
      </w:tblPr>
      <w:tblGrid>
        <w:gridCol w:w="1247"/>
        <w:gridCol w:w="5102"/>
        <w:gridCol w:w="8844"/>
      </w:tblGrid>
      <w:tr w:rsidR="00E84B84" w:rsidRPr="00CD663C" w14:paraId="026ADA80" w14:textId="77777777">
        <w:trPr>
          <w:cantSplit/>
          <w:tblHeader/>
          <w:jc w:val="center"/>
        </w:trPr>
        <w:tc>
          <w:tcPr>
            <w:tcW w:w="1247" w:type="dxa"/>
            <w:shd w:val="clear" w:color="auto" w:fill="0B4F7A"/>
            <w:tcMar>
              <w:top w:w="40" w:type="dxa"/>
              <w:left w:w="80" w:type="dxa"/>
              <w:bottom w:w="40" w:type="dxa"/>
              <w:right w:w="80" w:type="dxa"/>
            </w:tcMar>
            <w:vAlign w:val="center"/>
          </w:tcPr>
          <w:p w14:paraId="224405DD" w14:textId="77777777" w:rsidR="00E84B84" w:rsidRDefault="008D034A">
            <w:pPr>
              <w:spacing w:after="0" w:line="240" w:lineRule="auto"/>
              <w:jc w:val="center"/>
            </w:pPr>
            <w:proofErr w:type="spellStart"/>
            <w:r>
              <w:rPr>
                <w:rFonts w:eastAsia="Arial"/>
                <w:b/>
                <w:color w:val="FFFFFF"/>
                <w:sz w:val="16"/>
              </w:rPr>
              <w:t>Auswahl</w:t>
            </w:r>
            <w:proofErr w:type="spellEnd"/>
          </w:p>
        </w:tc>
        <w:tc>
          <w:tcPr>
            <w:tcW w:w="5102" w:type="dxa"/>
            <w:shd w:val="clear" w:color="auto" w:fill="0B4F7A"/>
            <w:tcMar>
              <w:top w:w="40" w:type="dxa"/>
              <w:left w:w="80" w:type="dxa"/>
              <w:bottom w:w="40" w:type="dxa"/>
              <w:right w:w="80" w:type="dxa"/>
            </w:tcMar>
            <w:vAlign w:val="center"/>
          </w:tcPr>
          <w:p w14:paraId="26A1C6BA" w14:textId="77777777" w:rsidR="00E84B84" w:rsidRDefault="008D034A">
            <w:pPr>
              <w:spacing w:after="0" w:line="240" w:lineRule="auto"/>
              <w:jc w:val="center"/>
            </w:pPr>
            <w:proofErr w:type="spellStart"/>
            <w:r>
              <w:rPr>
                <w:rFonts w:eastAsia="Arial"/>
                <w:b/>
                <w:color w:val="FFFFFF"/>
                <w:sz w:val="16"/>
              </w:rPr>
              <w:t>Leistungsfeld</w:t>
            </w:r>
            <w:proofErr w:type="spellEnd"/>
          </w:p>
        </w:tc>
        <w:tc>
          <w:tcPr>
            <w:tcW w:w="8844" w:type="dxa"/>
            <w:shd w:val="clear" w:color="auto" w:fill="0B4F7A"/>
            <w:tcMar>
              <w:top w:w="40" w:type="dxa"/>
              <w:left w:w="80" w:type="dxa"/>
              <w:bottom w:w="40" w:type="dxa"/>
              <w:right w:w="80" w:type="dxa"/>
            </w:tcMar>
            <w:vAlign w:val="center"/>
          </w:tcPr>
          <w:p w14:paraId="2751A670" w14:textId="77777777" w:rsidR="00E84B84" w:rsidRPr="00191757" w:rsidRDefault="008D034A">
            <w:pPr>
              <w:spacing w:after="0" w:line="240" w:lineRule="auto"/>
              <w:jc w:val="center"/>
              <w:rPr>
                <w:lang w:val="de-DE"/>
              </w:rPr>
            </w:pPr>
            <w:r w:rsidRPr="00191757">
              <w:rPr>
                <w:rFonts w:eastAsia="Arial"/>
                <w:b/>
                <w:color w:val="FFFFFF"/>
                <w:sz w:val="16"/>
                <w:lang w:val="de-DE"/>
              </w:rPr>
              <w:t>Konkreter Nachweis aus diesem Referenzprojekt</w:t>
            </w:r>
          </w:p>
        </w:tc>
      </w:tr>
      <w:tr w:rsidR="00E84B84" w:rsidRPr="00CD663C" w14:paraId="03841FBB" w14:textId="77777777">
        <w:trPr>
          <w:cantSplit/>
          <w:jc w:val="center"/>
        </w:trPr>
        <w:tc>
          <w:tcPr>
            <w:tcW w:w="1247" w:type="dxa"/>
            <w:shd w:val="clear" w:color="auto" w:fill="FFFBEA"/>
            <w:tcMar>
              <w:top w:w="40" w:type="dxa"/>
              <w:left w:w="80" w:type="dxa"/>
              <w:bottom w:w="40" w:type="dxa"/>
              <w:right w:w="80" w:type="dxa"/>
            </w:tcMar>
            <w:vAlign w:val="center"/>
          </w:tcPr>
          <w:p w14:paraId="584D22BC" w14:textId="77777777" w:rsidR="00E84B84" w:rsidRDefault="008D034A">
            <w:pPr>
              <w:spacing w:after="0" w:line="240" w:lineRule="auto"/>
              <w:jc w:val="center"/>
            </w:pPr>
            <w:r>
              <w:rPr>
                <w:rFonts w:eastAsia="Arial"/>
                <w:color w:val="1F1F1F"/>
                <w:sz w:val="16"/>
              </w:rPr>
              <w:t>☐</w:t>
            </w:r>
          </w:p>
        </w:tc>
        <w:tc>
          <w:tcPr>
            <w:tcW w:w="5102" w:type="dxa"/>
            <w:tcMar>
              <w:top w:w="40" w:type="dxa"/>
              <w:left w:w="80" w:type="dxa"/>
              <w:bottom w:w="40" w:type="dxa"/>
              <w:right w:w="80" w:type="dxa"/>
            </w:tcMar>
            <w:vAlign w:val="center"/>
          </w:tcPr>
          <w:p w14:paraId="223A7605" w14:textId="77777777" w:rsidR="00E84B84" w:rsidRPr="00191757" w:rsidRDefault="008D034A">
            <w:pPr>
              <w:spacing w:after="0" w:line="240" w:lineRule="auto"/>
              <w:rPr>
                <w:lang w:val="de-DE"/>
              </w:rPr>
            </w:pPr>
            <w:r w:rsidRPr="00191757">
              <w:rPr>
                <w:rFonts w:eastAsia="Arial"/>
                <w:color w:val="1F1F1F"/>
                <w:sz w:val="16"/>
                <w:lang w:val="de-DE"/>
              </w:rPr>
              <w:t>LF1 – IT-Strategie und Innovation</w:t>
            </w:r>
          </w:p>
        </w:tc>
        <w:tc>
          <w:tcPr>
            <w:tcW w:w="8844" w:type="dxa"/>
            <w:shd w:val="clear" w:color="auto" w:fill="FFFBEA"/>
            <w:tcMar>
              <w:top w:w="40" w:type="dxa"/>
              <w:left w:w="80" w:type="dxa"/>
              <w:bottom w:w="40" w:type="dxa"/>
              <w:right w:w="80" w:type="dxa"/>
            </w:tcMar>
            <w:vAlign w:val="center"/>
          </w:tcPr>
          <w:p w14:paraId="37CE61A1" w14:textId="77777777" w:rsidR="00E84B84" w:rsidRPr="00191757" w:rsidRDefault="008D034A">
            <w:pPr>
              <w:spacing w:after="0" w:line="240" w:lineRule="auto"/>
              <w:rPr>
                <w:lang w:val="de-DE"/>
              </w:rPr>
            </w:pPr>
            <w:r w:rsidRPr="00191757">
              <w:rPr>
                <w:rFonts w:eastAsia="Arial"/>
                <w:color w:val="1F1F1F"/>
                <w:sz w:val="16"/>
                <w:lang w:val="de-DE"/>
              </w:rPr>
              <w:t>[nur bei Auswahl: konkrete Tätigkeit / Ergebnis im Leistungsfeld]</w:t>
            </w:r>
          </w:p>
        </w:tc>
      </w:tr>
      <w:tr w:rsidR="00E84B84" w:rsidRPr="00CD663C" w14:paraId="7E2504DB" w14:textId="77777777">
        <w:trPr>
          <w:cantSplit/>
          <w:jc w:val="center"/>
        </w:trPr>
        <w:tc>
          <w:tcPr>
            <w:tcW w:w="1247" w:type="dxa"/>
            <w:shd w:val="clear" w:color="auto" w:fill="FFFBEA"/>
            <w:tcMar>
              <w:top w:w="40" w:type="dxa"/>
              <w:left w:w="80" w:type="dxa"/>
              <w:bottom w:w="40" w:type="dxa"/>
              <w:right w:w="80" w:type="dxa"/>
            </w:tcMar>
            <w:vAlign w:val="center"/>
          </w:tcPr>
          <w:p w14:paraId="7EC1EBEC" w14:textId="77777777" w:rsidR="00E84B84" w:rsidRDefault="008D034A">
            <w:pPr>
              <w:spacing w:after="0" w:line="240" w:lineRule="auto"/>
              <w:jc w:val="center"/>
            </w:pPr>
            <w:r>
              <w:rPr>
                <w:rFonts w:eastAsia="Arial"/>
                <w:color w:val="1F1F1F"/>
                <w:sz w:val="16"/>
              </w:rPr>
              <w:t>☐</w:t>
            </w:r>
          </w:p>
        </w:tc>
        <w:tc>
          <w:tcPr>
            <w:tcW w:w="5102" w:type="dxa"/>
            <w:tcMar>
              <w:top w:w="40" w:type="dxa"/>
              <w:left w:w="80" w:type="dxa"/>
              <w:bottom w:w="40" w:type="dxa"/>
              <w:right w:w="80" w:type="dxa"/>
            </w:tcMar>
            <w:vAlign w:val="center"/>
          </w:tcPr>
          <w:p w14:paraId="7084B644" w14:textId="77777777" w:rsidR="00E84B84" w:rsidRDefault="008D034A">
            <w:pPr>
              <w:spacing w:after="0" w:line="240" w:lineRule="auto"/>
            </w:pPr>
            <w:r>
              <w:rPr>
                <w:rFonts w:eastAsia="Arial"/>
                <w:color w:val="1F1F1F"/>
                <w:sz w:val="16"/>
              </w:rPr>
              <w:t xml:space="preserve">LF2 – IT-Governance, Demand, Portfolio und </w:t>
            </w:r>
            <w:proofErr w:type="spellStart"/>
            <w:r>
              <w:rPr>
                <w:rFonts w:eastAsia="Arial"/>
                <w:color w:val="1F1F1F"/>
                <w:sz w:val="16"/>
              </w:rPr>
              <w:t>Steuerung</w:t>
            </w:r>
            <w:proofErr w:type="spellEnd"/>
          </w:p>
        </w:tc>
        <w:tc>
          <w:tcPr>
            <w:tcW w:w="8844" w:type="dxa"/>
            <w:shd w:val="clear" w:color="auto" w:fill="FFFBEA"/>
            <w:tcMar>
              <w:top w:w="40" w:type="dxa"/>
              <w:left w:w="80" w:type="dxa"/>
              <w:bottom w:w="40" w:type="dxa"/>
              <w:right w:w="80" w:type="dxa"/>
            </w:tcMar>
            <w:vAlign w:val="center"/>
          </w:tcPr>
          <w:p w14:paraId="2E514085" w14:textId="77777777" w:rsidR="00E84B84" w:rsidRPr="00191757" w:rsidRDefault="008D034A">
            <w:pPr>
              <w:spacing w:after="0" w:line="240" w:lineRule="auto"/>
              <w:rPr>
                <w:lang w:val="de-DE"/>
              </w:rPr>
            </w:pPr>
            <w:r w:rsidRPr="00191757">
              <w:rPr>
                <w:rFonts w:eastAsia="Arial"/>
                <w:color w:val="1F1F1F"/>
                <w:sz w:val="16"/>
                <w:lang w:val="de-DE"/>
              </w:rPr>
              <w:t>[nur bei Auswahl: konkrete Tätigkeit / Ergebnis im Leistungsfeld]</w:t>
            </w:r>
          </w:p>
        </w:tc>
      </w:tr>
      <w:tr w:rsidR="00E84B84" w:rsidRPr="00CD663C" w14:paraId="14C2BEC6" w14:textId="77777777">
        <w:trPr>
          <w:cantSplit/>
          <w:jc w:val="center"/>
        </w:trPr>
        <w:tc>
          <w:tcPr>
            <w:tcW w:w="1247" w:type="dxa"/>
            <w:shd w:val="clear" w:color="auto" w:fill="FFFBEA"/>
            <w:tcMar>
              <w:top w:w="40" w:type="dxa"/>
              <w:left w:w="80" w:type="dxa"/>
              <w:bottom w:w="40" w:type="dxa"/>
              <w:right w:w="80" w:type="dxa"/>
            </w:tcMar>
            <w:vAlign w:val="center"/>
          </w:tcPr>
          <w:p w14:paraId="6D383DE4" w14:textId="77777777" w:rsidR="00E84B84" w:rsidRDefault="008D034A">
            <w:pPr>
              <w:spacing w:after="0" w:line="240" w:lineRule="auto"/>
              <w:jc w:val="center"/>
            </w:pPr>
            <w:r>
              <w:rPr>
                <w:rFonts w:eastAsia="Arial"/>
                <w:color w:val="1F1F1F"/>
                <w:sz w:val="16"/>
              </w:rPr>
              <w:t>☐</w:t>
            </w:r>
          </w:p>
        </w:tc>
        <w:tc>
          <w:tcPr>
            <w:tcW w:w="5102" w:type="dxa"/>
            <w:tcMar>
              <w:top w:w="40" w:type="dxa"/>
              <w:left w:w="80" w:type="dxa"/>
              <w:bottom w:w="40" w:type="dxa"/>
              <w:right w:w="80" w:type="dxa"/>
            </w:tcMar>
            <w:vAlign w:val="center"/>
          </w:tcPr>
          <w:p w14:paraId="21AB493E" w14:textId="77777777" w:rsidR="00E84B84" w:rsidRDefault="008D034A">
            <w:pPr>
              <w:spacing w:after="0" w:line="240" w:lineRule="auto"/>
            </w:pPr>
            <w:r>
              <w:rPr>
                <w:rFonts w:eastAsia="Arial"/>
                <w:color w:val="1F1F1F"/>
                <w:sz w:val="16"/>
              </w:rPr>
              <w:t xml:space="preserve">LF3 – IT-Service-Management und </w:t>
            </w:r>
            <w:proofErr w:type="spellStart"/>
            <w:r>
              <w:rPr>
                <w:rFonts w:eastAsia="Arial"/>
                <w:color w:val="1F1F1F"/>
                <w:sz w:val="16"/>
              </w:rPr>
              <w:t>Serviceorientierung</w:t>
            </w:r>
            <w:proofErr w:type="spellEnd"/>
          </w:p>
        </w:tc>
        <w:tc>
          <w:tcPr>
            <w:tcW w:w="8844" w:type="dxa"/>
            <w:shd w:val="clear" w:color="auto" w:fill="FFFBEA"/>
            <w:tcMar>
              <w:top w:w="40" w:type="dxa"/>
              <w:left w:w="80" w:type="dxa"/>
              <w:bottom w:w="40" w:type="dxa"/>
              <w:right w:w="80" w:type="dxa"/>
            </w:tcMar>
            <w:vAlign w:val="center"/>
          </w:tcPr>
          <w:p w14:paraId="43259B47" w14:textId="77777777" w:rsidR="00E84B84" w:rsidRPr="00191757" w:rsidRDefault="008D034A">
            <w:pPr>
              <w:spacing w:after="0" w:line="240" w:lineRule="auto"/>
              <w:rPr>
                <w:lang w:val="de-DE"/>
              </w:rPr>
            </w:pPr>
            <w:r w:rsidRPr="00191757">
              <w:rPr>
                <w:rFonts w:eastAsia="Arial"/>
                <w:color w:val="1F1F1F"/>
                <w:sz w:val="16"/>
                <w:lang w:val="de-DE"/>
              </w:rPr>
              <w:t>[nur bei Auswahl: konkrete Tätigkeit / Ergebnis im Leistungsfeld]</w:t>
            </w:r>
          </w:p>
        </w:tc>
      </w:tr>
      <w:tr w:rsidR="00E84B84" w:rsidRPr="00CD663C" w14:paraId="3EB6E9B1" w14:textId="77777777">
        <w:trPr>
          <w:cantSplit/>
          <w:jc w:val="center"/>
        </w:trPr>
        <w:tc>
          <w:tcPr>
            <w:tcW w:w="1247" w:type="dxa"/>
            <w:shd w:val="clear" w:color="auto" w:fill="FFFBEA"/>
            <w:tcMar>
              <w:top w:w="40" w:type="dxa"/>
              <w:left w:w="80" w:type="dxa"/>
              <w:bottom w:w="40" w:type="dxa"/>
              <w:right w:w="80" w:type="dxa"/>
            </w:tcMar>
            <w:vAlign w:val="center"/>
          </w:tcPr>
          <w:p w14:paraId="0E1D6C74" w14:textId="77777777" w:rsidR="00E84B84" w:rsidRDefault="008D034A">
            <w:pPr>
              <w:spacing w:after="0" w:line="240" w:lineRule="auto"/>
              <w:jc w:val="center"/>
            </w:pPr>
            <w:r>
              <w:rPr>
                <w:rFonts w:eastAsia="Arial"/>
                <w:color w:val="1F1F1F"/>
                <w:sz w:val="16"/>
              </w:rPr>
              <w:t>☐</w:t>
            </w:r>
          </w:p>
        </w:tc>
        <w:tc>
          <w:tcPr>
            <w:tcW w:w="5102" w:type="dxa"/>
            <w:tcMar>
              <w:top w:w="40" w:type="dxa"/>
              <w:left w:w="80" w:type="dxa"/>
              <w:bottom w:w="40" w:type="dxa"/>
              <w:right w:w="80" w:type="dxa"/>
            </w:tcMar>
            <w:vAlign w:val="center"/>
          </w:tcPr>
          <w:p w14:paraId="19D64C4D" w14:textId="77777777" w:rsidR="00E84B84" w:rsidRPr="00191757" w:rsidRDefault="008D034A">
            <w:pPr>
              <w:spacing w:after="0" w:line="240" w:lineRule="auto"/>
              <w:rPr>
                <w:lang w:val="de-DE"/>
              </w:rPr>
            </w:pPr>
            <w:r w:rsidRPr="00191757">
              <w:rPr>
                <w:rFonts w:eastAsia="Arial"/>
                <w:color w:val="1F1F1F"/>
                <w:sz w:val="16"/>
                <w:lang w:val="de-DE"/>
              </w:rPr>
              <w:t>LF4 – Organisation, Operating Model und Prozesse</w:t>
            </w:r>
          </w:p>
        </w:tc>
        <w:tc>
          <w:tcPr>
            <w:tcW w:w="8844" w:type="dxa"/>
            <w:shd w:val="clear" w:color="auto" w:fill="FFFBEA"/>
            <w:tcMar>
              <w:top w:w="40" w:type="dxa"/>
              <w:left w:w="80" w:type="dxa"/>
              <w:bottom w:w="40" w:type="dxa"/>
              <w:right w:w="80" w:type="dxa"/>
            </w:tcMar>
            <w:vAlign w:val="center"/>
          </w:tcPr>
          <w:p w14:paraId="4D39D540" w14:textId="77777777" w:rsidR="00E84B84" w:rsidRPr="00191757" w:rsidRDefault="008D034A">
            <w:pPr>
              <w:spacing w:after="0" w:line="240" w:lineRule="auto"/>
              <w:rPr>
                <w:lang w:val="de-DE"/>
              </w:rPr>
            </w:pPr>
            <w:r w:rsidRPr="00191757">
              <w:rPr>
                <w:rFonts w:eastAsia="Arial"/>
                <w:color w:val="1F1F1F"/>
                <w:sz w:val="16"/>
                <w:lang w:val="de-DE"/>
              </w:rPr>
              <w:t>[nur bei Auswahl: konkrete Tätigkeit / Ergebnis im Leistungsfeld]</w:t>
            </w:r>
          </w:p>
        </w:tc>
      </w:tr>
      <w:tr w:rsidR="00E84B84" w:rsidRPr="00CD663C" w14:paraId="006615CA" w14:textId="77777777">
        <w:trPr>
          <w:cantSplit/>
          <w:jc w:val="center"/>
        </w:trPr>
        <w:tc>
          <w:tcPr>
            <w:tcW w:w="1247" w:type="dxa"/>
            <w:shd w:val="clear" w:color="auto" w:fill="FFFBEA"/>
            <w:tcMar>
              <w:top w:w="40" w:type="dxa"/>
              <w:left w:w="80" w:type="dxa"/>
              <w:bottom w:w="40" w:type="dxa"/>
              <w:right w:w="80" w:type="dxa"/>
            </w:tcMar>
            <w:vAlign w:val="center"/>
          </w:tcPr>
          <w:p w14:paraId="0A30054B" w14:textId="77777777" w:rsidR="00E84B84" w:rsidRDefault="008D034A">
            <w:pPr>
              <w:spacing w:after="0" w:line="240" w:lineRule="auto"/>
              <w:jc w:val="center"/>
            </w:pPr>
            <w:r>
              <w:rPr>
                <w:rFonts w:eastAsia="Arial"/>
                <w:color w:val="1F1F1F"/>
                <w:sz w:val="16"/>
              </w:rPr>
              <w:t>☐</w:t>
            </w:r>
          </w:p>
        </w:tc>
        <w:tc>
          <w:tcPr>
            <w:tcW w:w="5102" w:type="dxa"/>
            <w:tcMar>
              <w:top w:w="40" w:type="dxa"/>
              <w:left w:w="80" w:type="dxa"/>
              <w:bottom w:w="40" w:type="dxa"/>
              <w:right w:w="80" w:type="dxa"/>
            </w:tcMar>
            <w:vAlign w:val="center"/>
          </w:tcPr>
          <w:p w14:paraId="6F47C77D" w14:textId="77777777" w:rsidR="00E84B84" w:rsidRDefault="008D034A">
            <w:pPr>
              <w:spacing w:after="0" w:line="240" w:lineRule="auto"/>
            </w:pPr>
            <w:r>
              <w:rPr>
                <w:rFonts w:eastAsia="Arial"/>
                <w:color w:val="1F1F1F"/>
                <w:sz w:val="16"/>
              </w:rPr>
              <w:t xml:space="preserve">LF5 – </w:t>
            </w:r>
            <w:proofErr w:type="spellStart"/>
            <w:r>
              <w:rPr>
                <w:rFonts w:eastAsia="Arial"/>
                <w:color w:val="1F1F1F"/>
                <w:sz w:val="16"/>
              </w:rPr>
              <w:t>Architektur</w:t>
            </w:r>
            <w:proofErr w:type="spellEnd"/>
            <w:r>
              <w:rPr>
                <w:rFonts w:eastAsia="Arial"/>
                <w:color w:val="1F1F1F"/>
                <w:sz w:val="16"/>
              </w:rPr>
              <w:t xml:space="preserve">, Sourcing, Provider- und </w:t>
            </w:r>
            <w:proofErr w:type="spellStart"/>
            <w:r>
              <w:rPr>
                <w:rFonts w:eastAsia="Arial"/>
                <w:color w:val="1F1F1F"/>
                <w:sz w:val="16"/>
              </w:rPr>
              <w:t>Lizenzmanagement</w:t>
            </w:r>
            <w:proofErr w:type="spellEnd"/>
          </w:p>
        </w:tc>
        <w:tc>
          <w:tcPr>
            <w:tcW w:w="8844" w:type="dxa"/>
            <w:shd w:val="clear" w:color="auto" w:fill="FFFBEA"/>
            <w:tcMar>
              <w:top w:w="40" w:type="dxa"/>
              <w:left w:w="80" w:type="dxa"/>
              <w:bottom w:w="40" w:type="dxa"/>
              <w:right w:w="80" w:type="dxa"/>
            </w:tcMar>
            <w:vAlign w:val="center"/>
          </w:tcPr>
          <w:p w14:paraId="2FBCFDEC" w14:textId="77777777" w:rsidR="00E84B84" w:rsidRPr="00191757" w:rsidRDefault="008D034A">
            <w:pPr>
              <w:spacing w:after="0" w:line="240" w:lineRule="auto"/>
              <w:rPr>
                <w:lang w:val="de-DE"/>
              </w:rPr>
            </w:pPr>
            <w:r w:rsidRPr="00191757">
              <w:rPr>
                <w:rFonts w:eastAsia="Arial"/>
                <w:color w:val="1F1F1F"/>
                <w:sz w:val="16"/>
                <w:lang w:val="de-DE"/>
              </w:rPr>
              <w:t>[nur bei Auswahl: konkrete Tätigkeit / Ergebnis im Leistungsfeld]</w:t>
            </w:r>
          </w:p>
        </w:tc>
      </w:tr>
      <w:tr w:rsidR="00E84B84" w:rsidRPr="00CD663C" w14:paraId="765ECDBE" w14:textId="77777777">
        <w:trPr>
          <w:cantSplit/>
          <w:jc w:val="center"/>
        </w:trPr>
        <w:tc>
          <w:tcPr>
            <w:tcW w:w="1247" w:type="dxa"/>
            <w:shd w:val="clear" w:color="auto" w:fill="FFFBEA"/>
            <w:tcMar>
              <w:top w:w="40" w:type="dxa"/>
              <w:left w:w="80" w:type="dxa"/>
              <w:bottom w:w="40" w:type="dxa"/>
              <w:right w:w="80" w:type="dxa"/>
            </w:tcMar>
            <w:vAlign w:val="center"/>
          </w:tcPr>
          <w:p w14:paraId="675E8BB2" w14:textId="77777777" w:rsidR="00E84B84" w:rsidRDefault="008D034A">
            <w:pPr>
              <w:spacing w:after="0" w:line="240" w:lineRule="auto"/>
              <w:jc w:val="center"/>
            </w:pPr>
            <w:r>
              <w:rPr>
                <w:rFonts w:eastAsia="Arial"/>
                <w:color w:val="1F1F1F"/>
                <w:sz w:val="16"/>
              </w:rPr>
              <w:t>☐</w:t>
            </w:r>
          </w:p>
        </w:tc>
        <w:tc>
          <w:tcPr>
            <w:tcW w:w="5102" w:type="dxa"/>
            <w:tcMar>
              <w:top w:w="40" w:type="dxa"/>
              <w:left w:w="80" w:type="dxa"/>
              <w:bottom w:w="40" w:type="dxa"/>
              <w:right w:w="80" w:type="dxa"/>
            </w:tcMar>
            <w:vAlign w:val="center"/>
          </w:tcPr>
          <w:p w14:paraId="3122170A" w14:textId="77777777" w:rsidR="00E84B84" w:rsidRDefault="008D034A">
            <w:pPr>
              <w:spacing w:after="0" w:line="240" w:lineRule="auto"/>
            </w:pPr>
            <w:r>
              <w:rPr>
                <w:rFonts w:eastAsia="Arial"/>
                <w:color w:val="1F1F1F"/>
                <w:sz w:val="16"/>
              </w:rPr>
              <w:t>LF6 – Security Governance, Risk, Compliance und IT-</w:t>
            </w:r>
            <w:proofErr w:type="spellStart"/>
            <w:r>
              <w:rPr>
                <w:rFonts w:eastAsia="Arial"/>
                <w:color w:val="1F1F1F"/>
                <w:sz w:val="16"/>
              </w:rPr>
              <w:t>Resilienz</w:t>
            </w:r>
            <w:proofErr w:type="spellEnd"/>
          </w:p>
        </w:tc>
        <w:tc>
          <w:tcPr>
            <w:tcW w:w="8844" w:type="dxa"/>
            <w:shd w:val="clear" w:color="auto" w:fill="FFFBEA"/>
            <w:tcMar>
              <w:top w:w="40" w:type="dxa"/>
              <w:left w:w="80" w:type="dxa"/>
              <w:bottom w:w="40" w:type="dxa"/>
              <w:right w:w="80" w:type="dxa"/>
            </w:tcMar>
            <w:vAlign w:val="center"/>
          </w:tcPr>
          <w:p w14:paraId="03DAA7AA" w14:textId="77777777" w:rsidR="00E84B84" w:rsidRPr="00191757" w:rsidRDefault="008D034A">
            <w:pPr>
              <w:spacing w:after="0" w:line="240" w:lineRule="auto"/>
              <w:rPr>
                <w:lang w:val="de-DE"/>
              </w:rPr>
            </w:pPr>
            <w:r w:rsidRPr="00191757">
              <w:rPr>
                <w:rFonts w:eastAsia="Arial"/>
                <w:color w:val="1F1F1F"/>
                <w:sz w:val="16"/>
                <w:lang w:val="de-DE"/>
              </w:rPr>
              <w:t>[nur bei Auswahl: konkrete Tätigkeit / Ergebnis im Leistungsfeld]</w:t>
            </w:r>
          </w:p>
        </w:tc>
      </w:tr>
      <w:tr w:rsidR="00E84B84" w:rsidRPr="00CD663C" w14:paraId="6EDA07F4" w14:textId="77777777">
        <w:trPr>
          <w:cantSplit/>
          <w:jc w:val="center"/>
        </w:trPr>
        <w:tc>
          <w:tcPr>
            <w:tcW w:w="1247" w:type="dxa"/>
            <w:shd w:val="clear" w:color="auto" w:fill="FFFBEA"/>
            <w:tcMar>
              <w:top w:w="40" w:type="dxa"/>
              <w:left w:w="80" w:type="dxa"/>
              <w:bottom w:w="40" w:type="dxa"/>
              <w:right w:w="80" w:type="dxa"/>
            </w:tcMar>
            <w:vAlign w:val="center"/>
          </w:tcPr>
          <w:p w14:paraId="2E07D993" w14:textId="77777777" w:rsidR="00E84B84" w:rsidRDefault="008D034A">
            <w:pPr>
              <w:spacing w:after="0" w:line="240" w:lineRule="auto"/>
              <w:jc w:val="center"/>
            </w:pPr>
            <w:r>
              <w:rPr>
                <w:rFonts w:eastAsia="Arial"/>
                <w:color w:val="1F1F1F"/>
                <w:sz w:val="16"/>
              </w:rPr>
              <w:t>☐</w:t>
            </w:r>
          </w:p>
        </w:tc>
        <w:tc>
          <w:tcPr>
            <w:tcW w:w="5102" w:type="dxa"/>
            <w:tcMar>
              <w:top w:w="40" w:type="dxa"/>
              <w:left w:w="80" w:type="dxa"/>
              <w:bottom w:w="40" w:type="dxa"/>
              <w:right w:w="80" w:type="dxa"/>
            </w:tcMar>
            <w:vAlign w:val="center"/>
          </w:tcPr>
          <w:p w14:paraId="7E32B770" w14:textId="77777777" w:rsidR="00E84B84" w:rsidRPr="00191757" w:rsidRDefault="008D034A">
            <w:pPr>
              <w:spacing w:after="0" w:line="240" w:lineRule="auto"/>
              <w:rPr>
                <w:lang w:val="de-DE"/>
              </w:rPr>
            </w:pPr>
            <w:r w:rsidRPr="00191757">
              <w:rPr>
                <w:rFonts w:eastAsia="Arial"/>
                <w:color w:val="1F1F1F"/>
                <w:sz w:val="16"/>
                <w:lang w:val="de-DE"/>
              </w:rPr>
              <w:t xml:space="preserve">LF7 – CRM, </w:t>
            </w:r>
            <w:proofErr w:type="spellStart"/>
            <w:r w:rsidRPr="00191757">
              <w:rPr>
                <w:rFonts w:eastAsia="Arial"/>
                <w:color w:val="1F1F1F"/>
                <w:sz w:val="16"/>
                <w:lang w:val="de-DE"/>
              </w:rPr>
              <w:t>Anliegenmanagement</w:t>
            </w:r>
            <w:proofErr w:type="spellEnd"/>
            <w:r w:rsidRPr="00191757">
              <w:rPr>
                <w:rFonts w:eastAsia="Arial"/>
                <w:color w:val="1F1F1F"/>
                <w:sz w:val="16"/>
                <w:lang w:val="de-DE"/>
              </w:rPr>
              <w:t xml:space="preserve"> und Business-Nähe</w:t>
            </w:r>
          </w:p>
        </w:tc>
        <w:tc>
          <w:tcPr>
            <w:tcW w:w="8844" w:type="dxa"/>
            <w:shd w:val="clear" w:color="auto" w:fill="FFFBEA"/>
            <w:tcMar>
              <w:top w:w="40" w:type="dxa"/>
              <w:left w:w="80" w:type="dxa"/>
              <w:bottom w:w="40" w:type="dxa"/>
              <w:right w:w="80" w:type="dxa"/>
            </w:tcMar>
            <w:vAlign w:val="center"/>
          </w:tcPr>
          <w:p w14:paraId="7AB4381F" w14:textId="77777777" w:rsidR="00E84B84" w:rsidRPr="00191757" w:rsidRDefault="008D034A">
            <w:pPr>
              <w:spacing w:after="0" w:line="240" w:lineRule="auto"/>
              <w:rPr>
                <w:lang w:val="de-DE"/>
              </w:rPr>
            </w:pPr>
            <w:r w:rsidRPr="00191757">
              <w:rPr>
                <w:rFonts w:eastAsia="Arial"/>
                <w:color w:val="1F1F1F"/>
                <w:sz w:val="16"/>
                <w:lang w:val="de-DE"/>
              </w:rPr>
              <w:t>[nur bei Auswahl: konkrete Tätigkeit / Ergebnis im Leistungsfeld]</w:t>
            </w:r>
          </w:p>
        </w:tc>
      </w:tr>
      <w:tr w:rsidR="00E84B84" w:rsidRPr="00CD663C" w14:paraId="792F9F9A" w14:textId="77777777">
        <w:trPr>
          <w:cantSplit/>
          <w:jc w:val="center"/>
        </w:trPr>
        <w:tc>
          <w:tcPr>
            <w:tcW w:w="1247" w:type="dxa"/>
            <w:shd w:val="clear" w:color="auto" w:fill="FFFBEA"/>
            <w:tcMar>
              <w:top w:w="40" w:type="dxa"/>
              <w:left w:w="80" w:type="dxa"/>
              <w:bottom w:w="40" w:type="dxa"/>
              <w:right w:w="80" w:type="dxa"/>
            </w:tcMar>
            <w:vAlign w:val="center"/>
          </w:tcPr>
          <w:p w14:paraId="3D6FFDDF" w14:textId="77777777" w:rsidR="00E84B84" w:rsidRDefault="008D034A">
            <w:pPr>
              <w:spacing w:after="0" w:line="240" w:lineRule="auto"/>
              <w:jc w:val="center"/>
            </w:pPr>
            <w:r>
              <w:rPr>
                <w:rFonts w:eastAsia="Arial"/>
                <w:color w:val="1F1F1F"/>
                <w:sz w:val="16"/>
              </w:rPr>
              <w:t>☐</w:t>
            </w:r>
          </w:p>
        </w:tc>
        <w:tc>
          <w:tcPr>
            <w:tcW w:w="5102" w:type="dxa"/>
            <w:tcMar>
              <w:top w:w="40" w:type="dxa"/>
              <w:left w:w="80" w:type="dxa"/>
              <w:bottom w:w="40" w:type="dxa"/>
              <w:right w:w="80" w:type="dxa"/>
            </w:tcMar>
            <w:vAlign w:val="center"/>
          </w:tcPr>
          <w:p w14:paraId="0C6B32F3" w14:textId="77777777" w:rsidR="00E84B84" w:rsidRDefault="008D034A">
            <w:pPr>
              <w:spacing w:after="0" w:line="240" w:lineRule="auto"/>
            </w:pPr>
            <w:r>
              <w:rPr>
                <w:rFonts w:eastAsia="Arial"/>
                <w:color w:val="1F1F1F"/>
                <w:sz w:val="16"/>
              </w:rPr>
              <w:t xml:space="preserve">LF8 – </w:t>
            </w:r>
            <w:proofErr w:type="spellStart"/>
            <w:r>
              <w:rPr>
                <w:rFonts w:eastAsia="Arial"/>
                <w:color w:val="1F1F1F"/>
                <w:sz w:val="16"/>
              </w:rPr>
              <w:t>Qualität</w:t>
            </w:r>
            <w:proofErr w:type="spellEnd"/>
            <w:r>
              <w:rPr>
                <w:rFonts w:eastAsia="Arial"/>
                <w:color w:val="1F1F1F"/>
                <w:sz w:val="16"/>
              </w:rPr>
              <w:t>, Reviews, KVP und Benchmarking</w:t>
            </w:r>
          </w:p>
        </w:tc>
        <w:tc>
          <w:tcPr>
            <w:tcW w:w="8844" w:type="dxa"/>
            <w:shd w:val="clear" w:color="auto" w:fill="FFFBEA"/>
            <w:tcMar>
              <w:top w:w="40" w:type="dxa"/>
              <w:left w:w="80" w:type="dxa"/>
              <w:bottom w:w="40" w:type="dxa"/>
              <w:right w:w="80" w:type="dxa"/>
            </w:tcMar>
            <w:vAlign w:val="center"/>
          </w:tcPr>
          <w:p w14:paraId="078E4D14" w14:textId="77777777" w:rsidR="00E84B84" w:rsidRPr="00191757" w:rsidRDefault="008D034A">
            <w:pPr>
              <w:spacing w:after="0" w:line="240" w:lineRule="auto"/>
              <w:rPr>
                <w:lang w:val="de-DE"/>
              </w:rPr>
            </w:pPr>
            <w:r w:rsidRPr="00191757">
              <w:rPr>
                <w:rFonts w:eastAsia="Arial"/>
                <w:color w:val="1F1F1F"/>
                <w:sz w:val="16"/>
                <w:lang w:val="de-DE"/>
              </w:rPr>
              <w:t>[nur bei Auswahl: konkrete Tätigkeit / Ergebnis im Leistungsfeld]</w:t>
            </w:r>
          </w:p>
        </w:tc>
      </w:tr>
      <w:tr w:rsidR="00E84B84" w:rsidRPr="00CD663C" w14:paraId="3350AD0A" w14:textId="77777777">
        <w:trPr>
          <w:cantSplit/>
          <w:jc w:val="center"/>
        </w:trPr>
        <w:tc>
          <w:tcPr>
            <w:tcW w:w="1247" w:type="dxa"/>
            <w:shd w:val="clear" w:color="auto" w:fill="FFFBEA"/>
            <w:tcMar>
              <w:top w:w="40" w:type="dxa"/>
              <w:left w:w="80" w:type="dxa"/>
              <w:bottom w:w="40" w:type="dxa"/>
              <w:right w:w="80" w:type="dxa"/>
            </w:tcMar>
            <w:vAlign w:val="center"/>
          </w:tcPr>
          <w:p w14:paraId="330ABEA6" w14:textId="77777777" w:rsidR="00E84B84" w:rsidRDefault="008D034A">
            <w:pPr>
              <w:spacing w:after="0" w:line="240" w:lineRule="auto"/>
              <w:jc w:val="center"/>
            </w:pPr>
            <w:r>
              <w:rPr>
                <w:rFonts w:eastAsia="Arial"/>
                <w:color w:val="1F1F1F"/>
                <w:sz w:val="16"/>
              </w:rPr>
              <w:t>☐</w:t>
            </w:r>
          </w:p>
        </w:tc>
        <w:tc>
          <w:tcPr>
            <w:tcW w:w="5102" w:type="dxa"/>
            <w:tcMar>
              <w:top w:w="40" w:type="dxa"/>
              <w:left w:w="80" w:type="dxa"/>
              <w:bottom w:w="40" w:type="dxa"/>
              <w:right w:w="80" w:type="dxa"/>
            </w:tcMar>
            <w:vAlign w:val="center"/>
          </w:tcPr>
          <w:p w14:paraId="3E40A8C4" w14:textId="77777777" w:rsidR="00E84B84" w:rsidRPr="00191757" w:rsidRDefault="008D034A">
            <w:pPr>
              <w:spacing w:after="0" w:line="240" w:lineRule="auto"/>
              <w:rPr>
                <w:lang w:val="de-DE"/>
              </w:rPr>
            </w:pPr>
            <w:r w:rsidRPr="00191757">
              <w:rPr>
                <w:rFonts w:eastAsia="Arial"/>
                <w:color w:val="1F1F1F"/>
                <w:sz w:val="16"/>
                <w:lang w:val="de-DE"/>
              </w:rPr>
              <w:t xml:space="preserve">LF9 – Projekt-, Transformations- und </w:t>
            </w:r>
            <w:proofErr w:type="spellStart"/>
            <w:r w:rsidRPr="00191757">
              <w:rPr>
                <w:rFonts w:eastAsia="Arial"/>
                <w:color w:val="1F1F1F"/>
                <w:sz w:val="16"/>
                <w:lang w:val="de-DE"/>
              </w:rPr>
              <w:t>transitionsnahe</w:t>
            </w:r>
            <w:proofErr w:type="spellEnd"/>
            <w:r w:rsidRPr="00191757">
              <w:rPr>
                <w:rFonts w:eastAsia="Arial"/>
                <w:color w:val="1F1F1F"/>
                <w:sz w:val="16"/>
                <w:lang w:val="de-DE"/>
              </w:rPr>
              <w:t xml:space="preserve"> Unterstützung</w:t>
            </w:r>
          </w:p>
        </w:tc>
        <w:tc>
          <w:tcPr>
            <w:tcW w:w="8844" w:type="dxa"/>
            <w:shd w:val="clear" w:color="auto" w:fill="FFFBEA"/>
            <w:tcMar>
              <w:top w:w="40" w:type="dxa"/>
              <w:left w:w="80" w:type="dxa"/>
              <w:bottom w:w="40" w:type="dxa"/>
              <w:right w:w="80" w:type="dxa"/>
            </w:tcMar>
            <w:vAlign w:val="center"/>
          </w:tcPr>
          <w:p w14:paraId="51974576" w14:textId="77777777" w:rsidR="00E84B84" w:rsidRPr="00191757" w:rsidRDefault="008D034A">
            <w:pPr>
              <w:spacing w:after="0" w:line="240" w:lineRule="auto"/>
              <w:rPr>
                <w:lang w:val="de-DE"/>
              </w:rPr>
            </w:pPr>
            <w:r w:rsidRPr="00191757">
              <w:rPr>
                <w:rFonts w:eastAsia="Arial"/>
                <w:color w:val="1F1F1F"/>
                <w:sz w:val="16"/>
                <w:lang w:val="de-DE"/>
              </w:rPr>
              <w:t>[nur bei Auswahl: konkrete Tätigkeit / Ergebnis im Leistungsfeld]</w:t>
            </w:r>
          </w:p>
        </w:tc>
      </w:tr>
    </w:tbl>
    <w:p w14:paraId="390B250F" w14:textId="77777777" w:rsidR="00E84B84" w:rsidRDefault="008D034A">
      <w:pPr>
        <w:spacing w:before="100" w:after="40" w:line="240" w:lineRule="auto"/>
      </w:pPr>
      <w:r>
        <w:rPr>
          <w:rFonts w:eastAsia="Arial"/>
          <w:b/>
          <w:color w:val="0B4F7A"/>
          <w:sz w:val="22"/>
        </w:rPr>
        <w:t xml:space="preserve">4. </w:t>
      </w:r>
      <w:proofErr w:type="spellStart"/>
      <w:r>
        <w:rPr>
          <w:rFonts w:eastAsia="Arial"/>
          <w:b/>
          <w:color w:val="0B4F7A"/>
          <w:sz w:val="22"/>
        </w:rPr>
        <w:t>Prüfbarkeit</w:t>
      </w:r>
      <w:proofErr w:type="spellEnd"/>
      <w:r>
        <w:rPr>
          <w:rFonts w:eastAsia="Arial"/>
          <w:b/>
          <w:color w:val="0B4F7A"/>
          <w:sz w:val="22"/>
        </w:rPr>
        <w:t xml:space="preserve"> der </w:t>
      </w:r>
      <w:proofErr w:type="spellStart"/>
      <w:r>
        <w:rPr>
          <w:rFonts w:eastAsia="Arial"/>
          <w:b/>
          <w:color w:val="0B4F7A"/>
          <w:sz w:val="22"/>
        </w:rPr>
        <w:t>Referenz</w:t>
      </w:r>
      <w:proofErr w:type="spellEnd"/>
    </w:p>
    <w:tbl>
      <w:tblPr>
        <w:tblW w:w="0" w:type="auto"/>
        <w:jc w:val="center"/>
        <w:tblLayout w:type="fixed"/>
        <w:tblLook w:val="04A0" w:firstRow="1" w:lastRow="0" w:firstColumn="1" w:lastColumn="0" w:noHBand="0" w:noVBand="1"/>
      </w:tblPr>
      <w:tblGrid>
        <w:gridCol w:w="3969"/>
        <w:gridCol w:w="11225"/>
      </w:tblGrid>
      <w:tr w:rsidR="00E84B84" w14:paraId="2A32ABD2" w14:textId="77777777">
        <w:trPr>
          <w:cantSplit/>
          <w:jc w:val="center"/>
        </w:trPr>
        <w:tc>
          <w:tcPr>
            <w:tcW w:w="3969" w:type="dxa"/>
            <w:shd w:val="clear" w:color="auto" w:fill="F3F6F8"/>
            <w:tcMar>
              <w:top w:w="40" w:type="dxa"/>
              <w:left w:w="80" w:type="dxa"/>
              <w:bottom w:w="40" w:type="dxa"/>
              <w:right w:w="80" w:type="dxa"/>
            </w:tcMar>
            <w:vAlign w:val="center"/>
          </w:tcPr>
          <w:p w14:paraId="7B9994C6" w14:textId="77777777" w:rsidR="00E84B84" w:rsidRPr="00191757" w:rsidRDefault="008D034A">
            <w:pPr>
              <w:spacing w:after="0" w:line="240" w:lineRule="auto"/>
              <w:rPr>
                <w:lang w:val="de-DE"/>
              </w:rPr>
            </w:pPr>
            <w:r w:rsidRPr="00191757">
              <w:rPr>
                <w:rFonts w:eastAsia="Arial"/>
                <w:color w:val="1F1F1F"/>
                <w:sz w:val="16"/>
                <w:lang w:val="de-DE"/>
              </w:rPr>
              <w:t>Ansprechpartner beim Referenzkunden (soweit zulässig)</w:t>
            </w:r>
          </w:p>
        </w:tc>
        <w:tc>
          <w:tcPr>
            <w:tcW w:w="11225" w:type="dxa"/>
            <w:shd w:val="clear" w:color="auto" w:fill="FFFBEA"/>
            <w:tcMar>
              <w:top w:w="40" w:type="dxa"/>
              <w:left w:w="80" w:type="dxa"/>
              <w:bottom w:w="40" w:type="dxa"/>
              <w:right w:w="80" w:type="dxa"/>
            </w:tcMar>
            <w:vAlign w:val="center"/>
          </w:tcPr>
          <w:p w14:paraId="4DED7873" w14:textId="77777777" w:rsidR="00E84B84" w:rsidRDefault="008D034A">
            <w:pPr>
              <w:spacing w:after="0" w:line="240" w:lineRule="auto"/>
            </w:pPr>
            <w:r>
              <w:rPr>
                <w:rFonts w:eastAsia="Arial"/>
                <w:color w:val="1F1F1F"/>
                <w:sz w:val="16"/>
              </w:rPr>
              <w:t>[</w:t>
            </w:r>
            <w:proofErr w:type="spellStart"/>
            <w:r>
              <w:rPr>
                <w:rFonts w:eastAsia="Arial"/>
                <w:color w:val="1F1F1F"/>
                <w:sz w:val="16"/>
              </w:rPr>
              <w:t>vom</w:t>
            </w:r>
            <w:proofErr w:type="spellEnd"/>
            <w:r>
              <w:rPr>
                <w:rFonts w:eastAsia="Arial"/>
                <w:color w:val="1F1F1F"/>
                <w:sz w:val="16"/>
              </w:rPr>
              <w:t xml:space="preserve"> </w:t>
            </w:r>
            <w:proofErr w:type="spellStart"/>
            <w:r>
              <w:rPr>
                <w:rFonts w:eastAsia="Arial"/>
                <w:color w:val="1F1F1F"/>
                <w:sz w:val="16"/>
              </w:rPr>
              <w:t>Bewerber</w:t>
            </w:r>
            <w:proofErr w:type="spellEnd"/>
            <w:r>
              <w:rPr>
                <w:rFonts w:eastAsia="Arial"/>
                <w:color w:val="1F1F1F"/>
                <w:sz w:val="16"/>
              </w:rPr>
              <w:t xml:space="preserve"> </w:t>
            </w:r>
            <w:proofErr w:type="spellStart"/>
            <w:r>
              <w:rPr>
                <w:rFonts w:eastAsia="Arial"/>
                <w:color w:val="1F1F1F"/>
                <w:sz w:val="16"/>
              </w:rPr>
              <w:t>auszufüllen</w:t>
            </w:r>
            <w:proofErr w:type="spellEnd"/>
            <w:r>
              <w:rPr>
                <w:rFonts w:eastAsia="Arial"/>
                <w:color w:val="1F1F1F"/>
                <w:sz w:val="16"/>
              </w:rPr>
              <w:t>]</w:t>
            </w:r>
          </w:p>
        </w:tc>
      </w:tr>
      <w:tr w:rsidR="00E84B84" w14:paraId="72E08AE4" w14:textId="77777777">
        <w:trPr>
          <w:cantSplit/>
          <w:jc w:val="center"/>
        </w:trPr>
        <w:tc>
          <w:tcPr>
            <w:tcW w:w="3969" w:type="dxa"/>
            <w:shd w:val="clear" w:color="auto" w:fill="F3F6F8"/>
            <w:tcMar>
              <w:top w:w="40" w:type="dxa"/>
              <w:left w:w="80" w:type="dxa"/>
              <w:bottom w:w="40" w:type="dxa"/>
              <w:right w:w="80" w:type="dxa"/>
            </w:tcMar>
            <w:vAlign w:val="center"/>
          </w:tcPr>
          <w:p w14:paraId="74F65B2C" w14:textId="77777777" w:rsidR="00E84B84" w:rsidRDefault="008D034A">
            <w:pPr>
              <w:spacing w:after="0" w:line="240" w:lineRule="auto"/>
            </w:pPr>
            <w:proofErr w:type="spellStart"/>
            <w:r>
              <w:rPr>
                <w:rFonts w:eastAsia="Arial"/>
                <w:color w:val="1F1F1F"/>
                <w:sz w:val="16"/>
              </w:rPr>
              <w:t>Funktion</w:t>
            </w:r>
            <w:proofErr w:type="spellEnd"/>
            <w:r>
              <w:rPr>
                <w:rFonts w:eastAsia="Arial"/>
                <w:color w:val="1F1F1F"/>
                <w:sz w:val="16"/>
              </w:rPr>
              <w:t xml:space="preserve"> des </w:t>
            </w:r>
            <w:proofErr w:type="spellStart"/>
            <w:r>
              <w:rPr>
                <w:rFonts w:eastAsia="Arial"/>
                <w:color w:val="1F1F1F"/>
                <w:sz w:val="16"/>
              </w:rPr>
              <w:t>Ansprechpartners</w:t>
            </w:r>
            <w:proofErr w:type="spellEnd"/>
          </w:p>
        </w:tc>
        <w:tc>
          <w:tcPr>
            <w:tcW w:w="11225" w:type="dxa"/>
            <w:shd w:val="clear" w:color="auto" w:fill="FFFBEA"/>
            <w:tcMar>
              <w:top w:w="40" w:type="dxa"/>
              <w:left w:w="80" w:type="dxa"/>
              <w:bottom w:w="40" w:type="dxa"/>
              <w:right w:w="80" w:type="dxa"/>
            </w:tcMar>
            <w:vAlign w:val="center"/>
          </w:tcPr>
          <w:p w14:paraId="2A14968E" w14:textId="77777777" w:rsidR="00E84B84" w:rsidRDefault="008D034A">
            <w:pPr>
              <w:spacing w:after="0" w:line="240" w:lineRule="auto"/>
            </w:pPr>
            <w:r>
              <w:rPr>
                <w:rFonts w:eastAsia="Arial"/>
                <w:color w:val="1F1F1F"/>
                <w:sz w:val="16"/>
              </w:rPr>
              <w:t>[</w:t>
            </w:r>
            <w:proofErr w:type="spellStart"/>
            <w:r>
              <w:rPr>
                <w:rFonts w:eastAsia="Arial"/>
                <w:color w:val="1F1F1F"/>
                <w:sz w:val="16"/>
              </w:rPr>
              <w:t>vom</w:t>
            </w:r>
            <w:proofErr w:type="spellEnd"/>
            <w:r>
              <w:rPr>
                <w:rFonts w:eastAsia="Arial"/>
                <w:color w:val="1F1F1F"/>
                <w:sz w:val="16"/>
              </w:rPr>
              <w:t xml:space="preserve"> </w:t>
            </w:r>
            <w:proofErr w:type="spellStart"/>
            <w:r>
              <w:rPr>
                <w:rFonts w:eastAsia="Arial"/>
                <w:color w:val="1F1F1F"/>
                <w:sz w:val="16"/>
              </w:rPr>
              <w:t>Bewerber</w:t>
            </w:r>
            <w:proofErr w:type="spellEnd"/>
            <w:r>
              <w:rPr>
                <w:rFonts w:eastAsia="Arial"/>
                <w:color w:val="1F1F1F"/>
                <w:sz w:val="16"/>
              </w:rPr>
              <w:t xml:space="preserve"> </w:t>
            </w:r>
            <w:proofErr w:type="spellStart"/>
            <w:r>
              <w:rPr>
                <w:rFonts w:eastAsia="Arial"/>
                <w:color w:val="1F1F1F"/>
                <w:sz w:val="16"/>
              </w:rPr>
              <w:t>auszufüllen</w:t>
            </w:r>
            <w:proofErr w:type="spellEnd"/>
            <w:r>
              <w:rPr>
                <w:rFonts w:eastAsia="Arial"/>
                <w:color w:val="1F1F1F"/>
                <w:sz w:val="16"/>
              </w:rPr>
              <w:t>]</w:t>
            </w:r>
          </w:p>
        </w:tc>
      </w:tr>
      <w:tr w:rsidR="00E84B84" w14:paraId="0C46A92D" w14:textId="77777777">
        <w:trPr>
          <w:cantSplit/>
          <w:jc w:val="center"/>
        </w:trPr>
        <w:tc>
          <w:tcPr>
            <w:tcW w:w="3969" w:type="dxa"/>
            <w:shd w:val="clear" w:color="auto" w:fill="F3F6F8"/>
            <w:tcMar>
              <w:top w:w="40" w:type="dxa"/>
              <w:left w:w="80" w:type="dxa"/>
              <w:bottom w:w="40" w:type="dxa"/>
              <w:right w:w="80" w:type="dxa"/>
            </w:tcMar>
            <w:vAlign w:val="center"/>
          </w:tcPr>
          <w:p w14:paraId="2B3D4DB5" w14:textId="77777777" w:rsidR="00E84B84" w:rsidRDefault="008D034A">
            <w:pPr>
              <w:spacing w:after="0" w:line="240" w:lineRule="auto"/>
            </w:pPr>
            <w:proofErr w:type="spellStart"/>
            <w:r>
              <w:rPr>
                <w:rFonts w:eastAsia="Arial"/>
                <w:color w:val="1F1F1F"/>
                <w:sz w:val="16"/>
              </w:rPr>
              <w:t>Kontaktmöglichkeit</w:t>
            </w:r>
            <w:proofErr w:type="spellEnd"/>
            <w:r>
              <w:rPr>
                <w:rFonts w:eastAsia="Arial"/>
                <w:color w:val="1F1F1F"/>
                <w:sz w:val="16"/>
              </w:rPr>
              <w:t xml:space="preserve"> (</w:t>
            </w:r>
            <w:proofErr w:type="spellStart"/>
            <w:r>
              <w:rPr>
                <w:rFonts w:eastAsia="Arial"/>
                <w:color w:val="1F1F1F"/>
                <w:sz w:val="16"/>
              </w:rPr>
              <w:t>soweit</w:t>
            </w:r>
            <w:proofErr w:type="spellEnd"/>
            <w:r>
              <w:rPr>
                <w:rFonts w:eastAsia="Arial"/>
                <w:color w:val="1F1F1F"/>
                <w:sz w:val="16"/>
              </w:rPr>
              <w:t xml:space="preserve"> </w:t>
            </w:r>
            <w:proofErr w:type="spellStart"/>
            <w:r>
              <w:rPr>
                <w:rFonts w:eastAsia="Arial"/>
                <w:color w:val="1F1F1F"/>
                <w:sz w:val="16"/>
              </w:rPr>
              <w:t>zulässig</w:t>
            </w:r>
            <w:proofErr w:type="spellEnd"/>
            <w:r>
              <w:rPr>
                <w:rFonts w:eastAsia="Arial"/>
                <w:color w:val="1F1F1F"/>
                <w:sz w:val="16"/>
              </w:rPr>
              <w:t>)</w:t>
            </w:r>
          </w:p>
        </w:tc>
        <w:tc>
          <w:tcPr>
            <w:tcW w:w="11225" w:type="dxa"/>
            <w:shd w:val="clear" w:color="auto" w:fill="FFFBEA"/>
            <w:tcMar>
              <w:top w:w="40" w:type="dxa"/>
              <w:left w:w="80" w:type="dxa"/>
              <w:bottom w:w="40" w:type="dxa"/>
              <w:right w:w="80" w:type="dxa"/>
            </w:tcMar>
            <w:vAlign w:val="center"/>
          </w:tcPr>
          <w:p w14:paraId="69DADC69" w14:textId="77777777" w:rsidR="00E84B84" w:rsidRDefault="008D034A">
            <w:pPr>
              <w:spacing w:after="0" w:line="240" w:lineRule="auto"/>
            </w:pPr>
            <w:r>
              <w:rPr>
                <w:rFonts w:eastAsia="Arial"/>
                <w:color w:val="1F1F1F"/>
                <w:sz w:val="16"/>
              </w:rPr>
              <w:t>[</w:t>
            </w:r>
            <w:proofErr w:type="spellStart"/>
            <w:r>
              <w:rPr>
                <w:rFonts w:eastAsia="Arial"/>
                <w:color w:val="1F1F1F"/>
                <w:sz w:val="16"/>
              </w:rPr>
              <w:t>vom</w:t>
            </w:r>
            <w:proofErr w:type="spellEnd"/>
            <w:r>
              <w:rPr>
                <w:rFonts w:eastAsia="Arial"/>
                <w:color w:val="1F1F1F"/>
                <w:sz w:val="16"/>
              </w:rPr>
              <w:t xml:space="preserve"> </w:t>
            </w:r>
            <w:proofErr w:type="spellStart"/>
            <w:r>
              <w:rPr>
                <w:rFonts w:eastAsia="Arial"/>
                <w:color w:val="1F1F1F"/>
                <w:sz w:val="16"/>
              </w:rPr>
              <w:t>Bewerber</w:t>
            </w:r>
            <w:proofErr w:type="spellEnd"/>
            <w:r>
              <w:rPr>
                <w:rFonts w:eastAsia="Arial"/>
                <w:color w:val="1F1F1F"/>
                <w:sz w:val="16"/>
              </w:rPr>
              <w:t xml:space="preserve"> </w:t>
            </w:r>
            <w:proofErr w:type="spellStart"/>
            <w:r>
              <w:rPr>
                <w:rFonts w:eastAsia="Arial"/>
                <w:color w:val="1F1F1F"/>
                <w:sz w:val="16"/>
              </w:rPr>
              <w:t>auszufüllen</w:t>
            </w:r>
            <w:proofErr w:type="spellEnd"/>
            <w:r>
              <w:rPr>
                <w:rFonts w:eastAsia="Arial"/>
                <w:color w:val="1F1F1F"/>
                <w:sz w:val="16"/>
              </w:rPr>
              <w:t>]</w:t>
            </w:r>
          </w:p>
        </w:tc>
      </w:tr>
      <w:tr w:rsidR="00E84B84" w14:paraId="58B67F91" w14:textId="77777777">
        <w:trPr>
          <w:cantSplit/>
          <w:jc w:val="center"/>
        </w:trPr>
        <w:tc>
          <w:tcPr>
            <w:tcW w:w="3969" w:type="dxa"/>
            <w:shd w:val="clear" w:color="auto" w:fill="F3F6F8"/>
            <w:tcMar>
              <w:top w:w="40" w:type="dxa"/>
              <w:left w:w="80" w:type="dxa"/>
              <w:bottom w:w="40" w:type="dxa"/>
              <w:right w:w="80" w:type="dxa"/>
            </w:tcMar>
            <w:vAlign w:val="center"/>
          </w:tcPr>
          <w:p w14:paraId="0DD4CE96" w14:textId="77777777" w:rsidR="00E84B84" w:rsidRDefault="008D034A">
            <w:pPr>
              <w:spacing w:after="0" w:line="240" w:lineRule="auto"/>
            </w:pPr>
            <w:proofErr w:type="spellStart"/>
            <w:r>
              <w:rPr>
                <w:rFonts w:eastAsia="Arial"/>
                <w:color w:val="1F1F1F"/>
                <w:sz w:val="16"/>
              </w:rPr>
              <w:t>Ergänzende</w:t>
            </w:r>
            <w:proofErr w:type="spellEnd"/>
            <w:r>
              <w:rPr>
                <w:rFonts w:eastAsia="Arial"/>
                <w:color w:val="1F1F1F"/>
                <w:sz w:val="16"/>
              </w:rPr>
              <w:t xml:space="preserve"> </w:t>
            </w:r>
            <w:proofErr w:type="spellStart"/>
            <w:r>
              <w:rPr>
                <w:rFonts w:eastAsia="Arial"/>
                <w:color w:val="1F1F1F"/>
                <w:sz w:val="16"/>
              </w:rPr>
              <w:t>Erläuterung</w:t>
            </w:r>
            <w:proofErr w:type="spellEnd"/>
            <w:r>
              <w:rPr>
                <w:rFonts w:eastAsia="Arial"/>
                <w:color w:val="1F1F1F"/>
                <w:sz w:val="16"/>
              </w:rPr>
              <w:t xml:space="preserve"> / </w:t>
            </w:r>
            <w:proofErr w:type="spellStart"/>
            <w:r>
              <w:rPr>
                <w:rFonts w:eastAsia="Arial"/>
                <w:color w:val="1F1F1F"/>
                <w:sz w:val="16"/>
              </w:rPr>
              <w:t>Einschränkungen</w:t>
            </w:r>
            <w:proofErr w:type="spellEnd"/>
          </w:p>
        </w:tc>
        <w:tc>
          <w:tcPr>
            <w:tcW w:w="11225" w:type="dxa"/>
            <w:shd w:val="clear" w:color="auto" w:fill="FFFBEA"/>
            <w:tcMar>
              <w:top w:w="40" w:type="dxa"/>
              <w:left w:w="80" w:type="dxa"/>
              <w:bottom w:w="40" w:type="dxa"/>
              <w:right w:w="80" w:type="dxa"/>
            </w:tcMar>
            <w:vAlign w:val="center"/>
          </w:tcPr>
          <w:p w14:paraId="3805FC8D" w14:textId="77777777" w:rsidR="00E84B84" w:rsidRDefault="008D034A">
            <w:pPr>
              <w:spacing w:after="0" w:line="240" w:lineRule="auto"/>
            </w:pPr>
            <w:r>
              <w:rPr>
                <w:rFonts w:eastAsia="Arial"/>
                <w:color w:val="1F1F1F"/>
                <w:sz w:val="16"/>
              </w:rPr>
              <w:t>[</w:t>
            </w:r>
            <w:proofErr w:type="spellStart"/>
            <w:r>
              <w:rPr>
                <w:rFonts w:eastAsia="Arial"/>
                <w:color w:val="1F1F1F"/>
                <w:sz w:val="16"/>
              </w:rPr>
              <w:t>vom</w:t>
            </w:r>
            <w:proofErr w:type="spellEnd"/>
            <w:r>
              <w:rPr>
                <w:rFonts w:eastAsia="Arial"/>
                <w:color w:val="1F1F1F"/>
                <w:sz w:val="16"/>
              </w:rPr>
              <w:t xml:space="preserve"> </w:t>
            </w:r>
            <w:proofErr w:type="spellStart"/>
            <w:r>
              <w:rPr>
                <w:rFonts w:eastAsia="Arial"/>
                <w:color w:val="1F1F1F"/>
                <w:sz w:val="16"/>
              </w:rPr>
              <w:t>Bewerber</w:t>
            </w:r>
            <w:proofErr w:type="spellEnd"/>
            <w:r>
              <w:rPr>
                <w:rFonts w:eastAsia="Arial"/>
                <w:color w:val="1F1F1F"/>
                <w:sz w:val="16"/>
              </w:rPr>
              <w:t xml:space="preserve"> </w:t>
            </w:r>
            <w:proofErr w:type="spellStart"/>
            <w:r>
              <w:rPr>
                <w:rFonts w:eastAsia="Arial"/>
                <w:color w:val="1F1F1F"/>
                <w:sz w:val="16"/>
              </w:rPr>
              <w:t>auszufüllen</w:t>
            </w:r>
            <w:proofErr w:type="spellEnd"/>
            <w:r>
              <w:rPr>
                <w:rFonts w:eastAsia="Arial"/>
                <w:color w:val="1F1F1F"/>
                <w:sz w:val="16"/>
              </w:rPr>
              <w:t>]</w:t>
            </w:r>
          </w:p>
        </w:tc>
      </w:tr>
    </w:tbl>
    <w:p w14:paraId="6C48CF6A" w14:textId="77777777" w:rsidR="008D034A" w:rsidRDefault="008D034A"/>
    <w:p w14:paraId="404A0B5F" w14:textId="77777777" w:rsidR="00E11C75" w:rsidRDefault="00BA2CF2">
      <w:r>
        <w:br w:type="page"/>
      </w:r>
    </w:p>
    <w:p w14:paraId="73A30AB5" w14:textId="77777777" w:rsidR="00E84B84" w:rsidRPr="00191757" w:rsidRDefault="001E0666">
      <w:pPr>
        <w:spacing w:before="120" w:after="40" w:line="240" w:lineRule="auto"/>
        <w:rPr>
          <w:lang w:val="de-DE"/>
        </w:rPr>
      </w:pPr>
      <w:proofErr w:type="spellStart"/>
      <w:r>
        <w:rPr>
          <w:b/>
          <w:color w:val="17365D"/>
          <w:sz w:val="40"/>
        </w:rPr>
        <w:lastRenderedPageBreak/>
        <w:t>Leistungsfeldreferenz</w:t>
      </w:r>
      <w:proofErr w:type="spellEnd"/>
      <w:r>
        <w:rPr>
          <w:b/>
          <w:color w:val="17365D"/>
          <w:sz w:val="40"/>
        </w:rPr>
        <w:t xml:space="preserve"> 5</w:t>
      </w:r>
    </w:p>
    <w:p w14:paraId="50DEC1BB" w14:textId="77777777" w:rsidR="00E84B84" w:rsidRPr="00191757" w:rsidRDefault="008D034A">
      <w:pPr>
        <w:spacing w:after="160" w:line="240" w:lineRule="auto"/>
        <w:rPr>
          <w:lang w:val="de-DE"/>
        </w:rPr>
      </w:pPr>
      <w:r w:rsidRPr="00191757">
        <w:rPr>
          <w:rFonts w:eastAsia="Arial"/>
          <w:color w:val="5B6570"/>
          <w:sz w:val="20"/>
          <w:lang w:val="de-DE"/>
        </w:rPr>
        <w:t>Nachweis der fachlichen Leistungsfähigkeit des Bewerbers in den Leistungsfeldern LF1 bis LF9</w:t>
      </w:r>
    </w:p>
    <w:p w14:paraId="0CBB0611" w14:textId="77777777" w:rsidR="00E84B84" w:rsidRPr="00191757" w:rsidRDefault="00E84B84">
      <w:pPr>
        <w:pBdr>
          <w:bottom w:val="single" w:sz="12" w:space="1" w:color="0B4F7A"/>
        </w:pBdr>
        <w:spacing w:after="80"/>
        <w:rPr>
          <w:lang w:val="de-DE"/>
        </w:rPr>
      </w:pPr>
    </w:p>
    <w:tbl>
      <w:tblPr>
        <w:tblW w:w="0" w:type="auto"/>
        <w:jc w:val="center"/>
        <w:tblLayout w:type="fixed"/>
        <w:tblLook w:val="04A0" w:firstRow="1" w:lastRow="0" w:firstColumn="1" w:lastColumn="0" w:noHBand="0" w:noVBand="1"/>
      </w:tblPr>
      <w:tblGrid>
        <w:gridCol w:w="15194"/>
      </w:tblGrid>
      <w:tr w:rsidR="00E84B84" w14:paraId="41187CC7" w14:textId="77777777">
        <w:trPr>
          <w:jc w:val="center"/>
        </w:trPr>
        <w:tc>
          <w:tcPr>
            <w:tcW w:w="15194" w:type="dxa"/>
            <w:shd w:val="clear" w:color="auto" w:fill="D9EAF7"/>
            <w:tcMar>
              <w:top w:w="40" w:type="dxa"/>
              <w:left w:w="80" w:type="dxa"/>
              <w:bottom w:w="40" w:type="dxa"/>
              <w:right w:w="80" w:type="dxa"/>
            </w:tcMar>
            <w:vAlign w:val="center"/>
          </w:tcPr>
          <w:p w14:paraId="7DE47990" w14:textId="77777777" w:rsidR="00E11C75" w:rsidRDefault="00BA2CF2">
            <w:r w:rsidRPr="00E05BED">
              <w:rPr>
                <w:lang w:val="de-DE"/>
              </w:rPr>
              <w:t xml:space="preserve">Referenz 5 dient als Leistungsfeldreferenz. Das primäre Leistungsfeld des Referenzprojekts ist unter den Projektdaten anzugeben. Weitere Leistungsfelder können ergänzend zugeordnet werden, wenn der jeweilige Leistungsanteil konkret und nachvollziehbar beschrieben wird. </w:t>
            </w:r>
            <w:r>
              <w:t xml:space="preserve">Die </w:t>
            </w:r>
            <w:proofErr w:type="spellStart"/>
            <w:r>
              <w:t>reine</w:t>
            </w:r>
            <w:proofErr w:type="spellEnd"/>
            <w:r>
              <w:t xml:space="preserve"> </w:t>
            </w:r>
            <w:proofErr w:type="spellStart"/>
            <w:r>
              <w:t>Anzahl</w:t>
            </w:r>
            <w:proofErr w:type="spellEnd"/>
            <w:r>
              <w:t xml:space="preserve"> </w:t>
            </w:r>
            <w:proofErr w:type="spellStart"/>
            <w:r>
              <w:t>gesetzter</w:t>
            </w:r>
            <w:proofErr w:type="spellEnd"/>
            <w:r>
              <w:t xml:space="preserve"> </w:t>
            </w:r>
            <w:proofErr w:type="spellStart"/>
            <w:r>
              <w:t>Zuordnungen</w:t>
            </w:r>
            <w:proofErr w:type="spellEnd"/>
            <w:r>
              <w:t xml:space="preserve"> </w:t>
            </w:r>
            <w:proofErr w:type="spellStart"/>
            <w:r>
              <w:t>wird</w:t>
            </w:r>
            <w:proofErr w:type="spellEnd"/>
            <w:r>
              <w:t xml:space="preserve"> nicht </w:t>
            </w:r>
            <w:proofErr w:type="spellStart"/>
            <w:r>
              <w:t>positiv</w:t>
            </w:r>
            <w:proofErr w:type="spellEnd"/>
            <w:r>
              <w:t xml:space="preserve"> </w:t>
            </w:r>
            <w:proofErr w:type="spellStart"/>
            <w:r>
              <w:t>bewertet</w:t>
            </w:r>
            <w:proofErr w:type="spellEnd"/>
            <w:r>
              <w:t>.</w:t>
            </w:r>
          </w:p>
        </w:tc>
      </w:tr>
    </w:tbl>
    <w:p w14:paraId="6377B4AF" w14:textId="77777777" w:rsidR="00E84B84" w:rsidRDefault="008D034A">
      <w:pPr>
        <w:spacing w:after="40" w:line="240" w:lineRule="auto"/>
      </w:pPr>
      <w:r>
        <w:rPr>
          <w:rFonts w:eastAsia="Arial"/>
          <w:b/>
          <w:color w:val="0B4F7A"/>
          <w:sz w:val="22"/>
        </w:rPr>
        <w:t xml:space="preserve">1. </w:t>
      </w:r>
      <w:proofErr w:type="spellStart"/>
      <w:r>
        <w:rPr>
          <w:rFonts w:eastAsia="Arial"/>
          <w:b/>
          <w:color w:val="0B4F7A"/>
          <w:sz w:val="22"/>
        </w:rPr>
        <w:t>Projektdaten</w:t>
      </w:r>
      <w:proofErr w:type="spellEnd"/>
    </w:p>
    <w:tbl>
      <w:tblPr>
        <w:tblW w:w="0" w:type="auto"/>
        <w:jc w:val="center"/>
        <w:tblLayout w:type="fixed"/>
        <w:tblLook w:val="04A0" w:firstRow="1" w:lastRow="0" w:firstColumn="1" w:lastColumn="0" w:noHBand="0" w:noVBand="1"/>
      </w:tblPr>
      <w:tblGrid>
        <w:gridCol w:w="3969"/>
        <w:gridCol w:w="11225"/>
      </w:tblGrid>
      <w:tr w:rsidR="00E84B84" w14:paraId="13ADFAF1" w14:textId="77777777">
        <w:trPr>
          <w:cantSplit/>
          <w:jc w:val="center"/>
        </w:trPr>
        <w:tc>
          <w:tcPr>
            <w:tcW w:w="3969" w:type="dxa"/>
            <w:shd w:val="clear" w:color="auto" w:fill="F3F6F8"/>
            <w:tcMar>
              <w:top w:w="40" w:type="dxa"/>
              <w:left w:w="80" w:type="dxa"/>
              <w:bottom w:w="40" w:type="dxa"/>
              <w:right w:w="80" w:type="dxa"/>
            </w:tcMar>
            <w:vAlign w:val="center"/>
          </w:tcPr>
          <w:p w14:paraId="025B87FA" w14:textId="77777777" w:rsidR="00E84B84" w:rsidRDefault="008D034A">
            <w:pPr>
              <w:spacing w:after="0" w:line="240" w:lineRule="auto"/>
            </w:pPr>
            <w:proofErr w:type="spellStart"/>
            <w:r>
              <w:rPr>
                <w:rFonts w:eastAsia="Arial"/>
                <w:color w:val="1F1F1F"/>
                <w:sz w:val="16"/>
              </w:rPr>
              <w:t>Referenz</w:t>
            </w:r>
            <w:proofErr w:type="spellEnd"/>
            <w:r>
              <w:rPr>
                <w:rFonts w:eastAsia="Arial"/>
                <w:color w:val="1F1F1F"/>
                <w:sz w:val="16"/>
              </w:rPr>
              <w:t>-ID</w:t>
            </w:r>
          </w:p>
        </w:tc>
        <w:tc>
          <w:tcPr>
            <w:tcW w:w="11225" w:type="dxa"/>
            <w:shd w:val="clear" w:color="auto" w:fill="FFFBEA"/>
            <w:tcMar>
              <w:top w:w="40" w:type="dxa"/>
              <w:left w:w="80" w:type="dxa"/>
              <w:bottom w:w="40" w:type="dxa"/>
              <w:right w:w="80" w:type="dxa"/>
            </w:tcMar>
            <w:vAlign w:val="center"/>
          </w:tcPr>
          <w:p w14:paraId="0C7C329A" w14:textId="77777777" w:rsidR="00E84B84" w:rsidRDefault="008D034A">
            <w:pPr>
              <w:spacing w:after="0" w:line="240" w:lineRule="auto"/>
            </w:pPr>
            <w:r>
              <w:rPr>
                <w:rFonts w:eastAsia="Arial"/>
                <w:color w:val="1F1F1F"/>
                <w:sz w:val="16"/>
              </w:rPr>
              <w:t>REF-05</w:t>
            </w:r>
          </w:p>
        </w:tc>
      </w:tr>
      <w:tr w:rsidR="00E11C75" w14:paraId="7CB7A7A3" w14:textId="77777777">
        <w:trPr>
          <w:jc w:val="center"/>
        </w:trPr>
        <w:tc>
          <w:tcPr>
            <w:tcW w:w="3969" w:type="dxa"/>
          </w:tcPr>
          <w:p w14:paraId="1480B47A" w14:textId="77777777" w:rsidR="00E11C75" w:rsidRDefault="00BA2CF2">
            <w:proofErr w:type="spellStart"/>
            <w:r>
              <w:t>Primäres</w:t>
            </w:r>
            <w:proofErr w:type="spellEnd"/>
            <w:r>
              <w:t xml:space="preserve"> </w:t>
            </w:r>
            <w:proofErr w:type="spellStart"/>
            <w:r>
              <w:t>Leistungsfeld</w:t>
            </w:r>
            <w:proofErr w:type="spellEnd"/>
            <w:r>
              <w:t xml:space="preserve"> (LF1–LF9)</w:t>
            </w:r>
          </w:p>
        </w:tc>
        <w:tc>
          <w:tcPr>
            <w:tcW w:w="11225" w:type="dxa"/>
          </w:tcPr>
          <w:p w14:paraId="28987B1C" w14:textId="77777777" w:rsidR="00E11C75" w:rsidRDefault="00BA2CF2">
            <w:r>
              <w:t>[</w:t>
            </w:r>
            <w:proofErr w:type="spellStart"/>
            <w:r>
              <w:t>vom</w:t>
            </w:r>
            <w:proofErr w:type="spellEnd"/>
            <w:r>
              <w:t xml:space="preserve"> </w:t>
            </w:r>
            <w:proofErr w:type="spellStart"/>
            <w:r>
              <w:t>Bewerber</w:t>
            </w:r>
            <w:proofErr w:type="spellEnd"/>
            <w:r>
              <w:t xml:space="preserve"> </w:t>
            </w:r>
            <w:proofErr w:type="spellStart"/>
            <w:r>
              <w:t>auszufüllen</w:t>
            </w:r>
            <w:proofErr w:type="spellEnd"/>
            <w:r>
              <w:t>]</w:t>
            </w:r>
          </w:p>
        </w:tc>
      </w:tr>
      <w:tr w:rsidR="00E84B84" w14:paraId="02C9AE2F" w14:textId="77777777">
        <w:trPr>
          <w:cantSplit/>
          <w:jc w:val="center"/>
        </w:trPr>
        <w:tc>
          <w:tcPr>
            <w:tcW w:w="3969" w:type="dxa"/>
            <w:shd w:val="clear" w:color="auto" w:fill="F3F6F8"/>
            <w:tcMar>
              <w:top w:w="40" w:type="dxa"/>
              <w:left w:w="80" w:type="dxa"/>
              <w:bottom w:w="40" w:type="dxa"/>
              <w:right w:w="80" w:type="dxa"/>
            </w:tcMar>
            <w:vAlign w:val="center"/>
          </w:tcPr>
          <w:p w14:paraId="2CA72532" w14:textId="77777777" w:rsidR="00E84B84" w:rsidRDefault="008D034A">
            <w:pPr>
              <w:spacing w:after="0" w:line="240" w:lineRule="auto"/>
            </w:pPr>
            <w:proofErr w:type="spellStart"/>
            <w:r>
              <w:rPr>
                <w:rFonts w:eastAsia="Arial"/>
                <w:color w:val="1F1F1F"/>
                <w:sz w:val="16"/>
              </w:rPr>
              <w:t>Abgeschlossenes</w:t>
            </w:r>
            <w:proofErr w:type="spellEnd"/>
            <w:r>
              <w:rPr>
                <w:rFonts w:eastAsia="Arial"/>
                <w:color w:val="1F1F1F"/>
                <w:sz w:val="16"/>
              </w:rPr>
              <w:t xml:space="preserve"> Projekt / </w:t>
            </w:r>
            <w:proofErr w:type="spellStart"/>
            <w:r>
              <w:rPr>
                <w:rFonts w:eastAsia="Arial"/>
                <w:color w:val="1F1F1F"/>
                <w:sz w:val="16"/>
              </w:rPr>
              <w:t>Vorhaben</w:t>
            </w:r>
            <w:proofErr w:type="spellEnd"/>
          </w:p>
        </w:tc>
        <w:tc>
          <w:tcPr>
            <w:tcW w:w="11225" w:type="dxa"/>
            <w:shd w:val="clear" w:color="auto" w:fill="FFFBEA"/>
            <w:tcMar>
              <w:top w:w="40" w:type="dxa"/>
              <w:left w:w="80" w:type="dxa"/>
              <w:bottom w:w="40" w:type="dxa"/>
              <w:right w:w="80" w:type="dxa"/>
            </w:tcMar>
            <w:vAlign w:val="center"/>
          </w:tcPr>
          <w:p w14:paraId="234AAC88" w14:textId="77777777" w:rsidR="00E84B84" w:rsidRDefault="008D034A">
            <w:pPr>
              <w:spacing w:after="0" w:line="240" w:lineRule="auto"/>
            </w:pPr>
            <w:r>
              <w:rPr>
                <w:rFonts w:eastAsia="Arial"/>
                <w:color w:val="1F1F1F"/>
                <w:sz w:val="16"/>
              </w:rPr>
              <w:t>[</w:t>
            </w:r>
            <w:proofErr w:type="spellStart"/>
            <w:r>
              <w:rPr>
                <w:rFonts w:eastAsia="Arial"/>
                <w:color w:val="1F1F1F"/>
                <w:sz w:val="16"/>
              </w:rPr>
              <w:t>vom</w:t>
            </w:r>
            <w:proofErr w:type="spellEnd"/>
            <w:r>
              <w:rPr>
                <w:rFonts w:eastAsia="Arial"/>
                <w:color w:val="1F1F1F"/>
                <w:sz w:val="16"/>
              </w:rPr>
              <w:t xml:space="preserve"> </w:t>
            </w:r>
            <w:proofErr w:type="spellStart"/>
            <w:r>
              <w:rPr>
                <w:rFonts w:eastAsia="Arial"/>
                <w:color w:val="1F1F1F"/>
                <w:sz w:val="16"/>
              </w:rPr>
              <w:t>Bewerber</w:t>
            </w:r>
            <w:proofErr w:type="spellEnd"/>
            <w:r>
              <w:rPr>
                <w:rFonts w:eastAsia="Arial"/>
                <w:color w:val="1F1F1F"/>
                <w:sz w:val="16"/>
              </w:rPr>
              <w:t xml:space="preserve"> </w:t>
            </w:r>
            <w:proofErr w:type="spellStart"/>
            <w:r>
              <w:rPr>
                <w:rFonts w:eastAsia="Arial"/>
                <w:color w:val="1F1F1F"/>
                <w:sz w:val="16"/>
              </w:rPr>
              <w:t>auszufüllen</w:t>
            </w:r>
            <w:proofErr w:type="spellEnd"/>
            <w:r>
              <w:rPr>
                <w:rFonts w:eastAsia="Arial"/>
                <w:color w:val="1F1F1F"/>
                <w:sz w:val="16"/>
              </w:rPr>
              <w:t>]</w:t>
            </w:r>
          </w:p>
        </w:tc>
      </w:tr>
      <w:tr w:rsidR="00E84B84" w14:paraId="6922364C" w14:textId="77777777">
        <w:trPr>
          <w:cantSplit/>
          <w:jc w:val="center"/>
        </w:trPr>
        <w:tc>
          <w:tcPr>
            <w:tcW w:w="3969" w:type="dxa"/>
            <w:shd w:val="clear" w:color="auto" w:fill="F3F6F8"/>
            <w:tcMar>
              <w:top w:w="40" w:type="dxa"/>
              <w:left w:w="80" w:type="dxa"/>
              <w:bottom w:w="40" w:type="dxa"/>
              <w:right w:w="80" w:type="dxa"/>
            </w:tcMar>
            <w:vAlign w:val="center"/>
          </w:tcPr>
          <w:p w14:paraId="0E2BED36" w14:textId="77777777" w:rsidR="00E84B84" w:rsidRDefault="008D034A">
            <w:pPr>
              <w:spacing w:after="0" w:line="240" w:lineRule="auto"/>
            </w:pPr>
            <w:proofErr w:type="spellStart"/>
            <w:r>
              <w:rPr>
                <w:rFonts w:eastAsia="Arial"/>
                <w:color w:val="1F1F1F"/>
                <w:sz w:val="16"/>
              </w:rPr>
              <w:t>Auftraggeber</w:t>
            </w:r>
            <w:proofErr w:type="spellEnd"/>
            <w:r>
              <w:rPr>
                <w:rFonts w:eastAsia="Arial"/>
                <w:color w:val="1F1F1F"/>
                <w:sz w:val="16"/>
              </w:rPr>
              <w:t xml:space="preserve"> / </w:t>
            </w:r>
            <w:proofErr w:type="spellStart"/>
            <w:r>
              <w:rPr>
                <w:rFonts w:eastAsia="Arial"/>
                <w:color w:val="1F1F1F"/>
                <w:sz w:val="16"/>
              </w:rPr>
              <w:t>Referenzkunde</w:t>
            </w:r>
            <w:proofErr w:type="spellEnd"/>
          </w:p>
        </w:tc>
        <w:tc>
          <w:tcPr>
            <w:tcW w:w="11225" w:type="dxa"/>
            <w:shd w:val="clear" w:color="auto" w:fill="FFFBEA"/>
            <w:tcMar>
              <w:top w:w="40" w:type="dxa"/>
              <w:left w:w="80" w:type="dxa"/>
              <w:bottom w:w="40" w:type="dxa"/>
              <w:right w:w="80" w:type="dxa"/>
            </w:tcMar>
            <w:vAlign w:val="center"/>
          </w:tcPr>
          <w:p w14:paraId="4637E392" w14:textId="77777777" w:rsidR="00E84B84" w:rsidRDefault="008D034A">
            <w:pPr>
              <w:spacing w:after="0" w:line="240" w:lineRule="auto"/>
            </w:pPr>
            <w:r>
              <w:rPr>
                <w:rFonts w:eastAsia="Arial"/>
                <w:color w:val="1F1F1F"/>
                <w:sz w:val="16"/>
              </w:rPr>
              <w:t>[</w:t>
            </w:r>
            <w:proofErr w:type="spellStart"/>
            <w:r>
              <w:rPr>
                <w:rFonts w:eastAsia="Arial"/>
                <w:color w:val="1F1F1F"/>
                <w:sz w:val="16"/>
              </w:rPr>
              <w:t>vom</w:t>
            </w:r>
            <w:proofErr w:type="spellEnd"/>
            <w:r>
              <w:rPr>
                <w:rFonts w:eastAsia="Arial"/>
                <w:color w:val="1F1F1F"/>
                <w:sz w:val="16"/>
              </w:rPr>
              <w:t xml:space="preserve"> </w:t>
            </w:r>
            <w:proofErr w:type="spellStart"/>
            <w:r>
              <w:rPr>
                <w:rFonts w:eastAsia="Arial"/>
                <w:color w:val="1F1F1F"/>
                <w:sz w:val="16"/>
              </w:rPr>
              <w:t>Bewerber</w:t>
            </w:r>
            <w:proofErr w:type="spellEnd"/>
            <w:r>
              <w:rPr>
                <w:rFonts w:eastAsia="Arial"/>
                <w:color w:val="1F1F1F"/>
                <w:sz w:val="16"/>
              </w:rPr>
              <w:t xml:space="preserve"> </w:t>
            </w:r>
            <w:proofErr w:type="spellStart"/>
            <w:r>
              <w:rPr>
                <w:rFonts w:eastAsia="Arial"/>
                <w:color w:val="1F1F1F"/>
                <w:sz w:val="16"/>
              </w:rPr>
              <w:t>auszufüllen</w:t>
            </w:r>
            <w:proofErr w:type="spellEnd"/>
            <w:r>
              <w:rPr>
                <w:rFonts w:eastAsia="Arial"/>
                <w:color w:val="1F1F1F"/>
                <w:sz w:val="16"/>
              </w:rPr>
              <w:t>]</w:t>
            </w:r>
          </w:p>
        </w:tc>
      </w:tr>
      <w:tr w:rsidR="00E84B84" w14:paraId="05D978F6" w14:textId="77777777">
        <w:trPr>
          <w:cantSplit/>
          <w:jc w:val="center"/>
        </w:trPr>
        <w:tc>
          <w:tcPr>
            <w:tcW w:w="3969" w:type="dxa"/>
            <w:shd w:val="clear" w:color="auto" w:fill="F3F6F8"/>
            <w:tcMar>
              <w:top w:w="40" w:type="dxa"/>
              <w:left w:w="80" w:type="dxa"/>
              <w:bottom w:w="40" w:type="dxa"/>
              <w:right w:w="80" w:type="dxa"/>
            </w:tcMar>
            <w:vAlign w:val="center"/>
          </w:tcPr>
          <w:p w14:paraId="6089EEC7" w14:textId="77777777" w:rsidR="00E84B84" w:rsidRDefault="008D034A">
            <w:pPr>
              <w:spacing w:after="0" w:line="240" w:lineRule="auto"/>
            </w:pPr>
            <w:r>
              <w:rPr>
                <w:rFonts w:eastAsia="Arial"/>
                <w:color w:val="1F1F1F"/>
                <w:sz w:val="16"/>
              </w:rPr>
              <w:t>Branche</w:t>
            </w:r>
          </w:p>
        </w:tc>
        <w:tc>
          <w:tcPr>
            <w:tcW w:w="11225" w:type="dxa"/>
            <w:shd w:val="clear" w:color="auto" w:fill="FFFBEA"/>
            <w:tcMar>
              <w:top w:w="40" w:type="dxa"/>
              <w:left w:w="80" w:type="dxa"/>
              <w:bottom w:w="40" w:type="dxa"/>
              <w:right w:w="80" w:type="dxa"/>
            </w:tcMar>
            <w:vAlign w:val="center"/>
          </w:tcPr>
          <w:p w14:paraId="269A3B16" w14:textId="77777777" w:rsidR="00E84B84" w:rsidRDefault="008D034A">
            <w:pPr>
              <w:spacing w:after="0" w:line="240" w:lineRule="auto"/>
            </w:pPr>
            <w:r>
              <w:rPr>
                <w:rFonts w:eastAsia="Arial"/>
                <w:color w:val="1F1F1F"/>
                <w:sz w:val="16"/>
              </w:rPr>
              <w:t>[</w:t>
            </w:r>
            <w:proofErr w:type="spellStart"/>
            <w:r>
              <w:rPr>
                <w:rFonts w:eastAsia="Arial"/>
                <w:color w:val="1F1F1F"/>
                <w:sz w:val="16"/>
              </w:rPr>
              <w:t>vom</w:t>
            </w:r>
            <w:proofErr w:type="spellEnd"/>
            <w:r>
              <w:rPr>
                <w:rFonts w:eastAsia="Arial"/>
                <w:color w:val="1F1F1F"/>
                <w:sz w:val="16"/>
              </w:rPr>
              <w:t xml:space="preserve"> </w:t>
            </w:r>
            <w:proofErr w:type="spellStart"/>
            <w:r>
              <w:rPr>
                <w:rFonts w:eastAsia="Arial"/>
                <w:color w:val="1F1F1F"/>
                <w:sz w:val="16"/>
              </w:rPr>
              <w:t>Bewerber</w:t>
            </w:r>
            <w:proofErr w:type="spellEnd"/>
            <w:r>
              <w:rPr>
                <w:rFonts w:eastAsia="Arial"/>
                <w:color w:val="1F1F1F"/>
                <w:sz w:val="16"/>
              </w:rPr>
              <w:t xml:space="preserve"> </w:t>
            </w:r>
            <w:proofErr w:type="spellStart"/>
            <w:r>
              <w:rPr>
                <w:rFonts w:eastAsia="Arial"/>
                <w:color w:val="1F1F1F"/>
                <w:sz w:val="16"/>
              </w:rPr>
              <w:t>auszufüllen</w:t>
            </w:r>
            <w:proofErr w:type="spellEnd"/>
            <w:r>
              <w:rPr>
                <w:rFonts w:eastAsia="Arial"/>
                <w:color w:val="1F1F1F"/>
                <w:sz w:val="16"/>
              </w:rPr>
              <w:t>]</w:t>
            </w:r>
          </w:p>
        </w:tc>
      </w:tr>
      <w:tr w:rsidR="00E84B84" w14:paraId="4C5E0055" w14:textId="77777777">
        <w:trPr>
          <w:cantSplit/>
          <w:jc w:val="center"/>
        </w:trPr>
        <w:tc>
          <w:tcPr>
            <w:tcW w:w="3969" w:type="dxa"/>
            <w:shd w:val="clear" w:color="auto" w:fill="F3F6F8"/>
            <w:tcMar>
              <w:top w:w="40" w:type="dxa"/>
              <w:left w:w="80" w:type="dxa"/>
              <w:bottom w:w="40" w:type="dxa"/>
              <w:right w:w="80" w:type="dxa"/>
            </w:tcMar>
            <w:vAlign w:val="center"/>
          </w:tcPr>
          <w:p w14:paraId="0302312A" w14:textId="77777777" w:rsidR="00E84B84" w:rsidRDefault="008D034A">
            <w:pPr>
              <w:spacing w:after="0" w:line="240" w:lineRule="auto"/>
            </w:pPr>
            <w:proofErr w:type="spellStart"/>
            <w:r>
              <w:rPr>
                <w:rFonts w:eastAsia="Arial"/>
                <w:color w:val="1F1F1F"/>
                <w:sz w:val="16"/>
              </w:rPr>
              <w:t>Projektzeitraum</w:t>
            </w:r>
            <w:proofErr w:type="spellEnd"/>
            <w:r>
              <w:rPr>
                <w:rFonts w:eastAsia="Arial"/>
                <w:color w:val="1F1F1F"/>
                <w:sz w:val="16"/>
              </w:rPr>
              <w:t xml:space="preserve"> (von / bis)</w:t>
            </w:r>
          </w:p>
        </w:tc>
        <w:tc>
          <w:tcPr>
            <w:tcW w:w="11225" w:type="dxa"/>
            <w:shd w:val="clear" w:color="auto" w:fill="FFFBEA"/>
            <w:tcMar>
              <w:top w:w="40" w:type="dxa"/>
              <w:left w:w="80" w:type="dxa"/>
              <w:bottom w:w="40" w:type="dxa"/>
              <w:right w:w="80" w:type="dxa"/>
            </w:tcMar>
            <w:vAlign w:val="center"/>
          </w:tcPr>
          <w:p w14:paraId="0624C9CA" w14:textId="77777777" w:rsidR="00E84B84" w:rsidRDefault="008D034A">
            <w:pPr>
              <w:spacing w:after="0" w:line="240" w:lineRule="auto"/>
            </w:pPr>
            <w:r>
              <w:rPr>
                <w:rFonts w:eastAsia="Arial"/>
                <w:color w:val="1F1F1F"/>
                <w:sz w:val="16"/>
              </w:rPr>
              <w:t>[</w:t>
            </w:r>
            <w:proofErr w:type="spellStart"/>
            <w:r>
              <w:rPr>
                <w:rFonts w:eastAsia="Arial"/>
                <w:color w:val="1F1F1F"/>
                <w:sz w:val="16"/>
              </w:rPr>
              <w:t>vom</w:t>
            </w:r>
            <w:proofErr w:type="spellEnd"/>
            <w:r>
              <w:rPr>
                <w:rFonts w:eastAsia="Arial"/>
                <w:color w:val="1F1F1F"/>
                <w:sz w:val="16"/>
              </w:rPr>
              <w:t xml:space="preserve"> </w:t>
            </w:r>
            <w:proofErr w:type="spellStart"/>
            <w:r>
              <w:rPr>
                <w:rFonts w:eastAsia="Arial"/>
                <w:color w:val="1F1F1F"/>
                <w:sz w:val="16"/>
              </w:rPr>
              <w:t>Bewerber</w:t>
            </w:r>
            <w:proofErr w:type="spellEnd"/>
            <w:r>
              <w:rPr>
                <w:rFonts w:eastAsia="Arial"/>
                <w:color w:val="1F1F1F"/>
                <w:sz w:val="16"/>
              </w:rPr>
              <w:t xml:space="preserve"> </w:t>
            </w:r>
            <w:proofErr w:type="spellStart"/>
            <w:r>
              <w:rPr>
                <w:rFonts w:eastAsia="Arial"/>
                <w:color w:val="1F1F1F"/>
                <w:sz w:val="16"/>
              </w:rPr>
              <w:t>auszufüllen</w:t>
            </w:r>
            <w:proofErr w:type="spellEnd"/>
            <w:r>
              <w:rPr>
                <w:rFonts w:eastAsia="Arial"/>
                <w:color w:val="1F1F1F"/>
                <w:sz w:val="16"/>
              </w:rPr>
              <w:t>]</w:t>
            </w:r>
          </w:p>
        </w:tc>
      </w:tr>
      <w:tr w:rsidR="00E84B84" w14:paraId="6C2882D5" w14:textId="77777777">
        <w:trPr>
          <w:cantSplit/>
          <w:jc w:val="center"/>
        </w:trPr>
        <w:tc>
          <w:tcPr>
            <w:tcW w:w="3969" w:type="dxa"/>
            <w:shd w:val="clear" w:color="auto" w:fill="F3F6F8"/>
            <w:tcMar>
              <w:top w:w="40" w:type="dxa"/>
              <w:left w:w="80" w:type="dxa"/>
              <w:bottom w:w="40" w:type="dxa"/>
              <w:right w:w="80" w:type="dxa"/>
            </w:tcMar>
            <w:vAlign w:val="center"/>
          </w:tcPr>
          <w:p w14:paraId="4D3FA552" w14:textId="77777777" w:rsidR="00E84B84" w:rsidRDefault="008D034A">
            <w:pPr>
              <w:spacing w:after="0" w:line="240" w:lineRule="auto"/>
            </w:pPr>
            <w:proofErr w:type="spellStart"/>
            <w:r>
              <w:rPr>
                <w:rFonts w:eastAsia="Arial"/>
                <w:color w:val="1F1F1F"/>
                <w:sz w:val="16"/>
              </w:rPr>
              <w:t>Gesamtumfang</w:t>
            </w:r>
            <w:proofErr w:type="spellEnd"/>
            <w:r>
              <w:rPr>
                <w:rFonts w:eastAsia="Arial"/>
                <w:color w:val="1F1F1F"/>
                <w:sz w:val="16"/>
              </w:rPr>
              <w:t xml:space="preserve"> des </w:t>
            </w:r>
            <w:proofErr w:type="spellStart"/>
            <w:r>
              <w:rPr>
                <w:rFonts w:eastAsia="Arial"/>
                <w:color w:val="1F1F1F"/>
                <w:sz w:val="16"/>
              </w:rPr>
              <w:t>Referenzprojekts</w:t>
            </w:r>
            <w:proofErr w:type="spellEnd"/>
          </w:p>
        </w:tc>
        <w:tc>
          <w:tcPr>
            <w:tcW w:w="11225" w:type="dxa"/>
            <w:shd w:val="clear" w:color="auto" w:fill="FFFBEA"/>
            <w:tcMar>
              <w:top w:w="40" w:type="dxa"/>
              <w:left w:w="80" w:type="dxa"/>
              <w:bottom w:w="40" w:type="dxa"/>
              <w:right w:w="80" w:type="dxa"/>
            </w:tcMar>
            <w:vAlign w:val="center"/>
          </w:tcPr>
          <w:p w14:paraId="1DB60D4A" w14:textId="77777777" w:rsidR="00E84B84" w:rsidRDefault="008D034A">
            <w:pPr>
              <w:spacing w:after="0" w:line="240" w:lineRule="auto"/>
            </w:pPr>
            <w:r>
              <w:rPr>
                <w:rFonts w:eastAsia="Arial"/>
                <w:color w:val="1F1F1F"/>
                <w:sz w:val="16"/>
              </w:rPr>
              <w:t>[</w:t>
            </w:r>
            <w:proofErr w:type="spellStart"/>
            <w:r>
              <w:rPr>
                <w:rFonts w:eastAsia="Arial"/>
                <w:color w:val="1F1F1F"/>
                <w:sz w:val="16"/>
              </w:rPr>
              <w:t>vom</w:t>
            </w:r>
            <w:proofErr w:type="spellEnd"/>
            <w:r>
              <w:rPr>
                <w:rFonts w:eastAsia="Arial"/>
                <w:color w:val="1F1F1F"/>
                <w:sz w:val="16"/>
              </w:rPr>
              <w:t xml:space="preserve"> </w:t>
            </w:r>
            <w:proofErr w:type="spellStart"/>
            <w:r>
              <w:rPr>
                <w:rFonts w:eastAsia="Arial"/>
                <w:color w:val="1F1F1F"/>
                <w:sz w:val="16"/>
              </w:rPr>
              <w:t>Bewerber</w:t>
            </w:r>
            <w:proofErr w:type="spellEnd"/>
            <w:r>
              <w:rPr>
                <w:rFonts w:eastAsia="Arial"/>
                <w:color w:val="1F1F1F"/>
                <w:sz w:val="16"/>
              </w:rPr>
              <w:t xml:space="preserve"> </w:t>
            </w:r>
            <w:proofErr w:type="spellStart"/>
            <w:r>
              <w:rPr>
                <w:rFonts w:eastAsia="Arial"/>
                <w:color w:val="1F1F1F"/>
                <w:sz w:val="16"/>
              </w:rPr>
              <w:t>auszufüllen</w:t>
            </w:r>
            <w:proofErr w:type="spellEnd"/>
            <w:r>
              <w:rPr>
                <w:rFonts w:eastAsia="Arial"/>
                <w:color w:val="1F1F1F"/>
                <w:sz w:val="16"/>
              </w:rPr>
              <w:t>]</w:t>
            </w:r>
          </w:p>
        </w:tc>
      </w:tr>
      <w:tr w:rsidR="00E84B84" w14:paraId="17585ADA" w14:textId="77777777">
        <w:trPr>
          <w:cantSplit/>
          <w:jc w:val="center"/>
        </w:trPr>
        <w:tc>
          <w:tcPr>
            <w:tcW w:w="3969" w:type="dxa"/>
            <w:shd w:val="clear" w:color="auto" w:fill="F3F6F8"/>
            <w:tcMar>
              <w:top w:w="40" w:type="dxa"/>
              <w:left w:w="80" w:type="dxa"/>
              <w:bottom w:w="40" w:type="dxa"/>
              <w:right w:w="80" w:type="dxa"/>
            </w:tcMar>
            <w:vAlign w:val="center"/>
          </w:tcPr>
          <w:p w14:paraId="693012FF" w14:textId="77777777" w:rsidR="00E84B84" w:rsidRDefault="008D034A">
            <w:pPr>
              <w:spacing w:after="0" w:line="240" w:lineRule="auto"/>
            </w:pPr>
            <w:proofErr w:type="spellStart"/>
            <w:r>
              <w:rPr>
                <w:rFonts w:eastAsia="Arial"/>
                <w:color w:val="1F1F1F"/>
                <w:sz w:val="16"/>
              </w:rPr>
              <w:t>Leistungsanteil</w:t>
            </w:r>
            <w:proofErr w:type="spellEnd"/>
            <w:r>
              <w:rPr>
                <w:rFonts w:eastAsia="Arial"/>
                <w:color w:val="1F1F1F"/>
                <w:sz w:val="16"/>
              </w:rPr>
              <w:t xml:space="preserve"> des </w:t>
            </w:r>
            <w:proofErr w:type="spellStart"/>
            <w:r>
              <w:rPr>
                <w:rFonts w:eastAsia="Arial"/>
                <w:color w:val="1F1F1F"/>
                <w:sz w:val="16"/>
              </w:rPr>
              <w:t>Bewerbers</w:t>
            </w:r>
            <w:proofErr w:type="spellEnd"/>
          </w:p>
        </w:tc>
        <w:tc>
          <w:tcPr>
            <w:tcW w:w="11225" w:type="dxa"/>
            <w:shd w:val="clear" w:color="auto" w:fill="FFFBEA"/>
            <w:tcMar>
              <w:top w:w="40" w:type="dxa"/>
              <w:left w:w="80" w:type="dxa"/>
              <w:bottom w:w="40" w:type="dxa"/>
              <w:right w:w="80" w:type="dxa"/>
            </w:tcMar>
            <w:vAlign w:val="center"/>
          </w:tcPr>
          <w:p w14:paraId="7455B6F2" w14:textId="77777777" w:rsidR="00E84B84" w:rsidRDefault="008D034A">
            <w:pPr>
              <w:spacing w:after="0" w:line="240" w:lineRule="auto"/>
            </w:pPr>
            <w:r>
              <w:rPr>
                <w:rFonts w:eastAsia="Arial"/>
                <w:color w:val="1F1F1F"/>
                <w:sz w:val="16"/>
              </w:rPr>
              <w:t>[</w:t>
            </w:r>
            <w:proofErr w:type="spellStart"/>
            <w:r>
              <w:rPr>
                <w:rFonts w:eastAsia="Arial"/>
                <w:color w:val="1F1F1F"/>
                <w:sz w:val="16"/>
              </w:rPr>
              <w:t>vom</w:t>
            </w:r>
            <w:proofErr w:type="spellEnd"/>
            <w:r>
              <w:rPr>
                <w:rFonts w:eastAsia="Arial"/>
                <w:color w:val="1F1F1F"/>
                <w:sz w:val="16"/>
              </w:rPr>
              <w:t xml:space="preserve"> </w:t>
            </w:r>
            <w:proofErr w:type="spellStart"/>
            <w:r>
              <w:rPr>
                <w:rFonts w:eastAsia="Arial"/>
                <w:color w:val="1F1F1F"/>
                <w:sz w:val="16"/>
              </w:rPr>
              <w:t>Bewerber</w:t>
            </w:r>
            <w:proofErr w:type="spellEnd"/>
            <w:r>
              <w:rPr>
                <w:rFonts w:eastAsia="Arial"/>
                <w:color w:val="1F1F1F"/>
                <w:sz w:val="16"/>
              </w:rPr>
              <w:t xml:space="preserve"> </w:t>
            </w:r>
            <w:proofErr w:type="spellStart"/>
            <w:r>
              <w:rPr>
                <w:rFonts w:eastAsia="Arial"/>
                <w:color w:val="1F1F1F"/>
                <w:sz w:val="16"/>
              </w:rPr>
              <w:t>auszufüllen</w:t>
            </w:r>
            <w:proofErr w:type="spellEnd"/>
            <w:r>
              <w:rPr>
                <w:rFonts w:eastAsia="Arial"/>
                <w:color w:val="1F1F1F"/>
                <w:sz w:val="16"/>
              </w:rPr>
              <w:t>]</w:t>
            </w:r>
          </w:p>
        </w:tc>
      </w:tr>
    </w:tbl>
    <w:p w14:paraId="33A21744" w14:textId="77777777" w:rsidR="00E84B84" w:rsidRDefault="008D034A">
      <w:pPr>
        <w:spacing w:before="100" w:after="40" w:line="240" w:lineRule="auto"/>
      </w:pPr>
      <w:r>
        <w:rPr>
          <w:rFonts w:eastAsia="Arial"/>
          <w:b/>
          <w:color w:val="0B4F7A"/>
          <w:sz w:val="22"/>
        </w:rPr>
        <w:t xml:space="preserve">2. </w:t>
      </w:r>
      <w:proofErr w:type="spellStart"/>
      <w:r>
        <w:rPr>
          <w:rFonts w:eastAsia="Arial"/>
          <w:b/>
          <w:color w:val="0B4F7A"/>
          <w:sz w:val="22"/>
        </w:rPr>
        <w:t>Ausgangslage</w:t>
      </w:r>
      <w:proofErr w:type="spellEnd"/>
      <w:r>
        <w:rPr>
          <w:rFonts w:eastAsia="Arial"/>
          <w:b/>
          <w:color w:val="0B4F7A"/>
          <w:sz w:val="22"/>
        </w:rPr>
        <w:t xml:space="preserve">, </w:t>
      </w:r>
      <w:proofErr w:type="spellStart"/>
      <w:r>
        <w:rPr>
          <w:rFonts w:eastAsia="Arial"/>
          <w:b/>
          <w:color w:val="0B4F7A"/>
          <w:sz w:val="22"/>
        </w:rPr>
        <w:t>Auftrag</w:t>
      </w:r>
      <w:proofErr w:type="spellEnd"/>
      <w:r>
        <w:rPr>
          <w:rFonts w:eastAsia="Arial"/>
          <w:b/>
          <w:color w:val="0B4F7A"/>
          <w:sz w:val="22"/>
        </w:rPr>
        <w:t xml:space="preserve"> und </w:t>
      </w:r>
      <w:proofErr w:type="spellStart"/>
      <w:r>
        <w:rPr>
          <w:rFonts w:eastAsia="Arial"/>
          <w:b/>
          <w:color w:val="0B4F7A"/>
          <w:sz w:val="22"/>
        </w:rPr>
        <w:t>Ergebnisse</w:t>
      </w:r>
      <w:proofErr w:type="spellEnd"/>
    </w:p>
    <w:tbl>
      <w:tblPr>
        <w:tblW w:w="0" w:type="auto"/>
        <w:jc w:val="center"/>
        <w:tblLayout w:type="fixed"/>
        <w:tblLook w:val="04A0" w:firstRow="1" w:lastRow="0" w:firstColumn="1" w:lastColumn="0" w:noHBand="0" w:noVBand="1"/>
      </w:tblPr>
      <w:tblGrid>
        <w:gridCol w:w="3969"/>
        <w:gridCol w:w="11225"/>
      </w:tblGrid>
      <w:tr w:rsidR="00E84B84" w14:paraId="655D80E0" w14:textId="77777777">
        <w:trPr>
          <w:cantSplit/>
          <w:jc w:val="center"/>
        </w:trPr>
        <w:tc>
          <w:tcPr>
            <w:tcW w:w="3969" w:type="dxa"/>
            <w:shd w:val="clear" w:color="auto" w:fill="F3F6F8"/>
            <w:tcMar>
              <w:top w:w="40" w:type="dxa"/>
              <w:left w:w="80" w:type="dxa"/>
              <w:bottom w:w="40" w:type="dxa"/>
              <w:right w:w="80" w:type="dxa"/>
            </w:tcMar>
            <w:vAlign w:val="center"/>
          </w:tcPr>
          <w:p w14:paraId="6C635CC6" w14:textId="77777777" w:rsidR="00E84B84" w:rsidRDefault="008D034A">
            <w:pPr>
              <w:spacing w:after="0" w:line="240" w:lineRule="auto"/>
            </w:pPr>
            <w:proofErr w:type="spellStart"/>
            <w:r>
              <w:rPr>
                <w:rFonts w:eastAsia="Arial"/>
                <w:color w:val="1F1F1F"/>
                <w:sz w:val="16"/>
              </w:rPr>
              <w:t>Ausgangslage</w:t>
            </w:r>
            <w:proofErr w:type="spellEnd"/>
            <w:r>
              <w:rPr>
                <w:rFonts w:eastAsia="Arial"/>
                <w:color w:val="1F1F1F"/>
                <w:sz w:val="16"/>
              </w:rPr>
              <w:t xml:space="preserve"> / </w:t>
            </w:r>
            <w:proofErr w:type="spellStart"/>
            <w:r>
              <w:rPr>
                <w:rFonts w:eastAsia="Arial"/>
                <w:color w:val="1F1F1F"/>
                <w:sz w:val="16"/>
              </w:rPr>
              <w:t>Problemstellung</w:t>
            </w:r>
            <w:proofErr w:type="spellEnd"/>
          </w:p>
        </w:tc>
        <w:tc>
          <w:tcPr>
            <w:tcW w:w="11225" w:type="dxa"/>
            <w:shd w:val="clear" w:color="auto" w:fill="FFFBEA"/>
            <w:tcMar>
              <w:top w:w="40" w:type="dxa"/>
              <w:left w:w="80" w:type="dxa"/>
              <w:bottom w:w="40" w:type="dxa"/>
              <w:right w:w="80" w:type="dxa"/>
            </w:tcMar>
            <w:vAlign w:val="center"/>
          </w:tcPr>
          <w:p w14:paraId="3AEB064D" w14:textId="77777777" w:rsidR="00E84B84" w:rsidRDefault="008D034A">
            <w:pPr>
              <w:spacing w:after="0" w:line="240" w:lineRule="auto"/>
            </w:pPr>
            <w:r w:rsidRPr="00191757">
              <w:rPr>
                <w:rFonts w:eastAsia="Arial"/>
                <w:color w:val="1F1F1F"/>
                <w:sz w:val="16"/>
                <w:lang w:val="de-DE"/>
              </w:rPr>
              <w:t>Ausgangslage und Anlass des Vorhabens konkret beschreiben.</w:t>
            </w:r>
            <w:r w:rsidRPr="00191757">
              <w:rPr>
                <w:rFonts w:eastAsia="Arial"/>
                <w:color w:val="1F1F1F"/>
                <w:sz w:val="16"/>
                <w:lang w:val="de-DE"/>
              </w:rPr>
              <w:br/>
            </w:r>
            <w:r w:rsidRPr="00191757">
              <w:rPr>
                <w:rFonts w:eastAsia="Arial"/>
                <w:color w:val="1F1F1F"/>
                <w:sz w:val="16"/>
                <w:lang w:val="de-DE"/>
              </w:rPr>
              <w:br/>
            </w:r>
            <w:r>
              <w:rPr>
                <w:rFonts w:eastAsia="Arial"/>
                <w:color w:val="1F1F1F"/>
                <w:sz w:val="16"/>
              </w:rPr>
              <w:t>[</w:t>
            </w:r>
            <w:proofErr w:type="spellStart"/>
            <w:r>
              <w:rPr>
                <w:rFonts w:eastAsia="Arial"/>
                <w:color w:val="1F1F1F"/>
                <w:sz w:val="16"/>
              </w:rPr>
              <w:t>vom</w:t>
            </w:r>
            <w:proofErr w:type="spellEnd"/>
            <w:r>
              <w:rPr>
                <w:rFonts w:eastAsia="Arial"/>
                <w:color w:val="1F1F1F"/>
                <w:sz w:val="16"/>
              </w:rPr>
              <w:t xml:space="preserve"> </w:t>
            </w:r>
            <w:proofErr w:type="spellStart"/>
            <w:r>
              <w:rPr>
                <w:rFonts w:eastAsia="Arial"/>
                <w:color w:val="1F1F1F"/>
                <w:sz w:val="16"/>
              </w:rPr>
              <w:t>Bewerber</w:t>
            </w:r>
            <w:proofErr w:type="spellEnd"/>
            <w:r>
              <w:rPr>
                <w:rFonts w:eastAsia="Arial"/>
                <w:color w:val="1F1F1F"/>
                <w:sz w:val="16"/>
              </w:rPr>
              <w:t xml:space="preserve"> </w:t>
            </w:r>
            <w:proofErr w:type="spellStart"/>
            <w:r>
              <w:rPr>
                <w:rFonts w:eastAsia="Arial"/>
                <w:color w:val="1F1F1F"/>
                <w:sz w:val="16"/>
              </w:rPr>
              <w:t>auszufüllen</w:t>
            </w:r>
            <w:proofErr w:type="spellEnd"/>
            <w:r>
              <w:rPr>
                <w:rFonts w:eastAsia="Arial"/>
                <w:color w:val="1F1F1F"/>
                <w:sz w:val="16"/>
              </w:rPr>
              <w:t>]</w:t>
            </w:r>
          </w:p>
        </w:tc>
      </w:tr>
      <w:tr w:rsidR="00E84B84" w14:paraId="6FFCC6D6" w14:textId="77777777">
        <w:trPr>
          <w:cantSplit/>
          <w:jc w:val="center"/>
        </w:trPr>
        <w:tc>
          <w:tcPr>
            <w:tcW w:w="3969" w:type="dxa"/>
            <w:shd w:val="clear" w:color="auto" w:fill="F3F6F8"/>
            <w:tcMar>
              <w:top w:w="40" w:type="dxa"/>
              <w:left w:w="80" w:type="dxa"/>
              <w:bottom w:w="40" w:type="dxa"/>
              <w:right w:w="80" w:type="dxa"/>
            </w:tcMar>
            <w:vAlign w:val="center"/>
          </w:tcPr>
          <w:p w14:paraId="4F260776" w14:textId="77777777" w:rsidR="00E84B84" w:rsidRDefault="008D034A">
            <w:pPr>
              <w:spacing w:after="0" w:line="240" w:lineRule="auto"/>
            </w:pPr>
            <w:proofErr w:type="spellStart"/>
            <w:r>
              <w:rPr>
                <w:rFonts w:eastAsia="Arial"/>
                <w:color w:val="1F1F1F"/>
                <w:sz w:val="16"/>
              </w:rPr>
              <w:t>Auftrag</w:t>
            </w:r>
            <w:proofErr w:type="spellEnd"/>
            <w:r>
              <w:rPr>
                <w:rFonts w:eastAsia="Arial"/>
                <w:color w:val="1F1F1F"/>
                <w:sz w:val="16"/>
              </w:rPr>
              <w:t xml:space="preserve"> / </w:t>
            </w:r>
            <w:proofErr w:type="spellStart"/>
            <w:r>
              <w:rPr>
                <w:rFonts w:eastAsia="Arial"/>
                <w:color w:val="1F1F1F"/>
                <w:sz w:val="16"/>
              </w:rPr>
              <w:t>Zielsetzung</w:t>
            </w:r>
            <w:proofErr w:type="spellEnd"/>
          </w:p>
        </w:tc>
        <w:tc>
          <w:tcPr>
            <w:tcW w:w="11225" w:type="dxa"/>
            <w:shd w:val="clear" w:color="auto" w:fill="FFFBEA"/>
            <w:tcMar>
              <w:top w:w="40" w:type="dxa"/>
              <w:left w:w="80" w:type="dxa"/>
              <w:bottom w:w="40" w:type="dxa"/>
              <w:right w:w="80" w:type="dxa"/>
            </w:tcMar>
            <w:vAlign w:val="center"/>
          </w:tcPr>
          <w:p w14:paraId="00F91DE7" w14:textId="77777777" w:rsidR="00E84B84" w:rsidRDefault="008D034A">
            <w:pPr>
              <w:spacing w:after="0" w:line="240" w:lineRule="auto"/>
            </w:pPr>
            <w:r w:rsidRPr="00191757">
              <w:rPr>
                <w:rFonts w:eastAsia="Arial"/>
                <w:color w:val="1F1F1F"/>
                <w:sz w:val="16"/>
                <w:lang w:val="de-DE"/>
              </w:rPr>
              <w:t>Ziel und Umfang der durch den Bewerber übernommenen Beratungsleistung beschreiben.</w:t>
            </w:r>
            <w:r w:rsidRPr="00191757">
              <w:rPr>
                <w:rFonts w:eastAsia="Arial"/>
                <w:color w:val="1F1F1F"/>
                <w:sz w:val="16"/>
                <w:lang w:val="de-DE"/>
              </w:rPr>
              <w:br/>
            </w:r>
            <w:r w:rsidRPr="00191757">
              <w:rPr>
                <w:rFonts w:eastAsia="Arial"/>
                <w:color w:val="1F1F1F"/>
                <w:sz w:val="16"/>
                <w:lang w:val="de-DE"/>
              </w:rPr>
              <w:br/>
            </w:r>
            <w:r>
              <w:rPr>
                <w:rFonts w:eastAsia="Arial"/>
                <w:color w:val="1F1F1F"/>
                <w:sz w:val="16"/>
              </w:rPr>
              <w:t>[</w:t>
            </w:r>
            <w:proofErr w:type="spellStart"/>
            <w:r>
              <w:rPr>
                <w:rFonts w:eastAsia="Arial"/>
                <w:color w:val="1F1F1F"/>
                <w:sz w:val="16"/>
              </w:rPr>
              <w:t>vom</w:t>
            </w:r>
            <w:proofErr w:type="spellEnd"/>
            <w:r>
              <w:rPr>
                <w:rFonts w:eastAsia="Arial"/>
                <w:color w:val="1F1F1F"/>
                <w:sz w:val="16"/>
              </w:rPr>
              <w:t xml:space="preserve"> </w:t>
            </w:r>
            <w:proofErr w:type="spellStart"/>
            <w:r>
              <w:rPr>
                <w:rFonts w:eastAsia="Arial"/>
                <w:color w:val="1F1F1F"/>
                <w:sz w:val="16"/>
              </w:rPr>
              <w:t>Bewerber</w:t>
            </w:r>
            <w:proofErr w:type="spellEnd"/>
            <w:r>
              <w:rPr>
                <w:rFonts w:eastAsia="Arial"/>
                <w:color w:val="1F1F1F"/>
                <w:sz w:val="16"/>
              </w:rPr>
              <w:t xml:space="preserve"> </w:t>
            </w:r>
            <w:proofErr w:type="spellStart"/>
            <w:r>
              <w:rPr>
                <w:rFonts w:eastAsia="Arial"/>
                <w:color w:val="1F1F1F"/>
                <w:sz w:val="16"/>
              </w:rPr>
              <w:t>auszufüllen</w:t>
            </w:r>
            <w:proofErr w:type="spellEnd"/>
            <w:r>
              <w:rPr>
                <w:rFonts w:eastAsia="Arial"/>
                <w:color w:val="1F1F1F"/>
                <w:sz w:val="16"/>
              </w:rPr>
              <w:t>]</w:t>
            </w:r>
          </w:p>
        </w:tc>
      </w:tr>
      <w:tr w:rsidR="00E84B84" w14:paraId="72EB2E9A" w14:textId="77777777">
        <w:trPr>
          <w:cantSplit/>
          <w:jc w:val="center"/>
        </w:trPr>
        <w:tc>
          <w:tcPr>
            <w:tcW w:w="3969" w:type="dxa"/>
            <w:shd w:val="clear" w:color="auto" w:fill="F3F6F8"/>
            <w:tcMar>
              <w:top w:w="40" w:type="dxa"/>
              <w:left w:w="80" w:type="dxa"/>
              <w:bottom w:w="40" w:type="dxa"/>
              <w:right w:w="80" w:type="dxa"/>
            </w:tcMar>
            <w:vAlign w:val="center"/>
          </w:tcPr>
          <w:p w14:paraId="4F64E81E" w14:textId="77777777" w:rsidR="00E84B84" w:rsidRDefault="008D034A">
            <w:pPr>
              <w:spacing w:after="0" w:line="240" w:lineRule="auto"/>
            </w:pPr>
            <w:proofErr w:type="spellStart"/>
            <w:r>
              <w:rPr>
                <w:rFonts w:eastAsia="Arial"/>
                <w:color w:val="1F1F1F"/>
                <w:sz w:val="16"/>
              </w:rPr>
              <w:t>Erbrachte</w:t>
            </w:r>
            <w:proofErr w:type="spellEnd"/>
            <w:r>
              <w:rPr>
                <w:rFonts w:eastAsia="Arial"/>
                <w:color w:val="1F1F1F"/>
                <w:sz w:val="16"/>
              </w:rPr>
              <w:t xml:space="preserve"> </w:t>
            </w:r>
            <w:proofErr w:type="spellStart"/>
            <w:r>
              <w:rPr>
                <w:rFonts w:eastAsia="Arial"/>
                <w:color w:val="1F1F1F"/>
                <w:sz w:val="16"/>
              </w:rPr>
              <w:t>Ergebnisse</w:t>
            </w:r>
            <w:proofErr w:type="spellEnd"/>
          </w:p>
        </w:tc>
        <w:tc>
          <w:tcPr>
            <w:tcW w:w="11225" w:type="dxa"/>
            <w:shd w:val="clear" w:color="auto" w:fill="FFFBEA"/>
            <w:tcMar>
              <w:top w:w="40" w:type="dxa"/>
              <w:left w:w="80" w:type="dxa"/>
              <w:bottom w:w="40" w:type="dxa"/>
              <w:right w:w="80" w:type="dxa"/>
            </w:tcMar>
            <w:vAlign w:val="center"/>
          </w:tcPr>
          <w:p w14:paraId="6D29AD53" w14:textId="77777777" w:rsidR="00E84B84" w:rsidRDefault="008D034A">
            <w:pPr>
              <w:spacing w:after="0" w:line="240" w:lineRule="auto"/>
            </w:pPr>
            <w:r w:rsidRPr="00191757">
              <w:rPr>
                <w:rFonts w:eastAsia="Arial"/>
                <w:color w:val="1F1F1F"/>
                <w:sz w:val="16"/>
                <w:lang w:val="de-DE"/>
              </w:rPr>
              <w:t>Wesentliche Ergebnisobjekte und erzielte Ergebnisse benennen.</w:t>
            </w:r>
            <w:r w:rsidRPr="00191757">
              <w:rPr>
                <w:rFonts w:eastAsia="Arial"/>
                <w:color w:val="1F1F1F"/>
                <w:sz w:val="16"/>
                <w:lang w:val="de-DE"/>
              </w:rPr>
              <w:br/>
            </w:r>
            <w:r w:rsidRPr="00191757">
              <w:rPr>
                <w:rFonts w:eastAsia="Arial"/>
                <w:color w:val="1F1F1F"/>
                <w:sz w:val="16"/>
                <w:lang w:val="de-DE"/>
              </w:rPr>
              <w:br/>
            </w:r>
            <w:r>
              <w:rPr>
                <w:rFonts w:eastAsia="Arial"/>
                <w:color w:val="1F1F1F"/>
                <w:sz w:val="16"/>
              </w:rPr>
              <w:t>[</w:t>
            </w:r>
            <w:proofErr w:type="spellStart"/>
            <w:r>
              <w:rPr>
                <w:rFonts w:eastAsia="Arial"/>
                <w:color w:val="1F1F1F"/>
                <w:sz w:val="16"/>
              </w:rPr>
              <w:t>vom</w:t>
            </w:r>
            <w:proofErr w:type="spellEnd"/>
            <w:r>
              <w:rPr>
                <w:rFonts w:eastAsia="Arial"/>
                <w:color w:val="1F1F1F"/>
                <w:sz w:val="16"/>
              </w:rPr>
              <w:t xml:space="preserve"> </w:t>
            </w:r>
            <w:proofErr w:type="spellStart"/>
            <w:r>
              <w:rPr>
                <w:rFonts w:eastAsia="Arial"/>
                <w:color w:val="1F1F1F"/>
                <w:sz w:val="16"/>
              </w:rPr>
              <w:t>Bewerber</w:t>
            </w:r>
            <w:proofErr w:type="spellEnd"/>
            <w:r>
              <w:rPr>
                <w:rFonts w:eastAsia="Arial"/>
                <w:color w:val="1F1F1F"/>
                <w:sz w:val="16"/>
              </w:rPr>
              <w:t xml:space="preserve"> </w:t>
            </w:r>
            <w:proofErr w:type="spellStart"/>
            <w:r>
              <w:rPr>
                <w:rFonts w:eastAsia="Arial"/>
                <w:color w:val="1F1F1F"/>
                <w:sz w:val="16"/>
              </w:rPr>
              <w:t>auszufüllen</w:t>
            </w:r>
            <w:proofErr w:type="spellEnd"/>
            <w:r>
              <w:rPr>
                <w:rFonts w:eastAsia="Arial"/>
                <w:color w:val="1F1F1F"/>
                <w:sz w:val="16"/>
              </w:rPr>
              <w:t>]</w:t>
            </w:r>
          </w:p>
        </w:tc>
      </w:tr>
    </w:tbl>
    <w:p w14:paraId="4367C80D" w14:textId="77777777" w:rsidR="00E84B84" w:rsidRDefault="008D034A">
      <w:r>
        <w:br w:type="page"/>
      </w:r>
    </w:p>
    <w:p w14:paraId="7F72692B" w14:textId="77777777" w:rsidR="00E84B84" w:rsidRPr="00E05BED" w:rsidRDefault="008D034A">
      <w:pPr>
        <w:spacing w:before="40" w:after="40" w:line="240" w:lineRule="auto"/>
        <w:rPr>
          <w:lang w:val="de-DE"/>
        </w:rPr>
      </w:pPr>
      <w:r w:rsidRPr="00E05BED">
        <w:rPr>
          <w:rFonts w:eastAsia="Arial"/>
          <w:b/>
          <w:color w:val="0B4F7A"/>
          <w:sz w:val="22"/>
          <w:lang w:val="de-DE"/>
        </w:rPr>
        <w:lastRenderedPageBreak/>
        <w:t>3. Zuordnung zu den Leistungsfeldern</w:t>
      </w:r>
    </w:p>
    <w:p w14:paraId="63399DA4" w14:textId="77777777" w:rsidR="00E84B84" w:rsidRPr="00191757" w:rsidRDefault="008D034A">
      <w:pPr>
        <w:spacing w:after="0" w:line="240" w:lineRule="auto"/>
        <w:rPr>
          <w:lang w:val="de-DE"/>
        </w:rPr>
      </w:pPr>
      <w:r w:rsidRPr="00E05BED">
        <w:rPr>
          <w:lang w:val="de-DE"/>
        </w:rPr>
        <w:t>Das unter 1 benannte primäre Leistungsfeld ist auszuwählen. Weitere Leistungsfelder dürfen ergänzend ausgewählt werden, wenn ein konkreter Leistungsbeitrag nachgewiesen wird. Für jedes ausgewählte Leistungsfeld ist in der rechten Spalte der konkrete Leistungsanteil dieses Referenzprojekts zu beschreiben.</w:t>
      </w:r>
    </w:p>
    <w:tbl>
      <w:tblPr>
        <w:tblW w:w="0" w:type="auto"/>
        <w:jc w:val="center"/>
        <w:tblLayout w:type="fixed"/>
        <w:tblLook w:val="04A0" w:firstRow="1" w:lastRow="0" w:firstColumn="1" w:lastColumn="0" w:noHBand="0" w:noVBand="1"/>
      </w:tblPr>
      <w:tblGrid>
        <w:gridCol w:w="1247"/>
        <w:gridCol w:w="5102"/>
        <w:gridCol w:w="8844"/>
      </w:tblGrid>
      <w:tr w:rsidR="00E84B84" w:rsidRPr="00CD663C" w14:paraId="3BAC84F2" w14:textId="77777777">
        <w:trPr>
          <w:cantSplit/>
          <w:tblHeader/>
          <w:jc w:val="center"/>
        </w:trPr>
        <w:tc>
          <w:tcPr>
            <w:tcW w:w="1247" w:type="dxa"/>
            <w:shd w:val="clear" w:color="auto" w:fill="0B4F7A"/>
            <w:tcMar>
              <w:top w:w="40" w:type="dxa"/>
              <w:left w:w="80" w:type="dxa"/>
              <w:bottom w:w="40" w:type="dxa"/>
              <w:right w:w="80" w:type="dxa"/>
            </w:tcMar>
            <w:vAlign w:val="center"/>
          </w:tcPr>
          <w:p w14:paraId="346182B5" w14:textId="77777777" w:rsidR="00E84B84" w:rsidRDefault="008D034A">
            <w:pPr>
              <w:spacing w:after="0" w:line="240" w:lineRule="auto"/>
              <w:jc w:val="center"/>
            </w:pPr>
            <w:proofErr w:type="spellStart"/>
            <w:r>
              <w:rPr>
                <w:rFonts w:eastAsia="Arial"/>
                <w:b/>
                <w:color w:val="FFFFFF"/>
                <w:sz w:val="16"/>
              </w:rPr>
              <w:t>Auswahl</w:t>
            </w:r>
            <w:proofErr w:type="spellEnd"/>
          </w:p>
        </w:tc>
        <w:tc>
          <w:tcPr>
            <w:tcW w:w="5102" w:type="dxa"/>
            <w:shd w:val="clear" w:color="auto" w:fill="0B4F7A"/>
            <w:tcMar>
              <w:top w:w="40" w:type="dxa"/>
              <w:left w:w="80" w:type="dxa"/>
              <w:bottom w:w="40" w:type="dxa"/>
              <w:right w:w="80" w:type="dxa"/>
            </w:tcMar>
            <w:vAlign w:val="center"/>
          </w:tcPr>
          <w:p w14:paraId="1BE02356" w14:textId="77777777" w:rsidR="00E84B84" w:rsidRDefault="008D034A">
            <w:pPr>
              <w:spacing w:after="0" w:line="240" w:lineRule="auto"/>
              <w:jc w:val="center"/>
            </w:pPr>
            <w:proofErr w:type="spellStart"/>
            <w:r>
              <w:rPr>
                <w:rFonts w:eastAsia="Arial"/>
                <w:b/>
                <w:color w:val="FFFFFF"/>
                <w:sz w:val="16"/>
              </w:rPr>
              <w:t>Leistungsfeld</w:t>
            </w:r>
            <w:proofErr w:type="spellEnd"/>
          </w:p>
        </w:tc>
        <w:tc>
          <w:tcPr>
            <w:tcW w:w="8844" w:type="dxa"/>
            <w:shd w:val="clear" w:color="auto" w:fill="0B4F7A"/>
            <w:tcMar>
              <w:top w:w="40" w:type="dxa"/>
              <w:left w:w="80" w:type="dxa"/>
              <w:bottom w:w="40" w:type="dxa"/>
              <w:right w:w="80" w:type="dxa"/>
            </w:tcMar>
            <w:vAlign w:val="center"/>
          </w:tcPr>
          <w:p w14:paraId="00B85BF5" w14:textId="77777777" w:rsidR="00E84B84" w:rsidRPr="00191757" w:rsidRDefault="008D034A">
            <w:pPr>
              <w:spacing w:after="0" w:line="240" w:lineRule="auto"/>
              <w:jc w:val="center"/>
              <w:rPr>
                <w:lang w:val="de-DE"/>
              </w:rPr>
            </w:pPr>
            <w:r w:rsidRPr="00191757">
              <w:rPr>
                <w:rFonts w:eastAsia="Arial"/>
                <w:b/>
                <w:color w:val="FFFFFF"/>
                <w:sz w:val="16"/>
                <w:lang w:val="de-DE"/>
              </w:rPr>
              <w:t>Konkreter Nachweis aus diesem Referenzprojekt</w:t>
            </w:r>
          </w:p>
        </w:tc>
      </w:tr>
      <w:tr w:rsidR="00E84B84" w:rsidRPr="00CD663C" w14:paraId="1019F9FF" w14:textId="77777777">
        <w:trPr>
          <w:cantSplit/>
          <w:jc w:val="center"/>
        </w:trPr>
        <w:tc>
          <w:tcPr>
            <w:tcW w:w="1247" w:type="dxa"/>
            <w:shd w:val="clear" w:color="auto" w:fill="FFFBEA"/>
            <w:tcMar>
              <w:top w:w="40" w:type="dxa"/>
              <w:left w:w="80" w:type="dxa"/>
              <w:bottom w:w="40" w:type="dxa"/>
              <w:right w:w="80" w:type="dxa"/>
            </w:tcMar>
            <w:vAlign w:val="center"/>
          </w:tcPr>
          <w:p w14:paraId="64750191" w14:textId="77777777" w:rsidR="00E84B84" w:rsidRDefault="008D034A">
            <w:pPr>
              <w:spacing w:after="0" w:line="240" w:lineRule="auto"/>
              <w:jc w:val="center"/>
            </w:pPr>
            <w:r>
              <w:rPr>
                <w:rFonts w:eastAsia="Arial"/>
                <w:color w:val="1F1F1F"/>
                <w:sz w:val="16"/>
              </w:rPr>
              <w:t>☐</w:t>
            </w:r>
          </w:p>
        </w:tc>
        <w:tc>
          <w:tcPr>
            <w:tcW w:w="5102" w:type="dxa"/>
            <w:tcMar>
              <w:top w:w="40" w:type="dxa"/>
              <w:left w:w="80" w:type="dxa"/>
              <w:bottom w:w="40" w:type="dxa"/>
              <w:right w:w="80" w:type="dxa"/>
            </w:tcMar>
            <w:vAlign w:val="center"/>
          </w:tcPr>
          <w:p w14:paraId="77CA122E" w14:textId="77777777" w:rsidR="00E84B84" w:rsidRPr="00191757" w:rsidRDefault="008D034A">
            <w:pPr>
              <w:spacing w:after="0" w:line="240" w:lineRule="auto"/>
              <w:rPr>
                <w:lang w:val="de-DE"/>
              </w:rPr>
            </w:pPr>
            <w:r w:rsidRPr="00191757">
              <w:rPr>
                <w:rFonts w:eastAsia="Arial"/>
                <w:color w:val="1F1F1F"/>
                <w:sz w:val="16"/>
                <w:lang w:val="de-DE"/>
              </w:rPr>
              <w:t>LF1 – IT-Strategie und Innovation</w:t>
            </w:r>
          </w:p>
        </w:tc>
        <w:tc>
          <w:tcPr>
            <w:tcW w:w="8844" w:type="dxa"/>
            <w:shd w:val="clear" w:color="auto" w:fill="FFFBEA"/>
            <w:tcMar>
              <w:top w:w="40" w:type="dxa"/>
              <w:left w:w="80" w:type="dxa"/>
              <w:bottom w:w="40" w:type="dxa"/>
              <w:right w:w="80" w:type="dxa"/>
            </w:tcMar>
            <w:vAlign w:val="center"/>
          </w:tcPr>
          <w:p w14:paraId="1E286E3E" w14:textId="77777777" w:rsidR="00E84B84" w:rsidRPr="00191757" w:rsidRDefault="008D034A">
            <w:pPr>
              <w:spacing w:after="0" w:line="240" w:lineRule="auto"/>
              <w:rPr>
                <w:lang w:val="de-DE"/>
              </w:rPr>
            </w:pPr>
            <w:r w:rsidRPr="00191757">
              <w:rPr>
                <w:rFonts w:eastAsia="Arial"/>
                <w:color w:val="1F1F1F"/>
                <w:sz w:val="16"/>
                <w:lang w:val="de-DE"/>
              </w:rPr>
              <w:t>[nur bei Auswahl: konkrete Tätigkeit / Ergebnis im Leistungsfeld]</w:t>
            </w:r>
          </w:p>
        </w:tc>
      </w:tr>
      <w:tr w:rsidR="00E84B84" w:rsidRPr="00CD663C" w14:paraId="48F3D038" w14:textId="77777777">
        <w:trPr>
          <w:cantSplit/>
          <w:jc w:val="center"/>
        </w:trPr>
        <w:tc>
          <w:tcPr>
            <w:tcW w:w="1247" w:type="dxa"/>
            <w:shd w:val="clear" w:color="auto" w:fill="FFFBEA"/>
            <w:tcMar>
              <w:top w:w="40" w:type="dxa"/>
              <w:left w:w="80" w:type="dxa"/>
              <w:bottom w:w="40" w:type="dxa"/>
              <w:right w:w="80" w:type="dxa"/>
            </w:tcMar>
            <w:vAlign w:val="center"/>
          </w:tcPr>
          <w:p w14:paraId="4F986B53" w14:textId="77777777" w:rsidR="00E84B84" w:rsidRDefault="008D034A">
            <w:pPr>
              <w:spacing w:after="0" w:line="240" w:lineRule="auto"/>
              <w:jc w:val="center"/>
            </w:pPr>
            <w:r>
              <w:rPr>
                <w:rFonts w:eastAsia="Arial"/>
                <w:color w:val="1F1F1F"/>
                <w:sz w:val="16"/>
              </w:rPr>
              <w:t>☐</w:t>
            </w:r>
          </w:p>
        </w:tc>
        <w:tc>
          <w:tcPr>
            <w:tcW w:w="5102" w:type="dxa"/>
            <w:tcMar>
              <w:top w:w="40" w:type="dxa"/>
              <w:left w:w="80" w:type="dxa"/>
              <w:bottom w:w="40" w:type="dxa"/>
              <w:right w:w="80" w:type="dxa"/>
            </w:tcMar>
            <w:vAlign w:val="center"/>
          </w:tcPr>
          <w:p w14:paraId="255A3821" w14:textId="77777777" w:rsidR="00E84B84" w:rsidRDefault="008D034A">
            <w:pPr>
              <w:spacing w:after="0" w:line="240" w:lineRule="auto"/>
            </w:pPr>
            <w:r>
              <w:rPr>
                <w:rFonts w:eastAsia="Arial"/>
                <w:color w:val="1F1F1F"/>
                <w:sz w:val="16"/>
              </w:rPr>
              <w:t xml:space="preserve">LF2 – IT-Governance, Demand, Portfolio und </w:t>
            </w:r>
            <w:proofErr w:type="spellStart"/>
            <w:r>
              <w:rPr>
                <w:rFonts w:eastAsia="Arial"/>
                <w:color w:val="1F1F1F"/>
                <w:sz w:val="16"/>
              </w:rPr>
              <w:t>Steuerung</w:t>
            </w:r>
            <w:proofErr w:type="spellEnd"/>
          </w:p>
        </w:tc>
        <w:tc>
          <w:tcPr>
            <w:tcW w:w="8844" w:type="dxa"/>
            <w:shd w:val="clear" w:color="auto" w:fill="FFFBEA"/>
            <w:tcMar>
              <w:top w:w="40" w:type="dxa"/>
              <w:left w:w="80" w:type="dxa"/>
              <w:bottom w:w="40" w:type="dxa"/>
              <w:right w:w="80" w:type="dxa"/>
            </w:tcMar>
            <w:vAlign w:val="center"/>
          </w:tcPr>
          <w:p w14:paraId="11280FD3" w14:textId="77777777" w:rsidR="00E84B84" w:rsidRPr="00191757" w:rsidRDefault="008D034A">
            <w:pPr>
              <w:spacing w:after="0" w:line="240" w:lineRule="auto"/>
              <w:rPr>
                <w:lang w:val="de-DE"/>
              </w:rPr>
            </w:pPr>
            <w:r w:rsidRPr="00191757">
              <w:rPr>
                <w:rFonts w:eastAsia="Arial"/>
                <w:color w:val="1F1F1F"/>
                <w:sz w:val="16"/>
                <w:lang w:val="de-DE"/>
              </w:rPr>
              <w:t>[nur bei Auswahl: konkrete Tätigkeit / Ergebnis im Leistungsfeld]</w:t>
            </w:r>
          </w:p>
        </w:tc>
      </w:tr>
      <w:tr w:rsidR="00E84B84" w:rsidRPr="00CD663C" w14:paraId="65450840" w14:textId="77777777">
        <w:trPr>
          <w:cantSplit/>
          <w:jc w:val="center"/>
        </w:trPr>
        <w:tc>
          <w:tcPr>
            <w:tcW w:w="1247" w:type="dxa"/>
            <w:shd w:val="clear" w:color="auto" w:fill="FFFBEA"/>
            <w:tcMar>
              <w:top w:w="40" w:type="dxa"/>
              <w:left w:w="80" w:type="dxa"/>
              <w:bottom w:w="40" w:type="dxa"/>
              <w:right w:w="80" w:type="dxa"/>
            </w:tcMar>
            <w:vAlign w:val="center"/>
          </w:tcPr>
          <w:p w14:paraId="4C87C185" w14:textId="77777777" w:rsidR="00E84B84" w:rsidRDefault="008D034A">
            <w:pPr>
              <w:spacing w:after="0" w:line="240" w:lineRule="auto"/>
              <w:jc w:val="center"/>
            </w:pPr>
            <w:r>
              <w:rPr>
                <w:rFonts w:eastAsia="Arial"/>
                <w:color w:val="1F1F1F"/>
                <w:sz w:val="16"/>
              </w:rPr>
              <w:t>☐</w:t>
            </w:r>
          </w:p>
        </w:tc>
        <w:tc>
          <w:tcPr>
            <w:tcW w:w="5102" w:type="dxa"/>
            <w:tcMar>
              <w:top w:w="40" w:type="dxa"/>
              <w:left w:w="80" w:type="dxa"/>
              <w:bottom w:w="40" w:type="dxa"/>
              <w:right w:w="80" w:type="dxa"/>
            </w:tcMar>
            <w:vAlign w:val="center"/>
          </w:tcPr>
          <w:p w14:paraId="0F17E89B" w14:textId="77777777" w:rsidR="00E84B84" w:rsidRDefault="008D034A">
            <w:pPr>
              <w:spacing w:after="0" w:line="240" w:lineRule="auto"/>
            </w:pPr>
            <w:r>
              <w:rPr>
                <w:rFonts w:eastAsia="Arial"/>
                <w:color w:val="1F1F1F"/>
                <w:sz w:val="16"/>
              </w:rPr>
              <w:t xml:space="preserve">LF3 – IT-Service-Management und </w:t>
            </w:r>
            <w:proofErr w:type="spellStart"/>
            <w:r>
              <w:rPr>
                <w:rFonts w:eastAsia="Arial"/>
                <w:color w:val="1F1F1F"/>
                <w:sz w:val="16"/>
              </w:rPr>
              <w:t>Serviceorientierung</w:t>
            </w:r>
            <w:proofErr w:type="spellEnd"/>
          </w:p>
        </w:tc>
        <w:tc>
          <w:tcPr>
            <w:tcW w:w="8844" w:type="dxa"/>
            <w:shd w:val="clear" w:color="auto" w:fill="FFFBEA"/>
            <w:tcMar>
              <w:top w:w="40" w:type="dxa"/>
              <w:left w:w="80" w:type="dxa"/>
              <w:bottom w:w="40" w:type="dxa"/>
              <w:right w:w="80" w:type="dxa"/>
            </w:tcMar>
            <w:vAlign w:val="center"/>
          </w:tcPr>
          <w:p w14:paraId="23433B42" w14:textId="77777777" w:rsidR="00E84B84" w:rsidRPr="00191757" w:rsidRDefault="008D034A">
            <w:pPr>
              <w:spacing w:after="0" w:line="240" w:lineRule="auto"/>
              <w:rPr>
                <w:lang w:val="de-DE"/>
              </w:rPr>
            </w:pPr>
            <w:r w:rsidRPr="00191757">
              <w:rPr>
                <w:rFonts w:eastAsia="Arial"/>
                <w:color w:val="1F1F1F"/>
                <w:sz w:val="16"/>
                <w:lang w:val="de-DE"/>
              </w:rPr>
              <w:t>[nur bei Auswahl: konkrete Tätigkeit / Ergebnis im Leistungsfeld]</w:t>
            </w:r>
          </w:p>
        </w:tc>
      </w:tr>
      <w:tr w:rsidR="00E84B84" w:rsidRPr="00CD663C" w14:paraId="1ADB7042" w14:textId="77777777">
        <w:trPr>
          <w:cantSplit/>
          <w:jc w:val="center"/>
        </w:trPr>
        <w:tc>
          <w:tcPr>
            <w:tcW w:w="1247" w:type="dxa"/>
            <w:shd w:val="clear" w:color="auto" w:fill="FFFBEA"/>
            <w:tcMar>
              <w:top w:w="40" w:type="dxa"/>
              <w:left w:w="80" w:type="dxa"/>
              <w:bottom w:w="40" w:type="dxa"/>
              <w:right w:w="80" w:type="dxa"/>
            </w:tcMar>
            <w:vAlign w:val="center"/>
          </w:tcPr>
          <w:p w14:paraId="245A5EB6" w14:textId="77777777" w:rsidR="00E84B84" w:rsidRDefault="008D034A">
            <w:pPr>
              <w:spacing w:after="0" w:line="240" w:lineRule="auto"/>
              <w:jc w:val="center"/>
            </w:pPr>
            <w:r>
              <w:rPr>
                <w:rFonts w:eastAsia="Arial"/>
                <w:color w:val="1F1F1F"/>
                <w:sz w:val="16"/>
              </w:rPr>
              <w:t>☐</w:t>
            </w:r>
          </w:p>
        </w:tc>
        <w:tc>
          <w:tcPr>
            <w:tcW w:w="5102" w:type="dxa"/>
            <w:tcMar>
              <w:top w:w="40" w:type="dxa"/>
              <w:left w:w="80" w:type="dxa"/>
              <w:bottom w:w="40" w:type="dxa"/>
              <w:right w:w="80" w:type="dxa"/>
            </w:tcMar>
            <w:vAlign w:val="center"/>
          </w:tcPr>
          <w:p w14:paraId="39F02F54" w14:textId="77777777" w:rsidR="00E84B84" w:rsidRPr="00191757" w:rsidRDefault="008D034A">
            <w:pPr>
              <w:spacing w:after="0" w:line="240" w:lineRule="auto"/>
              <w:rPr>
                <w:lang w:val="de-DE"/>
              </w:rPr>
            </w:pPr>
            <w:r w:rsidRPr="00191757">
              <w:rPr>
                <w:rFonts w:eastAsia="Arial"/>
                <w:color w:val="1F1F1F"/>
                <w:sz w:val="16"/>
                <w:lang w:val="de-DE"/>
              </w:rPr>
              <w:t>LF4 – Organisation, Operating Model und Prozesse</w:t>
            </w:r>
          </w:p>
        </w:tc>
        <w:tc>
          <w:tcPr>
            <w:tcW w:w="8844" w:type="dxa"/>
            <w:shd w:val="clear" w:color="auto" w:fill="FFFBEA"/>
            <w:tcMar>
              <w:top w:w="40" w:type="dxa"/>
              <w:left w:w="80" w:type="dxa"/>
              <w:bottom w:w="40" w:type="dxa"/>
              <w:right w:w="80" w:type="dxa"/>
            </w:tcMar>
            <w:vAlign w:val="center"/>
          </w:tcPr>
          <w:p w14:paraId="4E5480BB" w14:textId="77777777" w:rsidR="00E84B84" w:rsidRPr="00191757" w:rsidRDefault="008D034A">
            <w:pPr>
              <w:spacing w:after="0" w:line="240" w:lineRule="auto"/>
              <w:rPr>
                <w:lang w:val="de-DE"/>
              </w:rPr>
            </w:pPr>
            <w:r w:rsidRPr="00191757">
              <w:rPr>
                <w:rFonts w:eastAsia="Arial"/>
                <w:color w:val="1F1F1F"/>
                <w:sz w:val="16"/>
                <w:lang w:val="de-DE"/>
              </w:rPr>
              <w:t>[nur bei Auswahl: konkrete Tätigkeit / Ergebnis im Leistungsfeld]</w:t>
            </w:r>
          </w:p>
        </w:tc>
      </w:tr>
      <w:tr w:rsidR="00E84B84" w:rsidRPr="00CD663C" w14:paraId="6EF21E78" w14:textId="77777777">
        <w:trPr>
          <w:cantSplit/>
          <w:jc w:val="center"/>
        </w:trPr>
        <w:tc>
          <w:tcPr>
            <w:tcW w:w="1247" w:type="dxa"/>
            <w:shd w:val="clear" w:color="auto" w:fill="FFFBEA"/>
            <w:tcMar>
              <w:top w:w="40" w:type="dxa"/>
              <w:left w:w="80" w:type="dxa"/>
              <w:bottom w:w="40" w:type="dxa"/>
              <w:right w:w="80" w:type="dxa"/>
            </w:tcMar>
            <w:vAlign w:val="center"/>
          </w:tcPr>
          <w:p w14:paraId="6F6E6426" w14:textId="77777777" w:rsidR="00E84B84" w:rsidRDefault="008D034A">
            <w:pPr>
              <w:spacing w:after="0" w:line="240" w:lineRule="auto"/>
              <w:jc w:val="center"/>
            </w:pPr>
            <w:r>
              <w:rPr>
                <w:rFonts w:eastAsia="Arial"/>
                <w:color w:val="1F1F1F"/>
                <w:sz w:val="16"/>
              </w:rPr>
              <w:t>☐</w:t>
            </w:r>
          </w:p>
        </w:tc>
        <w:tc>
          <w:tcPr>
            <w:tcW w:w="5102" w:type="dxa"/>
            <w:tcMar>
              <w:top w:w="40" w:type="dxa"/>
              <w:left w:w="80" w:type="dxa"/>
              <w:bottom w:w="40" w:type="dxa"/>
              <w:right w:w="80" w:type="dxa"/>
            </w:tcMar>
            <w:vAlign w:val="center"/>
          </w:tcPr>
          <w:p w14:paraId="7904ED47" w14:textId="77777777" w:rsidR="00E84B84" w:rsidRDefault="008D034A">
            <w:pPr>
              <w:spacing w:after="0" w:line="240" w:lineRule="auto"/>
            </w:pPr>
            <w:r>
              <w:rPr>
                <w:rFonts w:eastAsia="Arial"/>
                <w:color w:val="1F1F1F"/>
                <w:sz w:val="16"/>
              </w:rPr>
              <w:t xml:space="preserve">LF5 – </w:t>
            </w:r>
            <w:proofErr w:type="spellStart"/>
            <w:r>
              <w:rPr>
                <w:rFonts w:eastAsia="Arial"/>
                <w:color w:val="1F1F1F"/>
                <w:sz w:val="16"/>
              </w:rPr>
              <w:t>Architektur</w:t>
            </w:r>
            <w:proofErr w:type="spellEnd"/>
            <w:r>
              <w:rPr>
                <w:rFonts w:eastAsia="Arial"/>
                <w:color w:val="1F1F1F"/>
                <w:sz w:val="16"/>
              </w:rPr>
              <w:t xml:space="preserve">, Sourcing, Provider- und </w:t>
            </w:r>
            <w:proofErr w:type="spellStart"/>
            <w:r>
              <w:rPr>
                <w:rFonts w:eastAsia="Arial"/>
                <w:color w:val="1F1F1F"/>
                <w:sz w:val="16"/>
              </w:rPr>
              <w:t>Lizenzmanagement</w:t>
            </w:r>
            <w:proofErr w:type="spellEnd"/>
          </w:p>
        </w:tc>
        <w:tc>
          <w:tcPr>
            <w:tcW w:w="8844" w:type="dxa"/>
            <w:shd w:val="clear" w:color="auto" w:fill="FFFBEA"/>
            <w:tcMar>
              <w:top w:w="40" w:type="dxa"/>
              <w:left w:w="80" w:type="dxa"/>
              <w:bottom w:w="40" w:type="dxa"/>
              <w:right w:w="80" w:type="dxa"/>
            </w:tcMar>
            <w:vAlign w:val="center"/>
          </w:tcPr>
          <w:p w14:paraId="4D0FB727" w14:textId="77777777" w:rsidR="00E84B84" w:rsidRPr="00191757" w:rsidRDefault="008D034A">
            <w:pPr>
              <w:spacing w:after="0" w:line="240" w:lineRule="auto"/>
              <w:rPr>
                <w:lang w:val="de-DE"/>
              </w:rPr>
            </w:pPr>
            <w:r w:rsidRPr="00191757">
              <w:rPr>
                <w:rFonts w:eastAsia="Arial"/>
                <w:color w:val="1F1F1F"/>
                <w:sz w:val="16"/>
                <w:lang w:val="de-DE"/>
              </w:rPr>
              <w:t>[nur bei Auswahl: konkrete Tätigkeit / Ergebnis im Leistungsfeld]</w:t>
            </w:r>
          </w:p>
        </w:tc>
      </w:tr>
      <w:tr w:rsidR="00E84B84" w:rsidRPr="00CD663C" w14:paraId="6F83A5BE" w14:textId="77777777">
        <w:trPr>
          <w:cantSplit/>
          <w:jc w:val="center"/>
        </w:trPr>
        <w:tc>
          <w:tcPr>
            <w:tcW w:w="1247" w:type="dxa"/>
            <w:shd w:val="clear" w:color="auto" w:fill="FFFBEA"/>
            <w:tcMar>
              <w:top w:w="40" w:type="dxa"/>
              <w:left w:w="80" w:type="dxa"/>
              <w:bottom w:w="40" w:type="dxa"/>
              <w:right w:w="80" w:type="dxa"/>
            </w:tcMar>
            <w:vAlign w:val="center"/>
          </w:tcPr>
          <w:p w14:paraId="5987D07D" w14:textId="77777777" w:rsidR="00E84B84" w:rsidRDefault="008D034A">
            <w:pPr>
              <w:spacing w:after="0" w:line="240" w:lineRule="auto"/>
              <w:jc w:val="center"/>
            </w:pPr>
            <w:r>
              <w:rPr>
                <w:rFonts w:eastAsia="Arial"/>
                <w:color w:val="1F1F1F"/>
                <w:sz w:val="16"/>
              </w:rPr>
              <w:t>☐</w:t>
            </w:r>
          </w:p>
        </w:tc>
        <w:tc>
          <w:tcPr>
            <w:tcW w:w="5102" w:type="dxa"/>
            <w:tcMar>
              <w:top w:w="40" w:type="dxa"/>
              <w:left w:w="80" w:type="dxa"/>
              <w:bottom w:w="40" w:type="dxa"/>
              <w:right w:w="80" w:type="dxa"/>
            </w:tcMar>
            <w:vAlign w:val="center"/>
          </w:tcPr>
          <w:p w14:paraId="4A561EA8" w14:textId="77777777" w:rsidR="00E84B84" w:rsidRDefault="008D034A">
            <w:pPr>
              <w:spacing w:after="0" w:line="240" w:lineRule="auto"/>
            </w:pPr>
            <w:r>
              <w:rPr>
                <w:rFonts w:eastAsia="Arial"/>
                <w:color w:val="1F1F1F"/>
                <w:sz w:val="16"/>
              </w:rPr>
              <w:t>LF6 – Security Governance, Risk, Compliance und IT-</w:t>
            </w:r>
            <w:proofErr w:type="spellStart"/>
            <w:r>
              <w:rPr>
                <w:rFonts w:eastAsia="Arial"/>
                <w:color w:val="1F1F1F"/>
                <w:sz w:val="16"/>
              </w:rPr>
              <w:t>Resilienz</w:t>
            </w:r>
            <w:proofErr w:type="spellEnd"/>
          </w:p>
        </w:tc>
        <w:tc>
          <w:tcPr>
            <w:tcW w:w="8844" w:type="dxa"/>
            <w:shd w:val="clear" w:color="auto" w:fill="FFFBEA"/>
            <w:tcMar>
              <w:top w:w="40" w:type="dxa"/>
              <w:left w:w="80" w:type="dxa"/>
              <w:bottom w:w="40" w:type="dxa"/>
              <w:right w:w="80" w:type="dxa"/>
            </w:tcMar>
            <w:vAlign w:val="center"/>
          </w:tcPr>
          <w:p w14:paraId="64E2E54D" w14:textId="77777777" w:rsidR="00E84B84" w:rsidRPr="00191757" w:rsidRDefault="008D034A">
            <w:pPr>
              <w:spacing w:after="0" w:line="240" w:lineRule="auto"/>
              <w:rPr>
                <w:lang w:val="de-DE"/>
              </w:rPr>
            </w:pPr>
            <w:r w:rsidRPr="00191757">
              <w:rPr>
                <w:rFonts w:eastAsia="Arial"/>
                <w:color w:val="1F1F1F"/>
                <w:sz w:val="16"/>
                <w:lang w:val="de-DE"/>
              </w:rPr>
              <w:t>[nur bei Auswahl: konkrete Tätigkeit / Ergebnis im Leistungsfeld]</w:t>
            </w:r>
          </w:p>
        </w:tc>
      </w:tr>
      <w:tr w:rsidR="00E84B84" w:rsidRPr="00CD663C" w14:paraId="779E9E0D" w14:textId="77777777">
        <w:trPr>
          <w:cantSplit/>
          <w:jc w:val="center"/>
        </w:trPr>
        <w:tc>
          <w:tcPr>
            <w:tcW w:w="1247" w:type="dxa"/>
            <w:shd w:val="clear" w:color="auto" w:fill="FFFBEA"/>
            <w:tcMar>
              <w:top w:w="40" w:type="dxa"/>
              <w:left w:w="80" w:type="dxa"/>
              <w:bottom w:w="40" w:type="dxa"/>
              <w:right w:w="80" w:type="dxa"/>
            </w:tcMar>
            <w:vAlign w:val="center"/>
          </w:tcPr>
          <w:p w14:paraId="287A6402" w14:textId="77777777" w:rsidR="00E84B84" w:rsidRDefault="008D034A">
            <w:pPr>
              <w:spacing w:after="0" w:line="240" w:lineRule="auto"/>
              <w:jc w:val="center"/>
            </w:pPr>
            <w:r>
              <w:rPr>
                <w:rFonts w:eastAsia="Arial"/>
                <w:color w:val="1F1F1F"/>
                <w:sz w:val="16"/>
              </w:rPr>
              <w:t>☐</w:t>
            </w:r>
          </w:p>
        </w:tc>
        <w:tc>
          <w:tcPr>
            <w:tcW w:w="5102" w:type="dxa"/>
            <w:tcMar>
              <w:top w:w="40" w:type="dxa"/>
              <w:left w:w="80" w:type="dxa"/>
              <w:bottom w:w="40" w:type="dxa"/>
              <w:right w:w="80" w:type="dxa"/>
            </w:tcMar>
            <w:vAlign w:val="center"/>
          </w:tcPr>
          <w:p w14:paraId="7A5B6F79" w14:textId="77777777" w:rsidR="00E84B84" w:rsidRPr="00191757" w:rsidRDefault="008D034A">
            <w:pPr>
              <w:spacing w:after="0" w:line="240" w:lineRule="auto"/>
              <w:rPr>
                <w:lang w:val="de-DE"/>
              </w:rPr>
            </w:pPr>
            <w:r w:rsidRPr="00191757">
              <w:rPr>
                <w:rFonts w:eastAsia="Arial"/>
                <w:color w:val="1F1F1F"/>
                <w:sz w:val="16"/>
                <w:lang w:val="de-DE"/>
              </w:rPr>
              <w:t xml:space="preserve">LF7 – CRM, </w:t>
            </w:r>
            <w:proofErr w:type="spellStart"/>
            <w:r w:rsidRPr="00191757">
              <w:rPr>
                <w:rFonts w:eastAsia="Arial"/>
                <w:color w:val="1F1F1F"/>
                <w:sz w:val="16"/>
                <w:lang w:val="de-DE"/>
              </w:rPr>
              <w:t>Anliegenmanagement</w:t>
            </w:r>
            <w:proofErr w:type="spellEnd"/>
            <w:r w:rsidRPr="00191757">
              <w:rPr>
                <w:rFonts w:eastAsia="Arial"/>
                <w:color w:val="1F1F1F"/>
                <w:sz w:val="16"/>
                <w:lang w:val="de-DE"/>
              </w:rPr>
              <w:t xml:space="preserve"> und Business-Nähe</w:t>
            </w:r>
          </w:p>
        </w:tc>
        <w:tc>
          <w:tcPr>
            <w:tcW w:w="8844" w:type="dxa"/>
            <w:shd w:val="clear" w:color="auto" w:fill="FFFBEA"/>
            <w:tcMar>
              <w:top w:w="40" w:type="dxa"/>
              <w:left w:w="80" w:type="dxa"/>
              <w:bottom w:w="40" w:type="dxa"/>
              <w:right w:w="80" w:type="dxa"/>
            </w:tcMar>
            <w:vAlign w:val="center"/>
          </w:tcPr>
          <w:p w14:paraId="20D0717D" w14:textId="77777777" w:rsidR="00E84B84" w:rsidRPr="00191757" w:rsidRDefault="008D034A">
            <w:pPr>
              <w:spacing w:after="0" w:line="240" w:lineRule="auto"/>
              <w:rPr>
                <w:lang w:val="de-DE"/>
              </w:rPr>
            </w:pPr>
            <w:r w:rsidRPr="00191757">
              <w:rPr>
                <w:rFonts w:eastAsia="Arial"/>
                <w:color w:val="1F1F1F"/>
                <w:sz w:val="16"/>
                <w:lang w:val="de-DE"/>
              </w:rPr>
              <w:t>[nur bei Auswahl: konkrete Tätigkeit / Ergebnis im Leistungsfeld]</w:t>
            </w:r>
          </w:p>
        </w:tc>
      </w:tr>
      <w:tr w:rsidR="00E84B84" w:rsidRPr="00CD663C" w14:paraId="6D7C3C10" w14:textId="77777777">
        <w:trPr>
          <w:cantSplit/>
          <w:jc w:val="center"/>
        </w:trPr>
        <w:tc>
          <w:tcPr>
            <w:tcW w:w="1247" w:type="dxa"/>
            <w:shd w:val="clear" w:color="auto" w:fill="FFFBEA"/>
            <w:tcMar>
              <w:top w:w="40" w:type="dxa"/>
              <w:left w:w="80" w:type="dxa"/>
              <w:bottom w:w="40" w:type="dxa"/>
              <w:right w:w="80" w:type="dxa"/>
            </w:tcMar>
            <w:vAlign w:val="center"/>
          </w:tcPr>
          <w:p w14:paraId="1B224A2B" w14:textId="77777777" w:rsidR="00E84B84" w:rsidRDefault="008D034A">
            <w:pPr>
              <w:spacing w:after="0" w:line="240" w:lineRule="auto"/>
              <w:jc w:val="center"/>
            </w:pPr>
            <w:r>
              <w:rPr>
                <w:rFonts w:eastAsia="Arial"/>
                <w:color w:val="1F1F1F"/>
                <w:sz w:val="16"/>
              </w:rPr>
              <w:t>☐</w:t>
            </w:r>
          </w:p>
        </w:tc>
        <w:tc>
          <w:tcPr>
            <w:tcW w:w="5102" w:type="dxa"/>
            <w:tcMar>
              <w:top w:w="40" w:type="dxa"/>
              <w:left w:w="80" w:type="dxa"/>
              <w:bottom w:w="40" w:type="dxa"/>
              <w:right w:w="80" w:type="dxa"/>
            </w:tcMar>
            <w:vAlign w:val="center"/>
          </w:tcPr>
          <w:p w14:paraId="0D840766" w14:textId="77777777" w:rsidR="00E84B84" w:rsidRDefault="008D034A">
            <w:pPr>
              <w:spacing w:after="0" w:line="240" w:lineRule="auto"/>
            </w:pPr>
            <w:r>
              <w:rPr>
                <w:rFonts w:eastAsia="Arial"/>
                <w:color w:val="1F1F1F"/>
                <w:sz w:val="16"/>
              </w:rPr>
              <w:t xml:space="preserve">LF8 – </w:t>
            </w:r>
            <w:proofErr w:type="spellStart"/>
            <w:r>
              <w:rPr>
                <w:rFonts w:eastAsia="Arial"/>
                <w:color w:val="1F1F1F"/>
                <w:sz w:val="16"/>
              </w:rPr>
              <w:t>Qualität</w:t>
            </w:r>
            <w:proofErr w:type="spellEnd"/>
            <w:r>
              <w:rPr>
                <w:rFonts w:eastAsia="Arial"/>
                <w:color w:val="1F1F1F"/>
                <w:sz w:val="16"/>
              </w:rPr>
              <w:t>, Reviews, KVP und Benchmarking</w:t>
            </w:r>
          </w:p>
        </w:tc>
        <w:tc>
          <w:tcPr>
            <w:tcW w:w="8844" w:type="dxa"/>
            <w:shd w:val="clear" w:color="auto" w:fill="FFFBEA"/>
            <w:tcMar>
              <w:top w:w="40" w:type="dxa"/>
              <w:left w:w="80" w:type="dxa"/>
              <w:bottom w:w="40" w:type="dxa"/>
              <w:right w:w="80" w:type="dxa"/>
            </w:tcMar>
            <w:vAlign w:val="center"/>
          </w:tcPr>
          <w:p w14:paraId="1D1C9B3D" w14:textId="77777777" w:rsidR="00E84B84" w:rsidRPr="00191757" w:rsidRDefault="008D034A">
            <w:pPr>
              <w:spacing w:after="0" w:line="240" w:lineRule="auto"/>
              <w:rPr>
                <w:lang w:val="de-DE"/>
              </w:rPr>
            </w:pPr>
            <w:r w:rsidRPr="00191757">
              <w:rPr>
                <w:rFonts w:eastAsia="Arial"/>
                <w:color w:val="1F1F1F"/>
                <w:sz w:val="16"/>
                <w:lang w:val="de-DE"/>
              </w:rPr>
              <w:t>[nur bei Auswahl: konkrete Tätigkeit / Ergebnis im Leistungsfeld]</w:t>
            </w:r>
          </w:p>
        </w:tc>
      </w:tr>
      <w:tr w:rsidR="00E84B84" w:rsidRPr="00CD663C" w14:paraId="4BCC0A4E" w14:textId="77777777">
        <w:trPr>
          <w:cantSplit/>
          <w:jc w:val="center"/>
        </w:trPr>
        <w:tc>
          <w:tcPr>
            <w:tcW w:w="1247" w:type="dxa"/>
            <w:shd w:val="clear" w:color="auto" w:fill="FFFBEA"/>
            <w:tcMar>
              <w:top w:w="40" w:type="dxa"/>
              <w:left w:w="80" w:type="dxa"/>
              <w:bottom w:w="40" w:type="dxa"/>
              <w:right w:w="80" w:type="dxa"/>
            </w:tcMar>
            <w:vAlign w:val="center"/>
          </w:tcPr>
          <w:p w14:paraId="521927E6" w14:textId="77777777" w:rsidR="00E84B84" w:rsidRDefault="008D034A">
            <w:pPr>
              <w:spacing w:after="0" w:line="240" w:lineRule="auto"/>
              <w:jc w:val="center"/>
            </w:pPr>
            <w:r>
              <w:rPr>
                <w:rFonts w:eastAsia="Arial"/>
                <w:color w:val="1F1F1F"/>
                <w:sz w:val="16"/>
              </w:rPr>
              <w:t>☐</w:t>
            </w:r>
          </w:p>
        </w:tc>
        <w:tc>
          <w:tcPr>
            <w:tcW w:w="5102" w:type="dxa"/>
            <w:tcMar>
              <w:top w:w="40" w:type="dxa"/>
              <w:left w:w="80" w:type="dxa"/>
              <w:bottom w:w="40" w:type="dxa"/>
              <w:right w:w="80" w:type="dxa"/>
            </w:tcMar>
            <w:vAlign w:val="center"/>
          </w:tcPr>
          <w:p w14:paraId="2A1C8696" w14:textId="77777777" w:rsidR="00E84B84" w:rsidRPr="00191757" w:rsidRDefault="008D034A">
            <w:pPr>
              <w:spacing w:after="0" w:line="240" w:lineRule="auto"/>
              <w:rPr>
                <w:lang w:val="de-DE"/>
              </w:rPr>
            </w:pPr>
            <w:r w:rsidRPr="00191757">
              <w:rPr>
                <w:rFonts w:eastAsia="Arial"/>
                <w:color w:val="1F1F1F"/>
                <w:sz w:val="16"/>
                <w:lang w:val="de-DE"/>
              </w:rPr>
              <w:t xml:space="preserve">LF9 – Projekt-, Transformations- und </w:t>
            </w:r>
            <w:proofErr w:type="spellStart"/>
            <w:r w:rsidRPr="00191757">
              <w:rPr>
                <w:rFonts w:eastAsia="Arial"/>
                <w:color w:val="1F1F1F"/>
                <w:sz w:val="16"/>
                <w:lang w:val="de-DE"/>
              </w:rPr>
              <w:t>transitionsnahe</w:t>
            </w:r>
            <w:proofErr w:type="spellEnd"/>
            <w:r w:rsidRPr="00191757">
              <w:rPr>
                <w:rFonts w:eastAsia="Arial"/>
                <w:color w:val="1F1F1F"/>
                <w:sz w:val="16"/>
                <w:lang w:val="de-DE"/>
              </w:rPr>
              <w:t xml:space="preserve"> Unterstützung</w:t>
            </w:r>
          </w:p>
        </w:tc>
        <w:tc>
          <w:tcPr>
            <w:tcW w:w="8844" w:type="dxa"/>
            <w:shd w:val="clear" w:color="auto" w:fill="FFFBEA"/>
            <w:tcMar>
              <w:top w:w="40" w:type="dxa"/>
              <w:left w:w="80" w:type="dxa"/>
              <w:bottom w:w="40" w:type="dxa"/>
              <w:right w:w="80" w:type="dxa"/>
            </w:tcMar>
            <w:vAlign w:val="center"/>
          </w:tcPr>
          <w:p w14:paraId="2363EEC7" w14:textId="77777777" w:rsidR="00E84B84" w:rsidRPr="00191757" w:rsidRDefault="008D034A">
            <w:pPr>
              <w:spacing w:after="0" w:line="240" w:lineRule="auto"/>
              <w:rPr>
                <w:lang w:val="de-DE"/>
              </w:rPr>
            </w:pPr>
            <w:r w:rsidRPr="00191757">
              <w:rPr>
                <w:rFonts w:eastAsia="Arial"/>
                <w:color w:val="1F1F1F"/>
                <w:sz w:val="16"/>
                <w:lang w:val="de-DE"/>
              </w:rPr>
              <w:t>[nur bei Auswahl: konkrete Tätigkeit / Ergebnis im Leistungsfeld]</w:t>
            </w:r>
          </w:p>
        </w:tc>
      </w:tr>
    </w:tbl>
    <w:p w14:paraId="6DB42D26" w14:textId="77777777" w:rsidR="00E84B84" w:rsidRDefault="008D034A">
      <w:pPr>
        <w:spacing w:before="100" w:after="40" w:line="240" w:lineRule="auto"/>
      </w:pPr>
      <w:r>
        <w:rPr>
          <w:rFonts w:eastAsia="Arial"/>
          <w:b/>
          <w:color w:val="0B4F7A"/>
          <w:sz w:val="22"/>
        </w:rPr>
        <w:t xml:space="preserve">4. </w:t>
      </w:r>
      <w:proofErr w:type="spellStart"/>
      <w:r>
        <w:rPr>
          <w:rFonts w:eastAsia="Arial"/>
          <w:b/>
          <w:color w:val="0B4F7A"/>
          <w:sz w:val="22"/>
        </w:rPr>
        <w:t>Prüfbarkeit</w:t>
      </w:r>
      <w:proofErr w:type="spellEnd"/>
      <w:r>
        <w:rPr>
          <w:rFonts w:eastAsia="Arial"/>
          <w:b/>
          <w:color w:val="0B4F7A"/>
          <w:sz w:val="22"/>
        </w:rPr>
        <w:t xml:space="preserve"> der </w:t>
      </w:r>
      <w:proofErr w:type="spellStart"/>
      <w:r>
        <w:rPr>
          <w:rFonts w:eastAsia="Arial"/>
          <w:b/>
          <w:color w:val="0B4F7A"/>
          <w:sz w:val="22"/>
        </w:rPr>
        <w:t>Referenz</w:t>
      </w:r>
      <w:proofErr w:type="spellEnd"/>
    </w:p>
    <w:tbl>
      <w:tblPr>
        <w:tblW w:w="0" w:type="auto"/>
        <w:jc w:val="center"/>
        <w:tblLayout w:type="fixed"/>
        <w:tblLook w:val="04A0" w:firstRow="1" w:lastRow="0" w:firstColumn="1" w:lastColumn="0" w:noHBand="0" w:noVBand="1"/>
      </w:tblPr>
      <w:tblGrid>
        <w:gridCol w:w="3969"/>
        <w:gridCol w:w="11225"/>
      </w:tblGrid>
      <w:tr w:rsidR="00E84B84" w14:paraId="6D2F32FC" w14:textId="77777777">
        <w:trPr>
          <w:cantSplit/>
          <w:jc w:val="center"/>
        </w:trPr>
        <w:tc>
          <w:tcPr>
            <w:tcW w:w="3969" w:type="dxa"/>
            <w:shd w:val="clear" w:color="auto" w:fill="F3F6F8"/>
            <w:tcMar>
              <w:top w:w="40" w:type="dxa"/>
              <w:left w:w="80" w:type="dxa"/>
              <w:bottom w:w="40" w:type="dxa"/>
              <w:right w:w="80" w:type="dxa"/>
            </w:tcMar>
            <w:vAlign w:val="center"/>
          </w:tcPr>
          <w:p w14:paraId="3434EA57" w14:textId="77777777" w:rsidR="00E84B84" w:rsidRPr="00191757" w:rsidRDefault="008D034A">
            <w:pPr>
              <w:spacing w:after="0" w:line="240" w:lineRule="auto"/>
              <w:rPr>
                <w:lang w:val="de-DE"/>
              </w:rPr>
            </w:pPr>
            <w:r w:rsidRPr="00191757">
              <w:rPr>
                <w:rFonts w:eastAsia="Arial"/>
                <w:color w:val="1F1F1F"/>
                <w:sz w:val="16"/>
                <w:lang w:val="de-DE"/>
              </w:rPr>
              <w:t>Ansprechpartner beim Referenzkunden (soweit zulässig)</w:t>
            </w:r>
          </w:p>
        </w:tc>
        <w:tc>
          <w:tcPr>
            <w:tcW w:w="11225" w:type="dxa"/>
            <w:shd w:val="clear" w:color="auto" w:fill="FFFBEA"/>
            <w:tcMar>
              <w:top w:w="40" w:type="dxa"/>
              <w:left w:w="80" w:type="dxa"/>
              <w:bottom w:w="40" w:type="dxa"/>
              <w:right w:w="80" w:type="dxa"/>
            </w:tcMar>
            <w:vAlign w:val="center"/>
          </w:tcPr>
          <w:p w14:paraId="6D0ED5DB" w14:textId="77777777" w:rsidR="00E84B84" w:rsidRDefault="008D034A">
            <w:pPr>
              <w:spacing w:after="0" w:line="240" w:lineRule="auto"/>
            </w:pPr>
            <w:r>
              <w:rPr>
                <w:rFonts w:eastAsia="Arial"/>
                <w:color w:val="1F1F1F"/>
                <w:sz w:val="16"/>
              </w:rPr>
              <w:t>[</w:t>
            </w:r>
            <w:proofErr w:type="spellStart"/>
            <w:r>
              <w:rPr>
                <w:rFonts w:eastAsia="Arial"/>
                <w:color w:val="1F1F1F"/>
                <w:sz w:val="16"/>
              </w:rPr>
              <w:t>vom</w:t>
            </w:r>
            <w:proofErr w:type="spellEnd"/>
            <w:r>
              <w:rPr>
                <w:rFonts w:eastAsia="Arial"/>
                <w:color w:val="1F1F1F"/>
                <w:sz w:val="16"/>
              </w:rPr>
              <w:t xml:space="preserve"> </w:t>
            </w:r>
            <w:proofErr w:type="spellStart"/>
            <w:r>
              <w:rPr>
                <w:rFonts w:eastAsia="Arial"/>
                <w:color w:val="1F1F1F"/>
                <w:sz w:val="16"/>
              </w:rPr>
              <w:t>Bewerber</w:t>
            </w:r>
            <w:proofErr w:type="spellEnd"/>
            <w:r>
              <w:rPr>
                <w:rFonts w:eastAsia="Arial"/>
                <w:color w:val="1F1F1F"/>
                <w:sz w:val="16"/>
              </w:rPr>
              <w:t xml:space="preserve"> </w:t>
            </w:r>
            <w:proofErr w:type="spellStart"/>
            <w:r>
              <w:rPr>
                <w:rFonts w:eastAsia="Arial"/>
                <w:color w:val="1F1F1F"/>
                <w:sz w:val="16"/>
              </w:rPr>
              <w:t>auszufüllen</w:t>
            </w:r>
            <w:proofErr w:type="spellEnd"/>
            <w:r>
              <w:rPr>
                <w:rFonts w:eastAsia="Arial"/>
                <w:color w:val="1F1F1F"/>
                <w:sz w:val="16"/>
              </w:rPr>
              <w:t>]</w:t>
            </w:r>
          </w:p>
        </w:tc>
      </w:tr>
      <w:tr w:rsidR="00E84B84" w14:paraId="38EF35AB" w14:textId="77777777">
        <w:trPr>
          <w:cantSplit/>
          <w:jc w:val="center"/>
        </w:trPr>
        <w:tc>
          <w:tcPr>
            <w:tcW w:w="3969" w:type="dxa"/>
            <w:shd w:val="clear" w:color="auto" w:fill="F3F6F8"/>
            <w:tcMar>
              <w:top w:w="40" w:type="dxa"/>
              <w:left w:w="80" w:type="dxa"/>
              <w:bottom w:w="40" w:type="dxa"/>
              <w:right w:w="80" w:type="dxa"/>
            </w:tcMar>
            <w:vAlign w:val="center"/>
          </w:tcPr>
          <w:p w14:paraId="46C3D446" w14:textId="77777777" w:rsidR="00E84B84" w:rsidRDefault="008D034A">
            <w:pPr>
              <w:spacing w:after="0" w:line="240" w:lineRule="auto"/>
            </w:pPr>
            <w:proofErr w:type="spellStart"/>
            <w:r>
              <w:rPr>
                <w:rFonts w:eastAsia="Arial"/>
                <w:color w:val="1F1F1F"/>
                <w:sz w:val="16"/>
              </w:rPr>
              <w:t>Funktion</w:t>
            </w:r>
            <w:proofErr w:type="spellEnd"/>
            <w:r>
              <w:rPr>
                <w:rFonts w:eastAsia="Arial"/>
                <w:color w:val="1F1F1F"/>
                <w:sz w:val="16"/>
              </w:rPr>
              <w:t xml:space="preserve"> des </w:t>
            </w:r>
            <w:proofErr w:type="spellStart"/>
            <w:r>
              <w:rPr>
                <w:rFonts w:eastAsia="Arial"/>
                <w:color w:val="1F1F1F"/>
                <w:sz w:val="16"/>
              </w:rPr>
              <w:t>Ansprechpartners</w:t>
            </w:r>
            <w:proofErr w:type="spellEnd"/>
          </w:p>
        </w:tc>
        <w:tc>
          <w:tcPr>
            <w:tcW w:w="11225" w:type="dxa"/>
            <w:shd w:val="clear" w:color="auto" w:fill="FFFBEA"/>
            <w:tcMar>
              <w:top w:w="40" w:type="dxa"/>
              <w:left w:w="80" w:type="dxa"/>
              <w:bottom w:w="40" w:type="dxa"/>
              <w:right w:w="80" w:type="dxa"/>
            </w:tcMar>
            <w:vAlign w:val="center"/>
          </w:tcPr>
          <w:p w14:paraId="61B35C77" w14:textId="77777777" w:rsidR="00E84B84" w:rsidRDefault="008D034A">
            <w:pPr>
              <w:spacing w:after="0" w:line="240" w:lineRule="auto"/>
            </w:pPr>
            <w:r>
              <w:rPr>
                <w:rFonts w:eastAsia="Arial"/>
                <w:color w:val="1F1F1F"/>
                <w:sz w:val="16"/>
              </w:rPr>
              <w:t>[</w:t>
            </w:r>
            <w:proofErr w:type="spellStart"/>
            <w:r>
              <w:rPr>
                <w:rFonts w:eastAsia="Arial"/>
                <w:color w:val="1F1F1F"/>
                <w:sz w:val="16"/>
              </w:rPr>
              <w:t>vom</w:t>
            </w:r>
            <w:proofErr w:type="spellEnd"/>
            <w:r>
              <w:rPr>
                <w:rFonts w:eastAsia="Arial"/>
                <w:color w:val="1F1F1F"/>
                <w:sz w:val="16"/>
              </w:rPr>
              <w:t xml:space="preserve"> </w:t>
            </w:r>
            <w:proofErr w:type="spellStart"/>
            <w:r>
              <w:rPr>
                <w:rFonts w:eastAsia="Arial"/>
                <w:color w:val="1F1F1F"/>
                <w:sz w:val="16"/>
              </w:rPr>
              <w:t>Bewerber</w:t>
            </w:r>
            <w:proofErr w:type="spellEnd"/>
            <w:r>
              <w:rPr>
                <w:rFonts w:eastAsia="Arial"/>
                <w:color w:val="1F1F1F"/>
                <w:sz w:val="16"/>
              </w:rPr>
              <w:t xml:space="preserve"> </w:t>
            </w:r>
            <w:proofErr w:type="spellStart"/>
            <w:r>
              <w:rPr>
                <w:rFonts w:eastAsia="Arial"/>
                <w:color w:val="1F1F1F"/>
                <w:sz w:val="16"/>
              </w:rPr>
              <w:t>auszufüllen</w:t>
            </w:r>
            <w:proofErr w:type="spellEnd"/>
            <w:r>
              <w:rPr>
                <w:rFonts w:eastAsia="Arial"/>
                <w:color w:val="1F1F1F"/>
                <w:sz w:val="16"/>
              </w:rPr>
              <w:t>]</w:t>
            </w:r>
          </w:p>
        </w:tc>
      </w:tr>
      <w:tr w:rsidR="00E84B84" w14:paraId="7AA80AEE" w14:textId="77777777">
        <w:trPr>
          <w:cantSplit/>
          <w:jc w:val="center"/>
        </w:trPr>
        <w:tc>
          <w:tcPr>
            <w:tcW w:w="3969" w:type="dxa"/>
            <w:shd w:val="clear" w:color="auto" w:fill="F3F6F8"/>
            <w:tcMar>
              <w:top w:w="40" w:type="dxa"/>
              <w:left w:w="80" w:type="dxa"/>
              <w:bottom w:w="40" w:type="dxa"/>
              <w:right w:w="80" w:type="dxa"/>
            </w:tcMar>
            <w:vAlign w:val="center"/>
          </w:tcPr>
          <w:p w14:paraId="4BEAC54D" w14:textId="77777777" w:rsidR="00E84B84" w:rsidRDefault="008D034A">
            <w:pPr>
              <w:spacing w:after="0" w:line="240" w:lineRule="auto"/>
            </w:pPr>
            <w:proofErr w:type="spellStart"/>
            <w:r>
              <w:rPr>
                <w:rFonts w:eastAsia="Arial"/>
                <w:color w:val="1F1F1F"/>
                <w:sz w:val="16"/>
              </w:rPr>
              <w:t>Kontaktmöglichkeit</w:t>
            </w:r>
            <w:proofErr w:type="spellEnd"/>
            <w:r>
              <w:rPr>
                <w:rFonts w:eastAsia="Arial"/>
                <w:color w:val="1F1F1F"/>
                <w:sz w:val="16"/>
              </w:rPr>
              <w:t xml:space="preserve"> (</w:t>
            </w:r>
            <w:proofErr w:type="spellStart"/>
            <w:r>
              <w:rPr>
                <w:rFonts w:eastAsia="Arial"/>
                <w:color w:val="1F1F1F"/>
                <w:sz w:val="16"/>
              </w:rPr>
              <w:t>soweit</w:t>
            </w:r>
            <w:proofErr w:type="spellEnd"/>
            <w:r>
              <w:rPr>
                <w:rFonts w:eastAsia="Arial"/>
                <w:color w:val="1F1F1F"/>
                <w:sz w:val="16"/>
              </w:rPr>
              <w:t xml:space="preserve"> </w:t>
            </w:r>
            <w:proofErr w:type="spellStart"/>
            <w:r>
              <w:rPr>
                <w:rFonts w:eastAsia="Arial"/>
                <w:color w:val="1F1F1F"/>
                <w:sz w:val="16"/>
              </w:rPr>
              <w:t>zulässig</w:t>
            </w:r>
            <w:proofErr w:type="spellEnd"/>
            <w:r>
              <w:rPr>
                <w:rFonts w:eastAsia="Arial"/>
                <w:color w:val="1F1F1F"/>
                <w:sz w:val="16"/>
              </w:rPr>
              <w:t>)</w:t>
            </w:r>
          </w:p>
        </w:tc>
        <w:tc>
          <w:tcPr>
            <w:tcW w:w="11225" w:type="dxa"/>
            <w:shd w:val="clear" w:color="auto" w:fill="FFFBEA"/>
            <w:tcMar>
              <w:top w:w="40" w:type="dxa"/>
              <w:left w:w="80" w:type="dxa"/>
              <w:bottom w:w="40" w:type="dxa"/>
              <w:right w:w="80" w:type="dxa"/>
            </w:tcMar>
            <w:vAlign w:val="center"/>
          </w:tcPr>
          <w:p w14:paraId="089FEF32" w14:textId="77777777" w:rsidR="00E84B84" w:rsidRDefault="008D034A">
            <w:pPr>
              <w:spacing w:after="0" w:line="240" w:lineRule="auto"/>
            </w:pPr>
            <w:r>
              <w:rPr>
                <w:rFonts w:eastAsia="Arial"/>
                <w:color w:val="1F1F1F"/>
                <w:sz w:val="16"/>
              </w:rPr>
              <w:t>[</w:t>
            </w:r>
            <w:proofErr w:type="spellStart"/>
            <w:r>
              <w:rPr>
                <w:rFonts w:eastAsia="Arial"/>
                <w:color w:val="1F1F1F"/>
                <w:sz w:val="16"/>
              </w:rPr>
              <w:t>vom</w:t>
            </w:r>
            <w:proofErr w:type="spellEnd"/>
            <w:r>
              <w:rPr>
                <w:rFonts w:eastAsia="Arial"/>
                <w:color w:val="1F1F1F"/>
                <w:sz w:val="16"/>
              </w:rPr>
              <w:t xml:space="preserve"> </w:t>
            </w:r>
            <w:proofErr w:type="spellStart"/>
            <w:r>
              <w:rPr>
                <w:rFonts w:eastAsia="Arial"/>
                <w:color w:val="1F1F1F"/>
                <w:sz w:val="16"/>
              </w:rPr>
              <w:t>Bewerber</w:t>
            </w:r>
            <w:proofErr w:type="spellEnd"/>
            <w:r>
              <w:rPr>
                <w:rFonts w:eastAsia="Arial"/>
                <w:color w:val="1F1F1F"/>
                <w:sz w:val="16"/>
              </w:rPr>
              <w:t xml:space="preserve"> </w:t>
            </w:r>
            <w:proofErr w:type="spellStart"/>
            <w:r>
              <w:rPr>
                <w:rFonts w:eastAsia="Arial"/>
                <w:color w:val="1F1F1F"/>
                <w:sz w:val="16"/>
              </w:rPr>
              <w:t>auszufüllen</w:t>
            </w:r>
            <w:proofErr w:type="spellEnd"/>
            <w:r>
              <w:rPr>
                <w:rFonts w:eastAsia="Arial"/>
                <w:color w:val="1F1F1F"/>
                <w:sz w:val="16"/>
              </w:rPr>
              <w:t>]</w:t>
            </w:r>
          </w:p>
        </w:tc>
      </w:tr>
      <w:tr w:rsidR="00E84B84" w14:paraId="17518394" w14:textId="77777777">
        <w:trPr>
          <w:cantSplit/>
          <w:jc w:val="center"/>
        </w:trPr>
        <w:tc>
          <w:tcPr>
            <w:tcW w:w="3969" w:type="dxa"/>
            <w:shd w:val="clear" w:color="auto" w:fill="F3F6F8"/>
            <w:tcMar>
              <w:top w:w="40" w:type="dxa"/>
              <w:left w:w="80" w:type="dxa"/>
              <w:bottom w:w="40" w:type="dxa"/>
              <w:right w:w="80" w:type="dxa"/>
            </w:tcMar>
            <w:vAlign w:val="center"/>
          </w:tcPr>
          <w:p w14:paraId="1BB84E64" w14:textId="77777777" w:rsidR="00E84B84" w:rsidRDefault="008D034A">
            <w:pPr>
              <w:spacing w:after="0" w:line="240" w:lineRule="auto"/>
            </w:pPr>
            <w:proofErr w:type="spellStart"/>
            <w:r>
              <w:rPr>
                <w:rFonts w:eastAsia="Arial"/>
                <w:color w:val="1F1F1F"/>
                <w:sz w:val="16"/>
              </w:rPr>
              <w:t>Ergänzende</w:t>
            </w:r>
            <w:proofErr w:type="spellEnd"/>
            <w:r>
              <w:rPr>
                <w:rFonts w:eastAsia="Arial"/>
                <w:color w:val="1F1F1F"/>
                <w:sz w:val="16"/>
              </w:rPr>
              <w:t xml:space="preserve"> </w:t>
            </w:r>
            <w:proofErr w:type="spellStart"/>
            <w:r>
              <w:rPr>
                <w:rFonts w:eastAsia="Arial"/>
                <w:color w:val="1F1F1F"/>
                <w:sz w:val="16"/>
              </w:rPr>
              <w:t>Erläuterung</w:t>
            </w:r>
            <w:proofErr w:type="spellEnd"/>
            <w:r>
              <w:rPr>
                <w:rFonts w:eastAsia="Arial"/>
                <w:color w:val="1F1F1F"/>
                <w:sz w:val="16"/>
              </w:rPr>
              <w:t xml:space="preserve"> / </w:t>
            </w:r>
            <w:proofErr w:type="spellStart"/>
            <w:r>
              <w:rPr>
                <w:rFonts w:eastAsia="Arial"/>
                <w:color w:val="1F1F1F"/>
                <w:sz w:val="16"/>
              </w:rPr>
              <w:t>Einschränkungen</w:t>
            </w:r>
            <w:proofErr w:type="spellEnd"/>
          </w:p>
        </w:tc>
        <w:tc>
          <w:tcPr>
            <w:tcW w:w="11225" w:type="dxa"/>
            <w:shd w:val="clear" w:color="auto" w:fill="FFFBEA"/>
            <w:tcMar>
              <w:top w:w="40" w:type="dxa"/>
              <w:left w:w="80" w:type="dxa"/>
              <w:bottom w:w="40" w:type="dxa"/>
              <w:right w:w="80" w:type="dxa"/>
            </w:tcMar>
            <w:vAlign w:val="center"/>
          </w:tcPr>
          <w:p w14:paraId="08A4049C" w14:textId="77777777" w:rsidR="00E84B84" w:rsidRDefault="008D034A">
            <w:pPr>
              <w:spacing w:after="0" w:line="240" w:lineRule="auto"/>
            </w:pPr>
            <w:r>
              <w:rPr>
                <w:rFonts w:eastAsia="Arial"/>
                <w:color w:val="1F1F1F"/>
                <w:sz w:val="16"/>
              </w:rPr>
              <w:t>[</w:t>
            </w:r>
            <w:proofErr w:type="spellStart"/>
            <w:r>
              <w:rPr>
                <w:rFonts w:eastAsia="Arial"/>
                <w:color w:val="1F1F1F"/>
                <w:sz w:val="16"/>
              </w:rPr>
              <w:t>vom</w:t>
            </w:r>
            <w:proofErr w:type="spellEnd"/>
            <w:r>
              <w:rPr>
                <w:rFonts w:eastAsia="Arial"/>
                <w:color w:val="1F1F1F"/>
                <w:sz w:val="16"/>
              </w:rPr>
              <w:t xml:space="preserve"> </w:t>
            </w:r>
            <w:proofErr w:type="spellStart"/>
            <w:r>
              <w:rPr>
                <w:rFonts w:eastAsia="Arial"/>
                <w:color w:val="1F1F1F"/>
                <w:sz w:val="16"/>
              </w:rPr>
              <w:t>Bewerber</w:t>
            </w:r>
            <w:proofErr w:type="spellEnd"/>
            <w:r>
              <w:rPr>
                <w:rFonts w:eastAsia="Arial"/>
                <w:color w:val="1F1F1F"/>
                <w:sz w:val="16"/>
              </w:rPr>
              <w:t xml:space="preserve"> </w:t>
            </w:r>
            <w:proofErr w:type="spellStart"/>
            <w:r>
              <w:rPr>
                <w:rFonts w:eastAsia="Arial"/>
                <w:color w:val="1F1F1F"/>
                <w:sz w:val="16"/>
              </w:rPr>
              <w:t>auszufüllen</w:t>
            </w:r>
            <w:proofErr w:type="spellEnd"/>
            <w:r>
              <w:rPr>
                <w:rFonts w:eastAsia="Arial"/>
                <w:color w:val="1F1F1F"/>
                <w:sz w:val="16"/>
              </w:rPr>
              <w:t>]</w:t>
            </w:r>
          </w:p>
        </w:tc>
      </w:tr>
    </w:tbl>
    <w:p w14:paraId="2D31935E" w14:textId="77777777" w:rsidR="008D034A" w:rsidRDefault="008D034A"/>
    <w:p w14:paraId="61EF4561" w14:textId="77777777" w:rsidR="00E11C75" w:rsidRDefault="00BA2CF2">
      <w:r>
        <w:br w:type="page"/>
      </w:r>
    </w:p>
    <w:p w14:paraId="334577FA" w14:textId="77777777" w:rsidR="00E84B84" w:rsidRPr="00191757" w:rsidRDefault="001E0666">
      <w:pPr>
        <w:spacing w:before="120" w:after="40" w:line="240" w:lineRule="auto"/>
        <w:rPr>
          <w:lang w:val="de-DE"/>
        </w:rPr>
      </w:pPr>
      <w:proofErr w:type="spellStart"/>
      <w:r>
        <w:rPr>
          <w:b/>
          <w:color w:val="17365D"/>
          <w:sz w:val="40"/>
        </w:rPr>
        <w:lastRenderedPageBreak/>
        <w:t>Leistungsfeldreferenz</w:t>
      </w:r>
      <w:proofErr w:type="spellEnd"/>
      <w:r>
        <w:rPr>
          <w:b/>
          <w:color w:val="17365D"/>
          <w:sz w:val="40"/>
        </w:rPr>
        <w:t xml:space="preserve"> 6</w:t>
      </w:r>
    </w:p>
    <w:p w14:paraId="0B186E37" w14:textId="77777777" w:rsidR="00E84B84" w:rsidRPr="00191757" w:rsidRDefault="008D034A">
      <w:pPr>
        <w:spacing w:after="160" w:line="240" w:lineRule="auto"/>
        <w:rPr>
          <w:lang w:val="de-DE"/>
        </w:rPr>
      </w:pPr>
      <w:r w:rsidRPr="00191757">
        <w:rPr>
          <w:rFonts w:eastAsia="Arial"/>
          <w:color w:val="5B6570"/>
          <w:sz w:val="20"/>
          <w:lang w:val="de-DE"/>
        </w:rPr>
        <w:t>Nachweis der fachlichen Leistungsfähigkeit des Bewerbers in den Leistungsfeldern LF1 bis LF9</w:t>
      </w:r>
    </w:p>
    <w:p w14:paraId="4348F6E4" w14:textId="77777777" w:rsidR="00E84B84" w:rsidRPr="00191757" w:rsidRDefault="00E84B84">
      <w:pPr>
        <w:pBdr>
          <w:bottom w:val="single" w:sz="12" w:space="1" w:color="0B4F7A"/>
        </w:pBdr>
        <w:spacing w:after="80"/>
        <w:rPr>
          <w:lang w:val="de-DE"/>
        </w:rPr>
      </w:pPr>
    </w:p>
    <w:tbl>
      <w:tblPr>
        <w:tblW w:w="0" w:type="auto"/>
        <w:jc w:val="center"/>
        <w:tblLayout w:type="fixed"/>
        <w:tblLook w:val="04A0" w:firstRow="1" w:lastRow="0" w:firstColumn="1" w:lastColumn="0" w:noHBand="0" w:noVBand="1"/>
      </w:tblPr>
      <w:tblGrid>
        <w:gridCol w:w="15194"/>
      </w:tblGrid>
      <w:tr w:rsidR="00E84B84" w14:paraId="32E7DE37" w14:textId="77777777">
        <w:trPr>
          <w:jc w:val="center"/>
        </w:trPr>
        <w:tc>
          <w:tcPr>
            <w:tcW w:w="15194" w:type="dxa"/>
            <w:shd w:val="clear" w:color="auto" w:fill="D9EAF7"/>
            <w:tcMar>
              <w:top w:w="40" w:type="dxa"/>
              <w:left w:w="80" w:type="dxa"/>
              <w:bottom w:w="40" w:type="dxa"/>
              <w:right w:w="80" w:type="dxa"/>
            </w:tcMar>
            <w:vAlign w:val="center"/>
          </w:tcPr>
          <w:p w14:paraId="61346A88" w14:textId="77777777" w:rsidR="00E11C75" w:rsidRDefault="00BA2CF2">
            <w:r w:rsidRPr="00E05BED">
              <w:rPr>
                <w:lang w:val="de-DE"/>
              </w:rPr>
              <w:t xml:space="preserve">Referenz 6 dient als Leistungsfeldreferenz. Das primäre Leistungsfeld des Referenzprojekts ist unter den Projektdaten anzugeben. Weitere Leistungsfelder können ergänzend zugeordnet werden, wenn der jeweilige Leistungsanteil konkret und nachvollziehbar beschrieben wird. </w:t>
            </w:r>
            <w:r>
              <w:t xml:space="preserve">Die </w:t>
            </w:r>
            <w:proofErr w:type="spellStart"/>
            <w:r>
              <w:t>reine</w:t>
            </w:r>
            <w:proofErr w:type="spellEnd"/>
            <w:r>
              <w:t xml:space="preserve"> </w:t>
            </w:r>
            <w:proofErr w:type="spellStart"/>
            <w:r>
              <w:t>Anzahl</w:t>
            </w:r>
            <w:proofErr w:type="spellEnd"/>
            <w:r>
              <w:t xml:space="preserve"> </w:t>
            </w:r>
            <w:proofErr w:type="spellStart"/>
            <w:r>
              <w:t>gesetzter</w:t>
            </w:r>
            <w:proofErr w:type="spellEnd"/>
            <w:r>
              <w:t xml:space="preserve"> </w:t>
            </w:r>
            <w:proofErr w:type="spellStart"/>
            <w:r>
              <w:t>Zuordnungen</w:t>
            </w:r>
            <w:proofErr w:type="spellEnd"/>
            <w:r>
              <w:t xml:space="preserve"> </w:t>
            </w:r>
            <w:proofErr w:type="spellStart"/>
            <w:r>
              <w:t>wird</w:t>
            </w:r>
            <w:proofErr w:type="spellEnd"/>
            <w:r>
              <w:t xml:space="preserve"> nicht </w:t>
            </w:r>
            <w:proofErr w:type="spellStart"/>
            <w:r>
              <w:t>positiv</w:t>
            </w:r>
            <w:proofErr w:type="spellEnd"/>
            <w:r>
              <w:t xml:space="preserve"> </w:t>
            </w:r>
            <w:proofErr w:type="spellStart"/>
            <w:r>
              <w:t>bewertet</w:t>
            </w:r>
            <w:proofErr w:type="spellEnd"/>
            <w:r>
              <w:t>.</w:t>
            </w:r>
          </w:p>
        </w:tc>
      </w:tr>
    </w:tbl>
    <w:p w14:paraId="0444B2A9" w14:textId="77777777" w:rsidR="00E84B84" w:rsidRDefault="008D034A">
      <w:pPr>
        <w:spacing w:after="40" w:line="240" w:lineRule="auto"/>
      </w:pPr>
      <w:r>
        <w:rPr>
          <w:rFonts w:eastAsia="Arial"/>
          <w:b/>
          <w:color w:val="0B4F7A"/>
          <w:sz w:val="22"/>
        </w:rPr>
        <w:t xml:space="preserve">1. </w:t>
      </w:r>
      <w:proofErr w:type="spellStart"/>
      <w:r>
        <w:rPr>
          <w:rFonts w:eastAsia="Arial"/>
          <w:b/>
          <w:color w:val="0B4F7A"/>
          <w:sz w:val="22"/>
        </w:rPr>
        <w:t>Projektdaten</w:t>
      </w:r>
      <w:proofErr w:type="spellEnd"/>
    </w:p>
    <w:tbl>
      <w:tblPr>
        <w:tblW w:w="0" w:type="auto"/>
        <w:jc w:val="center"/>
        <w:tblLayout w:type="fixed"/>
        <w:tblLook w:val="04A0" w:firstRow="1" w:lastRow="0" w:firstColumn="1" w:lastColumn="0" w:noHBand="0" w:noVBand="1"/>
      </w:tblPr>
      <w:tblGrid>
        <w:gridCol w:w="3969"/>
        <w:gridCol w:w="11225"/>
      </w:tblGrid>
      <w:tr w:rsidR="00E84B84" w14:paraId="007C527E" w14:textId="77777777">
        <w:trPr>
          <w:cantSplit/>
          <w:jc w:val="center"/>
        </w:trPr>
        <w:tc>
          <w:tcPr>
            <w:tcW w:w="3969" w:type="dxa"/>
            <w:shd w:val="clear" w:color="auto" w:fill="F3F6F8"/>
            <w:tcMar>
              <w:top w:w="40" w:type="dxa"/>
              <w:left w:w="80" w:type="dxa"/>
              <w:bottom w:w="40" w:type="dxa"/>
              <w:right w:w="80" w:type="dxa"/>
            </w:tcMar>
            <w:vAlign w:val="center"/>
          </w:tcPr>
          <w:p w14:paraId="5A86A63B" w14:textId="77777777" w:rsidR="00E84B84" w:rsidRDefault="008D034A">
            <w:pPr>
              <w:spacing w:after="0" w:line="240" w:lineRule="auto"/>
            </w:pPr>
            <w:proofErr w:type="spellStart"/>
            <w:r>
              <w:rPr>
                <w:rFonts w:eastAsia="Arial"/>
                <w:color w:val="1F1F1F"/>
                <w:sz w:val="16"/>
              </w:rPr>
              <w:t>Referenz</w:t>
            </w:r>
            <w:proofErr w:type="spellEnd"/>
            <w:r>
              <w:rPr>
                <w:rFonts w:eastAsia="Arial"/>
                <w:color w:val="1F1F1F"/>
                <w:sz w:val="16"/>
              </w:rPr>
              <w:t>-ID</w:t>
            </w:r>
          </w:p>
        </w:tc>
        <w:tc>
          <w:tcPr>
            <w:tcW w:w="11225" w:type="dxa"/>
            <w:shd w:val="clear" w:color="auto" w:fill="FFFBEA"/>
            <w:tcMar>
              <w:top w:w="40" w:type="dxa"/>
              <w:left w:w="80" w:type="dxa"/>
              <w:bottom w:w="40" w:type="dxa"/>
              <w:right w:w="80" w:type="dxa"/>
            </w:tcMar>
            <w:vAlign w:val="center"/>
          </w:tcPr>
          <w:p w14:paraId="7AA3FF0B" w14:textId="77777777" w:rsidR="00E84B84" w:rsidRDefault="008D034A">
            <w:pPr>
              <w:spacing w:after="0" w:line="240" w:lineRule="auto"/>
            </w:pPr>
            <w:r>
              <w:rPr>
                <w:rFonts w:eastAsia="Arial"/>
                <w:color w:val="1F1F1F"/>
                <w:sz w:val="16"/>
              </w:rPr>
              <w:t>REF-06</w:t>
            </w:r>
          </w:p>
        </w:tc>
      </w:tr>
      <w:tr w:rsidR="00E11C75" w14:paraId="3210D018" w14:textId="77777777">
        <w:trPr>
          <w:jc w:val="center"/>
        </w:trPr>
        <w:tc>
          <w:tcPr>
            <w:tcW w:w="3969" w:type="dxa"/>
          </w:tcPr>
          <w:p w14:paraId="3C756B3D" w14:textId="77777777" w:rsidR="00E11C75" w:rsidRDefault="00BA2CF2">
            <w:proofErr w:type="spellStart"/>
            <w:r>
              <w:t>Primäres</w:t>
            </w:r>
            <w:proofErr w:type="spellEnd"/>
            <w:r>
              <w:t xml:space="preserve"> </w:t>
            </w:r>
            <w:proofErr w:type="spellStart"/>
            <w:r>
              <w:t>Leistungsfeld</w:t>
            </w:r>
            <w:proofErr w:type="spellEnd"/>
            <w:r>
              <w:t xml:space="preserve"> (LF1–LF9)</w:t>
            </w:r>
          </w:p>
        </w:tc>
        <w:tc>
          <w:tcPr>
            <w:tcW w:w="11225" w:type="dxa"/>
          </w:tcPr>
          <w:p w14:paraId="7F9FD73A" w14:textId="77777777" w:rsidR="00E11C75" w:rsidRDefault="00BA2CF2">
            <w:r>
              <w:t>[</w:t>
            </w:r>
            <w:proofErr w:type="spellStart"/>
            <w:r>
              <w:t>vom</w:t>
            </w:r>
            <w:proofErr w:type="spellEnd"/>
            <w:r>
              <w:t xml:space="preserve"> </w:t>
            </w:r>
            <w:proofErr w:type="spellStart"/>
            <w:r>
              <w:t>Bewerber</w:t>
            </w:r>
            <w:proofErr w:type="spellEnd"/>
            <w:r>
              <w:t xml:space="preserve"> </w:t>
            </w:r>
            <w:proofErr w:type="spellStart"/>
            <w:r>
              <w:t>auszufüllen</w:t>
            </w:r>
            <w:proofErr w:type="spellEnd"/>
            <w:r>
              <w:t>]</w:t>
            </w:r>
          </w:p>
        </w:tc>
      </w:tr>
      <w:tr w:rsidR="00E84B84" w14:paraId="1A8AB718" w14:textId="77777777">
        <w:trPr>
          <w:cantSplit/>
          <w:jc w:val="center"/>
        </w:trPr>
        <w:tc>
          <w:tcPr>
            <w:tcW w:w="3969" w:type="dxa"/>
            <w:shd w:val="clear" w:color="auto" w:fill="F3F6F8"/>
            <w:tcMar>
              <w:top w:w="40" w:type="dxa"/>
              <w:left w:w="80" w:type="dxa"/>
              <w:bottom w:w="40" w:type="dxa"/>
              <w:right w:w="80" w:type="dxa"/>
            </w:tcMar>
            <w:vAlign w:val="center"/>
          </w:tcPr>
          <w:p w14:paraId="4A0C04A8" w14:textId="77777777" w:rsidR="00E84B84" w:rsidRDefault="008D034A">
            <w:pPr>
              <w:spacing w:after="0" w:line="240" w:lineRule="auto"/>
            </w:pPr>
            <w:proofErr w:type="spellStart"/>
            <w:r>
              <w:rPr>
                <w:rFonts w:eastAsia="Arial"/>
                <w:color w:val="1F1F1F"/>
                <w:sz w:val="16"/>
              </w:rPr>
              <w:t>Abgeschlossenes</w:t>
            </w:r>
            <w:proofErr w:type="spellEnd"/>
            <w:r>
              <w:rPr>
                <w:rFonts w:eastAsia="Arial"/>
                <w:color w:val="1F1F1F"/>
                <w:sz w:val="16"/>
              </w:rPr>
              <w:t xml:space="preserve"> Projekt / </w:t>
            </w:r>
            <w:proofErr w:type="spellStart"/>
            <w:r>
              <w:rPr>
                <w:rFonts w:eastAsia="Arial"/>
                <w:color w:val="1F1F1F"/>
                <w:sz w:val="16"/>
              </w:rPr>
              <w:t>Vorhaben</w:t>
            </w:r>
            <w:proofErr w:type="spellEnd"/>
          </w:p>
        </w:tc>
        <w:tc>
          <w:tcPr>
            <w:tcW w:w="11225" w:type="dxa"/>
            <w:shd w:val="clear" w:color="auto" w:fill="FFFBEA"/>
            <w:tcMar>
              <w:top w:w="40" w:type="dxa"/>
              <w:left w:w="80" w:type="dxa"/>
              <w:bottom w:w="40" w:type="dxa"/>
              <w:right w:w="80" w:type="dxa"/>
            </w:tcMar>
            <w:vAlign w:val="center"/>
          </w:tcPr>
          <w:p w14:paraId="4A1B7600" w14:textId="77777777" w:rsidR="00E84B84" w:rsidRDefault="008D034A">
            <w:pPr>
              <w:spacing w:after="0" w:line="240" w:lineRule="auto"/>
            </w:pPr>
            <w:r>
              <w:rPr>
                <w:rFonts w:eastAsia="Arial"/>
                <w:color w:val="1F1F1F"/>
                <w:sz w:val="16"/>
              </w:rPr>
              <w:t>[</w:t>
            </w:r>
            <w:proofErr w:type="spellStart"/>
            <w:r>
              <w:rPr>
                <w:rFonts w:eastAsia="Arial"/>
                <w:color w:val="1F1F1F"/>
                <w:sz w:val="16"/>
              </w:rPr>
              <w:t>vom</w:t>
            </w:r>
            <w:proofErr w:type="spellEnd"/>
            <w:r>
              <w:rPr>
                <w:rFonts w:eastAsia="Arial"/>
                <w:color w:val="1F1F1F"/>
                <w:sz w:val="16"/>
              </w:rPr>
              <w:t xml:space="preserve"> </w:t>
            </w:r>
            <w:proofErr w:type="spellStart"/>
            <w:r>
              <w:rPr>
                <w:rFonts w:eastAsia="Arial"/>
                <w:color w:val="1F1F1F"/>
                <w:sz w:val="16"/>
              </w:rPr>
              <w:t>Bewerber</w:t>
            </w:r>
            <w:proofErr w:type="spellEnd"/>
            <w:r>
              <w:rPr>
                <w:rFonts w:eastAsia="Arial"/>
                <w:color w:val="1F1F1F"/>
                <w:sz w:val="16"/>
              </w:rPr>
              <w:t xml:space="preserve"> </w:t>
            </w:r>
            <w:proofErr w:type="spellStart"/>
            <w:r>
              <w:rPr>
                <w:rFonts w:eastAsia="Arial"/>
                <w:color w:val="1F1F1F"/>
                <w:sz w:val="16"/>
              </w:rPr>
              <w:t>auszufüllen</w:t>
            </w:r>
            <w:proofErr w:type="spellEnd"/>
            <w:r>
              <w:rPr>
                <w:rFonts w:eastAsia="Arial"/>
                <w:color w:val="1F1F1F"/>
                <w:sz w:val="16"/>
              </w:rPr>
              <w:t>]</w:t>
            </w:r>
          </w:p>
        </w:tc>
      </w:tr>
      <w:tr w:rsidR="00E84B84" w14:paraId="33BCA8C6" w14:textId="77777777">
        <w:trPr>
          <w:cantSplit/>
          <w:jc w:val="center"/>
        </w:trPr>
        <w:tc>
          <w:tcPr>
            <w:tcW w:w="3969" w:type="dxa"/>
            <w:shd w:val="clear" w:color="auto" w:fill="F3F6F8"/>
            <w:tcMar>
              <w:top w:w="40" w:type="dxa"/>
              <w:left w:w="80" w:type="dxa"/>
              <w:bottom w:w="40" w:type="dxa"/>
              <w:right w:w="80" w:type="dxa"/>
            </w:tcMar>
            <w:vAlign w:val="center"/>
          </w:tcPr>
          <w:p w14:paraId="569EC612" w14:textId="77777777" w:rsidR="00E84B84" w:rsidRDefault="008D034A">
            <w:pPr>
              <w:spacing w:after="0" w:line="240" w:lineRule="auto"/>
            </w:pPr>
            <w:proofErr w:type="spellStart"/>
            <w:r>
              <w:rPr>
                <w:rFonts w:eastAsia="Arial"/>
                <w:color w:val="1F1F1F"/>
                <w:sz w:val="16"/>
              </w:rPr>
              <w:t>Auftraggeber</w:t>
            </w:r>
            <w:proofErr w:type="spellEnd"/>
            <w:r>
              <w:rPr>
                <w:rFonts w:eastAsia="Arial"/>
                <w:color w:val="1F1F1F"/>
                <w:sz w:val="16"/>
              </w:rPr>
              <w:t xml:space="preserve"> / </w:t>
            </w:r>
            <w:proofErr w:type="spellStart"/>
            <w:r>
              <w:rPr>
                <w:rFonts w:eastAsia="Arial"/>
                <w:color w:val="1F1F1F"/>
                <w:sz w:val="16"/>
              </w:rPr>
              <w:t>Referenzkunde</w:t>
            </w:r>
            <w:proofErr w:type="spellEnd"/>
          </w:p>
        </w:tc>
        <w:tc>
          <w:tcPr>
            <w:tcW w:w="11225" w:type="dxa"/>
            <w:shd w:val="clear" w:color="auto" w:fill="FFFBEA"/>
            <w:tcMar>
              <w:top w:w="40" w:type="dxa"/>
              <w:left w:w="80" w:type="dxa"/>
              <w:bottom w:w="40" w:type="dxa"/>
              <w:right w:w="80" w:type="dxa"/>
            </w:tcMar>
            <w:vAlign w:val="center"/>
          </w:tcPr>
          <w:p w14:paraId="24217CC7" w14:textId="77777777" w:rsidR="00E84B84" w:rsidRDefault="008D034A">
            <w:pPr>
              <w:spacing w:after="0" w:line="240" w:lineRule="auto"/>
            </w:pPr>
            <w:r>
              <w:rPr>
                <w:rFonts w:eastAsia="Arial"/>
                <w:color w:val="1F1F1F"/>
                <w:sz w:val="16"/>
              </w:rPr>
              <w:t>[</w:t>
            </w:r>
            <w:proofErr w:type="spellStart"/>
            <w:r>
              <w:rPr>
                <w:rFonts w:eastAsia="Arial"/>
                <w:color w:val="1F1F1F"/>
                <w:sz w:val="16"/>
              </w:rPr>
              <w:t>vom</w:t>
            </w:r>
            <w:proofErr w:type="spellEnd"/>
            <w:r>
              <w:rPr>
                <w:rFonts w:eastAsia="Arial"/>
                <w:color w:val="1F1F1F"/>
                <w:sz w:val="16"/>
              </w:rPr>
              <w:t xml:space="preserve"> </w:t>
            </w:r>
            <w:proofErr w:type="spellStart"/>
            <w:r>
              <w:rPr>
                <w:rFonts w:eastAsia="Arial"/>
                <w:color w:val="1F1F1F"/>
                <w:sz w:val="16"/>
              </w:rPr>
              <w:t>Bewerber</w:t>
            </w:r>
            <w:proofErr w:type="spellEnd"/>
            <w:r>
              <w:rPr>
                <w:rFonts w:eastAsia="Arial"/>
                <w:color w:val="1F1F1F"/>
                <w:sz w:val="16"/>
              </w:rPr>
              <w:t xml:space="preserve"> </w:t>
            </w:r>
            <w:proofErr w:type="spellStart"/>
            <w:r>
              <w:rPr>
                <w:rFonts w:eastAsia="Arial"/>
                <w:color w:val="1F1F1F"/>
                <w:sz w:val="16"/>
              </w:rPr>
              <w:t>auszufüllen</w:t>
            </w:r>
            <w:proofErr w:type="spellEnd"/>
            <w:r>
              <w:rPr>
                <w:rFonts w:eastAsia="Arial"/>
                <w:color w:val="1F1F1F"/>
                <w:sz w:val="16"/>
              </w:rPr>
              <w:t>]</w:t>
            </w:r>
          </w:p>
        </w:tc>
      </w:tr>
      <w:tr w:rsidR="00E84B84" w14:paraId="00A12AB4" w14:textId="77777777">
        <w:trPr>
          <w:cantSplit/>
          <w:jc w:val="center"/>
        </w:trPr>
        <w:tc>
          <w:tcPr>
            <w:tcW w:w="3969" w:type="dxa"/>
            <w:shd w:val="clear" w:color="auto" w:fill="F3F6F8"/>
            <w:tcMar>
              <w:top w:w="40" w:type="dxa"/>
              <w:left w:w="80" w:type="dxa"/>
              <w:bottom w:w="40" w:type="dxa"/>
              <w:right w:w="80" w:type="dxa"/>
            </w:tcMar>
            <w:vAlign w:val="center"/>
          </w:tcPr>
          <w:p w14:paraId="67A37C88" w14:textId="77777777" w:rsidR="00E84B84" w:rsidRDefault="008D034A">
            <w:pPr>
              <w:spacing w:after="0" w:line="240" w:lineRule="auto"/>
            </w:pPr>
            <w:r>
              <w:rPr>
                <w:rFonts w:eastAsia="Arial"/>
                <w:color w:val="1F1F1F"/>
                <w:sz w:val="16"/>
              </w:rPr>
              <w:t>Branche</w:t>
            </w:r>
          </w:p>
        </w:tc>
        <w:tc>
          <w:tcPr>
            <w:tcW w:w="11225" w:type="dxa"/>
            <w:shd w:val="clear" w:color="auto" w:fill="FFFBEA"/>
            <w:tcMar>
              <w:top w:w="40" w:type="dxa"/>
              <w:left w:w="80" w:type="dxa"/>
              <w:bottom w:w="40" w:type="dxa"/>
              <w:right w:w="80" w:type="dxa"/>
            </w:tcMar>
            <w:vAlign w:val="center"/>
          </w:tcPr>
          <w:p w14:paraId="05ED6DFD" w14:textId="77777777" w:rsidR="00E84B84" w:rsidRDefault="008D034A">
            <w:pPr>
              <w:spacing w:after="0" w:line="240" w:lineRule="auto"/>
            </w:pPr>
            <w:r>
              <w:rPr>
                <w:rFonts w:eastAsia="Arial"/>
                <w:color w:val="1F1F1F"/>
                <w:sz w:val="16"/>
              </w:rPr>
              <w:t>[</w:t>
            </w:r>
            <w:proofErr w:type="spellStart"/>
            <w:r>
              <w:rPr>
                <w:rFonts w:eastAsia="Arial"/>
                <w:color w:val="1F1F1F"/>
                <w:sz w:val="16"/>
              </w:rPr>
              <w:t>vom</w:t>
            </w:r>
            <w:proofErr w:type="spellEnd"/>
            <w:r>
              <w:rPr>
                <w:rFonts w:eastAsia="Arial"/>
                <w:color w:val="1F1F1F"/>
                <w:sz w:val="16"/>
              </w:rPr>
              <w:t xml:space="preserve"> </w:t>
            </w:r>
            <w:proofErr w:type="spellStart"/>
            <w:r>
              <w:rPr>
                <w:rFonts w:eastAsia="Arial"/>
                <w:color w:val="1F1F1F"/>
                <w:sz w:val="16"/>
              </w:rPr>
              <w:t>Bewerber</w:t>
            </w:r>
            <w:proofErr w:type="spellEnd"/>
            <w:r>
              <w:rPr>
                <w:rFonts w:eastAsia="Arial"/>
                <w:color w:val="1F1F1F"/>
                <w:sz w:val="16"/>
              </w:rPr>
              <w:t xml:space="preserve"> </w:t>
            </w:r>
            <w:proofErr w:type="spellStart"/>
            <w:r>
              <w:rPr>
                <w:rFonts w:eastAsia="Arial"/>
                <w:color w:val="1F1F1F"/>
                <w:sz w:val="16"/>
              </w:rPr>
              <w:t>auszufüllen</w:t>
            </w:r>
            <w:proofErr w:type="spellEnd"/>
            <w:r>
              <w:rPr>
                <w:rFonts w:eastAsia="Arial"/>
                <w:color w:val="1F1F1F"/>
                <w:sz w:val="16"/>
              </w:rPr>
              <w:t>]</w:t>
            </w:r>
          </w:p>
        </w:tc>
      </w:tr>
      <w:tr w:rsidR="00E84B84" w14:paraId="40E8CF5E" w14:textId="77777777">
        <w:trPr>
          <w:cantSplit/>
          <w:jc w:val="center"/>
        </w:trPr>
        <w:tc>
          <w:tcPr>
            <w:tcW w:w="3969" w:type="dxa"/>
            <w:shd w:val="clear" w:color="auto" w:fill="F3F6F8"/>
            <w:tcMar>
              <w:top w:w="40" w:type="dxa"/>
              <w:left w:w="80" w:type="dxa"/>
              <w:bottom w:w="40" w:type="dxa"/>
              <w:right w:w="80" w:type="dxa"/>
            </w:tcMar>
            <w:vAlign w:val="center"/>
          </w:tcPr>
          <w:p w14:paraId="41EFD9D0" w14:textId="77777777" w:rsidR="00E84B84" w:rsidRDefault="008D034A">
            <w:pPr>
              <w:spacing w:after="0" w:line="240" w:lineRule="auto"/>
            </w:pPr>
            <w:proofErr w:type="spellStart"/>
            <w:r>
              <w:rPr>
                <w:rFonts w:eastAsia="Arial"/>
                <w:color w:val="1F1F1F"/>
                <w:sz w:val="16"/>
              </w:rPr>
              <w:t>Projektzeitraum</w:t>
            </w:r>
            <w:proofErr w:type="spellEnd"/>
            <w:r>
              <w:rPr>
                <w:rFonts w:eastAsia="Arial"/>
                <w:color w:val="1F1F1F"/>
                <w:sz w:val="16"/>
              </w:rPr>
              <w:t xml:space="preserve"> (von / bis)</w:t>
            </w:r>
          </w:p>
        </w:tc>
        <w:tc>
          <w:tcPr>
            <w:tcW w:w="11225" w:type="dxa"/>
            <w:shd w:val="clear" w:color="auto" w:fill="FFFBEA"/>
            <w:tcMar>
              <w:top w:w="40" w:type="dxa"/>
              <w:left w:w="80" w:type="dxa"/>
              <w:bottom w:w="40" w:type="dxa"/>
              <w:right w:w="80" w:type="dxa"/>
            </w:tcMar>
            <w:vAlign w:val="center"/>
          </w:tcPr>
          <w:p w14:paraId="2983D0AA" w14:textId="77777777" w:rsidR="00E84B84" w:rsidRDefault="008D034A">
            <w:pPr>
              <w:spacing w:after="0" w:line="240" w:lineRule="auto"/>
            </w:pPr>
            <w:r>
              <w:rPr>
                <w:rFonts w:eastAsia="Arial"/>
                <w:color w:val="1F1F1F"/>
                <w:sz w:val="16"/>
              </w:rPr>
              <w:t>[</w:t>
            </w:r>
            <w:proofErr w:type="spellStart"/>
            <w:r>
              <w:rPr>
                <w:rFonts w:eastAsia="Arial"/>
                <w:color w:val="1F1F1F"/>
                <w:sz w:val="16"/>
              </w:rPr>
              <w:t>vom</w:t>
            </w:r>
            <w:proofErr w:type="spellEnd"/>
            <w:r>
              <w:rPr>
                <w:rFonts w:eastAsia="Arial"/>
                <w:color w:val="1F1F1F"/>
                <w:sz w:val="16"/>
              </w:rPr>
              <w:t xml:space="preserve"> </w:t>
            </w:r>
            <w:proofErr w:type="spellStart"/>
            <w:r>
              <w:rPr>
                <w:rFonts w:eastAsia="Arial"/>
                <w:color w:val="1F1F1F"/>
                <w:sz w:val="16"/>
              </w:rPr>
              <w:t>Bewerber</w:t>
            </w:r>
            <w:proofErr w:type="spellEnd"/>
            <w:r>
              <w:rPr>
                <w:rFonts w:eastAsia="Arial"/>
                <w:color w:val="1F1F1F"/>
                <w:sz w:val="16"/>
              </w:rPr>
              <w:t xml:space="preserve"> </w:t>
            </w:r>
            <w:proofErr w:type="spellStart"/>
            <w:r>
              <w:rPr>
                <w:rFonts w:eastAsia="Arial"/>
                <w:color w:val="1F1F1F"/>
                <w:sz w:val="16"/>
              </w:rPr>
              <w:t>auszufüllen</w:t>
            </w:r>
            <w:proofErr w:type="spellEnd"/>
            <w:r>
              <w:rPr>
                <w:rFonts w:eastAsia="Arial"/>
                <w:color w:val="1F1F1F"/>
                <w:sz w:val="16"/>
              </w:rPr>
              <w:t>]</w:t>
            </w:r>
          </w:p>
        </w:tc>
      </w:tr>
      <w:tr w:rsidR="00E84B84" w14:paraId="55279ED7" w14:textId="77777777">
        <w:trPr>
          <w:cantSplit/>
          <w:jc w:val="center"/>
        </w:trPr>
        <w:tc>
          <w:tcPr>
            <w:tcW w:w="3969" w:type="dxa"/>
            <w:shd w:val="clear" w:color="auto" w:fill="F3F6F8"/>
            <w:tcMar>
              <w:top w:w="40" w:type="dxa"/>
              <w:left w:w="80" w:type="dxa"/>
              <w:bottom w:w="40" w:type="dxa"/>
              <w:right w:w="80" w:type="dxa"/>
            </w:tcMar>
            <w:vAlign w:val="center"/>
          </w:tcPr>
          <w:p w14:paraId="3E68192C" w14:textId="77777777" w:rsidR="00E84B84" w:rsidRDefault="008D034A">
            <w:pPr>
              <w:spacing w:after="0" w:line="240" w:lineRule="auto"/>
            </w:pPr>
            <w:proofErr w:type="spellStart"/>
            <w:r>
              <w:rPr>
                <w:rFonts w:eastAsia="Arial"/>
                <w:color w:val="1F1F1F"/>
                <w:sz w:val="16"/>
              </w:rPr>
              <w:t>Gesamtumfang</w:t>
            </w:r>
            <w:proofErr w:type="spellEnd"/>
            <w:r>
              <w:rPr>
                <w:rFonts w:eastAsia="Arial"/>
                <w:color w:val="1F1F1F"/>
                <w:sz w:val="16"/>
              </w:rPr>
              <w:t xml:space="preserve"> des </w:t>
            </w:r>
            <w:proofErr w:type="spellStart"/>
            <w:r>
              <w:rPr>
                <w:rFonts w:eastAsia="Arial"/>
                <w:color w:val="1F1F1F"/>
                <w:sz w:val="16"/>
              </w:rPr>
              <w:t>Referenzprojekts</w:t>
            </w:r>
            <w:proofErr w:type="spellEnd"/>
          </w:p>
        </w:tc>
        <w:tc>
          <w:tcPr>
            <w:tcW w:w="11225" w:type="dxa"/>
            <w:shd w:val="clear" w:color="auto" w:fill="FFFBEA"/>
            <w:tcMar>
              <w:top w:w="40" w:type="dxa"/>
              <w:left w:w="80" w:type="dxa"/>
              <w:bottom w:w="40" w:type="dxa"/>
              <w:right w:w="80" w:type="dxa"/>
            </w:tcMar>
            <w:vAlign w:val="center"/>
          </w:tcPr>
          <w:p w14:paraId="3A9A8686" w14:textId="77777777" w:rsidR="00E84B84" w:rsidRDefault="008D034A">
            <w:pPr>
              <w:spacing w:after="0" w:line="240" w:lineRule="auto"/>
            </w:pPr>
            <w:r>
              <w:rPr>
                <w:rFonts w:eastAsia="Arial"/>
                <w:color w:val="1F1F1F"/>
                <w:sz w:val="16"/>
              </w:rPr>
              <w:t>[</w:t>
            </w:r>
            <w:proofErr w:type="spellStart"/>
            <w:r>
              <w:rPr>
                <w:rFonts w:eastAsia="Arial"/>
                <w:color w:val="1F1F1F"/>
                <w:sz w:val="16"/>
              </w:rPr>
              <w:t>vom</w:t>
            </w:r>
            <w:proofErr w:type="spellEnd"/>
            <w:r>
              <w:rPr>
                <w:rFonts w:eastAsia="Arial"/>
                <w:color w:val="1F1F1F"/>
                <w:sz w:val="16"/>
              </w:rPr>
              <w:t xml:space="preserve"> </w:t>
            </w:r>
            <w:proofErr w:type="spellStart"/>
            <w:r>
              <w:rPr>
                <w:rFonts w:eastAsia="Arial"/>
                <w:color w:val="1F1F1F"/>
                <w:sz w:val="16"/>
              </w:rPr>
              <w:t>Bewerber</w:t>
            </w:r>
            <w:proofErr w:type="spellEnd"/>
            <w:r>
              <w:rPr>
                <w:rFonts w:eastAsia="Arial"/>
                <w:color w:val="1F1F1F"/>
                <w:sz w:val="16"/>
              </w:rPr>
              <w:t xml:space="preserve"> </w:t>
            </w:r>
            <w:proofErr w:type="spellStart"/>
            <w:r>
              <w:rPr>
                <w:rFonts w:eastAsia="Arial"/>
                <w:color w:val="1F1F1F"/>
                <w:sz w:val="16"/>
              </w:rPr>
              <w:t>auszufüllen</w:t>
            </w:r>
            <w:proofErr w:type="spellEnd"/>
            <w:r>
              <w:rPr>
                <w:rFonts w:eastAsia="Arial"/>
                <w:color w:val="1F1F1F"/>
                <w:sz w:val="16"/>
              </w:rPr>
              <w:t>]</w:t>
            </w:r>
          </w:p>
        </w:tc>
      </w:tr>
      <w:tr w:rsidR="00E84B84" w14:paraId="1617E87D" w14:textId="77777777">
        <w:trPr>
          <w:cantSplit/>
          <w:jc w:val="center"/>
        </w:trPr>
        <w:tc>
          <w:tcPr>
            <w:tcW w:w="3969" w:type="dxa"/>
            <w:shd w:val="clear" w:color="auto" w:fill="F3F6F8"/>
            <w:tcMar>
              <w:top w:w="40" w:type="dxa"/>
              <w:left w:w="80" w:type="dxa"/>
              <w:bottom w:w="40" w:type="dxa"/>
              <w:right w:w="80" w:type="dxa"/>
            </w:tcMar>
            <w:vAlign w:val="center"/>
          </w:tcPr>
          <w:p w14:paraId="6C0587FA" w14:textId="77777777" w:rsidR="00E84B84" w:rsidRDefault="008D034A">
            <w:pPr>
              <w:spacing w:after="0" w:line="240" w:lineRule="auto"/>
            </w:pPr>
            <w:proofErr w:type="spellStart"/>
            <w:r>
              <w:rPr>
                <w:rFonts w:eastAsia="Arial"/>
                <w:color w:val="1F1F1F"/>
                <w:sz w:val="16"/>
              </w:rPr>
              <w:t>Leistungsanteil</w:t>
            </w:r>
            <w:proofErr w:type="spellEnd"/>
            <w:r>
              <w:rPr>
                <w:rFonts w:eastAsia="Arial"/>
                <w:color w:val="1F1F1F"/>
                <w:sz w:val="16"/>
              </w:rPr>
              <w:t xml:space="preserve"> des </w:t>
            </w:r>
            <w:proofErr w:type="spellStart"/>
            <w:r>
              <w:rPr>
                <w:rFonts w:eastAsia="Arial"/>
                <w:color w:val="1F1F1F"/>
                <w:sz w:val="16"/>
              </w:rPr>
              <w:t>Bewerbers</w:t>
            </w:r>
            <w:proofErr w:type="spellEnd"/>
          </w:p>
        </w:tc>
        <w:tc>
          <w:tcPr>
            <w:tcW w:w="11225" w:type="dxa"/>
            <w:shd w:val="clear" w:color="auto" w:fill="FFFBEA"/>
            <w:tcMar>
              <w:top w:w="40" w:type="dxa"/>
              <w:left w:w="80" w:type="dxa"/>
              <w:bottom w:w="40" w:type="dxa"/>
              <w:right w:w="80" w:type="dxa"/>
            </w:tcMar>
            <w:vAlign w:val="center"/>
          </w:tcPr>
          <w:p w14:paraId="2B3E74E9" w14:textId="77777777" w:rsidR="00E84B84" w:rsidRDefault="008D034A">
            <w:pPr>
              <w:spacing w:after="0" w:line="240" w:lineRule="auto"/>
            </w:pPr>
            <w:r>
              <w:rPr>
                <w:rFonts w:eastAsia="Arial"/>
                <w:color w:val="1F1F1F"/>
                <w:sz w:val="16"/>
              </w:rPr>
              <w:t>[</w:t>
            </w:r>
            <w:proofErr w:type="spellStart"/>
            <w:r>
              <w:rPr>
                <w:rFonts w:eastAsia="Arial"/>
                <w:color w:val="1F1F1F"/>
                <w:sz w:val="16"/>
              </w:rPr>
              <w:t>vom</w:t>
            </w:r>
            <w:proofErr w:type="spellEnd"/>
            <w:r>
              <w:rPr>
                <w:rFonts w:eastAsia="Arial"/>
                <w:color w:val="1F1F1F"/>
                <w:sz w:val="16"/>
              </w:rPr>
              <w:t xml:space="preserve"> </w:t>
            </w:r>
            <w:proofErr w:type="spellStart"/>
            <w:r>
              <w:rPr>
                <w:rFonts w:eastAsia="Arial"/>
                <w:color w:val="1F1F1F"/>
                <w:sz w:val="16"/>
              </w:rPr>
              <w:t>Bewerber</w:t>
            </w:r>
            <w:proofErr w:type="spellEnd"/>
            <w:r>
              <w:rPr>
                <w:rFonts w:eastAsia="Arial"/>
                <w:color w:val="1F1F1F"/>
                <w:sz w:val="16"/>
              </w:rPr>
              <w:t xml:space="preserve"> </w:t>
            </w:r>
            <w:proofErr w:type="spellStart"/>
            <w:r>
              <w:rPr>
                <w:rFonts w:eastAsia="Arial"/>
                <w:color w:val="1F1F1F"/>
                <w:sz w:val="16"/>
              </w:rPr>
              <w:t>auszufüllen</w:t>
            </w:r>
            <w:proofErr w:type="spellEnd"/>
            <w:r>
              <w:rPr>
                <w:rFonts w:eastAsia="Arial"/>
                <w:color w:val="1F1F1F"/>
                <w:sz w:val="16"/>
              </w:rPr>
              <w:t>]</w:t>
            </w:r>
          </w:p>
        </w:tc>
      </w:tr>
    </w:tbl>
    <w:p w14:paraId="2E3EAEB8" w14:textId="77777777" w:rsidR="00E84B84" w:rsidRDefault="008D034A">
      <w:pPr>
        <w:spacing w:before="100" w:after="40" w:line="240" w:lineRule="auto"/>
      </w:pPr>
      <w:r>
        <w:rPr>
          <w:rFonts w:eastAsia="Arial"/>
          <w:b/>
          <w:color w:val="0B4F7A"/>
          <w:sz w:val="22"/>
        </w:rPr>
        <w:t xml:space="preserve">2. </w:t>
      </w:r>
      <w:proofErr w:type="spellStart"/>
      <w:r>
        <w:rPr>
          <w:rFonts w:eastAsia="Arial"/>
          <w:b/>
          <w:color w:val="0B4F7A"/>
          <w:sz w:val="22"/>
        </w:rPr>
        <w:t>Ausgangslage</w:t>
      </w:r>
      <w:proofErr w:type="spellEnd"/>
      <w:r>
        <w:rPr>
          <w:rFonts w:eastAsia="Arial"/>
          <w:b/>
          <w:color w:val="0B4F7A"/>
          <w:sz w:val="22"/>
        </w:rPr>
        <w:t xml:space="preserve">, </w:t>
      </w:r>
      <w:proofErr w:type="spellStart"/>
      <w:r>
        <w:rPr>
          <w:rFonts w:eastAsia="Arial"/>
          <w:b/>
          <w:color w:val="0B4F7A"/>
          <w:sz w:val="22"/>
        </w:rPr>
        <w:t>Auftrag</w:t>
      </w:r>
      <w:proofErr w:type="spellEnd"/>
      <w:r>
        <w:rPr>
          <w:rFonts w:eastAsia="Arial"/>
          <w:b/>
          <w:color w:val="0B4F7A"/>
          <w:sz w:val="22"/>
        </w:rPr>
        <w:t xml:space="preserve"> und </w:t>
      </w:r>
      <w:proofErr w:type="spellStart"/>
      <w:r>
        <w:rPr>
          <w:rFonts w:eastAsia="Arial"/>
          <w:b/>
          <w:color w:val="0B4F7A"/>
          <w:sz w:val="22"/>
        </w:rPr>
        <w:t>Ergebnisse</w:t>
      </w:r>
      <w:proofErr w:type="spellEnd"/>
    </w:p>
    <w:tbl>
      <w:tblPr>
        <w:tblW w:w="0" w:type="auto"/>
        <w:jc w:val="center"/>
        <w:tblLayout w:type="fixed"/>
        <w:tblLook w:val="04A0" w:firstRow="1" w:lastRow="0" w:firstColumn="1" w:lastColumn="0" w:noHBand="0" w:noVBand="1"/>
      </w:tblPr>
      <w:tblGrid>
        <w:gridCol w:w="3969"/>
        <w:gridCol w:w="11225"/>
      </w:tblGrid>
      <w:tr w:rsidR="00E84B84" w14:paraId="35E2FFEF" w14:textId="77777777">
        <w:trPr>
          <w:cantSplit/>
          <w:jc w:val="center"/>
        </w:trPr>
        <w:tc>
          <w:tcPr>
            <w:tcW w:w="3969" w:type="dxa"/>
            <w:shd w:val="clear" w:color="auto" w:fill="F3F6F8"/>
            <w:tcMar>
              <w:top w:w="40" w:type="dxa"/>
              <w:left w:w="80" w:type="dxa"/>
              <w:bottom w:w="40" w:type="dxa"/>
              <w:right w:w="80" w:type="dxa"/>
            </w:tcMar>
            <w:vAlign w:val="center"/>
          </w:tcPr>
          <w:p w14:paraId="35C1A23C" w14:textId="77777777" w:rsidR="00E84B84" w:rsidRDefault="008D034A">
            <w:pPr>
              <w:spacing w:after="0" w:line="240" w:lineRule="auto"/>
            </w:pPr>
            <w:proofErr w:type="spellStart"/>
            <w:r>
              <w:rPr>
                <w:rFonts w:eastAsia="Arial"/>
                <w:color w:val="1F1F1F"/>
                <w:sz w:val="16"/>
              </w:rPr>
              <w:t>Ausgangslage</w:t>
            </w:r>
            <w:proofErr w:type="spellEnd"/>
            <w:r>
              <w:rPr>
                <w:rFonts w:eastAsia="Arial"/>
                <w:color w:val="1F1F1F"/>
                <w:sz w:val="16"/>
              </w:rPr>
              <w:t xml:space="preserve"> / </w:t>
            </w:r>
            <w:proofErr w:type="spellStart"/>
            <w:r>
              <w:rPr>
                <w:rFonts w:eastAsia="Arial"/>
                <w:color w:val="1F1F1F"/>
                <w:sz w:val="16"/>
              </w:rPr>
              <w:t>Problemstellung</w:t>
            </w:r>
            <w:proofErr w:type="spellEnd"/>
          </w:p>
        </w:tc>
        <w:tc>
          <w:tcPr>
            <w:tcW w:w="11225" w:type="dxa"/>
            <w:shd w:val="clear" w:color="auto" w:fill="FFFBEA"/>
            <w:tcMar>
              <w:top w:w="40" w:type="dxa"/>
              <w:left w:w="80" w:type="dxa"/>
              <w:bottom w:w="40" w:type="dxa"/>
              <w:right w:w="80" w:type="dxa"/>
            </w:tcMar>
            <w:vAlign w:val="center"/>
          </w:tcPr>
          <w:p w14:paraId="6079A605" w14:textId="77777777" w:rsidR="00E84B84" w:rsidRDefault="008D034A">
            <w:pPr>
              <w:spacing w:after="0" w:line="240" w:lineRule="auto"/>
            </w:pPr>
            <w:r w:rsidRPr="00191757">
              <w:rPr>
                <w:rFonts w:eastAsia="Arial"/>
                <w:color w:val="1F1F1F"/>
                <w:sz w:val="16"/>
                <w:lang w:val="de-DE"/>
              </w:rPr>
              <w:t>Ausgangslage und Anlass des Vorhabens konkret beschreiben.</w:t>
            </w:r>
            <w:r w:rsidRPr="00191757">
              <w:rPr>
                <w:rFonts w:eastAsia="Arial"/>
                <w:color w:val="1F1F1F"/>
                <w:sz w:val="16"/>
                <w:lang w:val="de-DE"/>
              </w:rPr>
              <w:br/>
            </w:r>
            <w:r w:rsidRPr="00191757">
              <w:rPr>
                <w:rFonts w:eastAsia="Arial"/>
                <w:color w:val="1F1F1F"/>
                <w:sz w:val="16"/>
                <w:lang w:val="de-DE"/>
              </w:rPr>
              <w:br/>
            </w:r>
            <w:r>
              <w:rPr>
                <w:rFonts w:eastAsia="Arial"/>
                <w:color w:val="1F1F1F"/>
                <w:sz w:val="16"/>
              </w:rPr>
              <w:t>[</w:t>
            </w:r>
            <w:proofErr w:type="spellStart"/>
            <w:r>
              <w:rPr>
                <w:rFonts w:eastAsia="Arial"/>
                <w:color w:val="1F1F1F"/>
                <w:sz w:val="16"/>
              </w:rPr>
              <w:t>vom</w:t>
            </w:r>
            <w:proofErr w:type="spellEnd"/>
            <w:r>
              <w:rPr>
                <w:rFonts w:eastAsia="Arial"/>
                <w:color w:val="1F1F1F"/>
                <w:sz w:val="16"/>
              </w:rPr>
              <w:t xml:space="preserve"> </w:t>
            </w:r>
            <w:proofErr w:type="spellStart"/>
            <w:r>
              <w:rPr>
                <w:rFonts w:eastAsia="Arial"/>
                <w:color w:val="1F1F1F"/>
                <w:sz w:val="16"/>
              </w:rPr>
              <w:t>Bewerber</w:t>
            </w:r>
            <w:proofErr w:type="spellEnd"/>
            <w:r>
              <w:rPr>
                <w:rFonts w:eastAsia="Arial"/>
                <w:color w:val="1F1F1F"/>
                <w:sz w:val="16"/>
              </w:rPr>
              <w:t xml:space="preserve"> </w:t>
            </w:r>
            <w:proofErr w:type="spellStart"/>
            <w:r>
              <w:rPr>
                <w:rFonts w:eastAsia="Arial"/>
                <w:color w:val="1F1F1F"/>
                <w:sz w:val="16"/>
              </w:rPr>
              <w:t>auszufüllen</w:t>
            </w:r>
            <w:proofErr w:type="spellEnd"/>
            <w:r>
              <w:rPr>
                <w:rFonts w:eastAsia="Arial"/>
                <w:color w:val="1F1F1F"/>
                <w:sz w:val="16"/>
              </w:rPr>
              <w:t>]</w:t>
            </w:r>
          </w:p>
        </w:tc>
      </w:tr>
      <w:tr w:rsidR="00E84B84" w14:paraId="24A48394" w14:textId="77777777">
        <w:trPr>
          <w:cantSplit/>
          <w:jc w:val="center"/>
        </w:trPr>
        <w:tc>
          <w:tcPr>
            <w:tcW w:w="3969" w:type="dxa"/>
            <w:shd w:val="clear" w:color="auto" w:fill="F3F6F8"/>
            <w:tcMar>
              <w:top w:w="40" w:type="dxa"/>
              <w:left w:w="80" w:type="dxa"/>
              <w:bottom w:w="40" w:type="dxa"/>
              <w:right w:w="80" w:type="dxa"/>
            </w:tcMar>
            <w:vAlign w:val="center"/>
          </w:tcPr>
          <w:p w14:paraId="60813FCD" w14:textId="77777777" w:rsidR="00E84B84" w:rsidRDefault="008D034A">
            <w:pPr>
              <w:spacing w:after="0" w:line="240" w:lineRule="auto"/>
            </w:pPr>
            <w:proofErr w:type="spellStart"/>
            <w:r>
              <w:rPr>
                <w:rFonts w:eastAsia="Arial"/>
                <w:color w:val="1F1F1F"/>
                <w:sz w:val="16"/>
              </w:rPr>
              <w:t>Auftrag</w:t>
            </w:r>
            <w:proofErr w:type="spellEnd"/>
            <w:r>
              <w:rPr>
                <w:rFonts w:eastAsia="Arial"/>
                <w:color w:val="1F1F1F"/>
                <w:sz w:val="16"/>
              </w:rPr>
              <w:t xml:space="preserve"> / </w:t>
            </w:r>
            <w:proofErr w:type="spellStart"/>
            <w:r>
              <w:rPr>
                <w:rFonts w:eastAsia="Arial"/>
                <w:color w:val="1F1F1F"/>
                <w:sz w:val="16"/>
              </w:rPr>
              <w:t>Zielsetzung</w:t>
            </w:r>
            <w:proofErr w:type="spellEnd"/>
          </w:p>
        </w:tc>
        <w:tc>
          <w:tcPr>
            <w:tcW w:w="11225" w:type="dxa"/>
            <w:shd w:val="clear" w:color="auto" w:fill="FFFBEA"/>
            <w:tcMar>
              <w:top w:w="40" w:type="dxa"/>
              <w:left w:w="80" w:type="dxa"/>
              <w:bottom w:w="40" w:type="dxa"/>
              <w:right w:w="80" w:type="dxa"/>
            </w:tcMar>
            <w:vAlign w:val="center"/>
          </w:tcPr>
          <w:p w14:paraId="59797C5B" w14:textId="77777777" w:rsidR="00E84B84" w:rsidRDefault="008D034A">
            <w:pPr>
              <w:spacing w:after="0" w:line="240" w:lineRule="auto"/>
            </w:pPr>
            <w:r w:rsidRPr="00191757">
              <w:rPr>
                <w:rFonts w:eastAsia="Arial"/>
                <w:color w:val="1F1F1F"/>
                <w:sz w:val="16"/>
                <w:lang w:val="de-DE"/>
              </w:rPr>
              <w:t>Ziel und Umfang der durch den Bewerber übernommenen Beratungsleistung beschreiben.</w:t>
            </w:r>
            <w:r w:rsidRPr="00191757">
              <w:rPr>
                <w:rFonts w:eastAsia="Arial"/>
                <w:color w:val="1F1F1F"/>
                <w:sz w:val="16"/>
                <w:lang w:val="de-DE"/>
              </w:rPr>
              <w:br/>
            </w:r>
            <w:r w:rsidRPr="00191757">
              <w:rPr>
                <w:rFonts w:eastAsia="Arial"/>
                <w:color w:val="1F1F1F"/>
                <w:sz w:val="16"/>
                <w:lang w:val="de-DE"/>
              </w:rPr>
              <w:br/>
            </w:r>
            <w:r>
              <w:rPr>
                <w:rFonts w:eastAsia="Arial"/>
                <w:color w:val="1F1F1F"/>
                <w:sz w:val="16"/>
              </w:rPr>
              <w:t>[</w:t>
            </w:r>
            <w:proofErr w:type="spellStart"/>
            <w:r>
              <w:rPr>
                <w:rFonts w:eastAsia="Arial"/>
                <w:color w:val="1F1F1F"/>
                <w:sz w:val="16"/>
              </w:rPr>
              <w:t>vom</w:t>
            </w:r>
            <w:proofErr w:type="spellEnd"/>
            <w:r>
              <w:rPr>
                <w:rFonts w:eastAsia="Arial"/>
                <w:color w:val="1F1F1F"/>
                <w:sz w:val="16"/>
              </w:rPr>
              <w:t xml:space="preserve"> </w:t>
            </w:r>
            <w:proofErr w:type="spellStart"/>
            <w:r>
              <w:rPr>
                <w:rFonts w:eastAsia="Arial"/>
                <w:color w:val="1F1F1F"/>
                <w:sz w:val="16"/>
              </w:rPr>
              <w:t>Bewerber</w:t>
            </w:r>
            <w:proofErr w:type="spellEnd"/>
            <w:r>
              <w:rPr>
                <w:rFonts w:eastAsia="Arial"/>
                <w:color w:val="1F1F1F"/>
                <w:sz w:val="16"/>
              </w:rPr>
              <w:t xml:space="preserve"> </w:t>
            </w:r>
            <w:proofErr w:type="spellStart"/>
            <w:r>
              <w:rPr>
                <w:rFonts w:eastAsia="Arial"/>
                <w:color w:val="1F1F1F"/>
                <w:sz w:val="16"/>
              </w:rPr>
              <w:t>auszufüllen</w:t>
            </w:r>
            <w:proofErr w:type="spellEnd"/>
            <w:r>
              <w:rPr>
                <w:rFonts w:eastAsia="Arial"/>
                <w:color w:val="1F1F1F"/>
                <w:sz w:val="16"/>
              </w:rPr>
              <w:t>]</w:t>
            </w:r>
          </w:p>
        </w:tc>
      </w:tr>
      <w:tr w:rsidR="00E84B84" w14:paraId="4BBF59B2" w14:textId="77777777">
        <w:trPr>
          <w:cantSplit/>
          <w:jc w:val="center"/>
        </w:trPr>
        <w:tc>
          <w:tcPr>
            <w:tcW w:w="3969" w:type="dxa"/>
            <w:shd w:val="clear" w:color="auto" w:fill="F3F6F8"/>
            <w:tcMar>
              <w:top w:w="40" w:type="dxa"/>
              <w:left w:w="80" w:type="dxa"/>
              <w:bottom w:w="40" w:type="dxa"/>
              <w:right w:w="80" w:type="dxa"/>
            </w:tcMar>
            <w:vAlign w:val="center"/>
          </w:tcPr>
          <w:p w14:paraId="56589A68" w14:textId="77777777" w:rsidR="00E84B84" w:rsidRDefault="008D034A">
            <w:pPr>
              <w:spacing w:after="0" w:line="240" w:lineRule="auto"/>
            </w:pPr>
            <w:proofErr w:type="spellStart"/>
            <w:r>
              <w:rPr>
                <w:rFonts w:eastAsia="Arial"/>
                <w:color w:val="1F1F1F"/>
                <w:sz w:val="16"/>
              </w:rPr>
              <w:t>Erbrachte</w:t>
            </w:r>
            <w:proofErr w:type="spellEnd"/>
            <w:r>
              <w:rPr>
                <w:rFonts w:eastAsia="Arial"/>
                <w:color w:val="1F1F1F"/>
                <w:sz w:val="16"/>
              </w:rPr>
              <w:t xml:space="preserve"> </w:t>
            </w:r>
            <w:proofErr w:type="spellStart"/>
            <w:r>
              <w:rPr>
                <w:rFonts w:eastAsia="Arial"/>
                <w:color w:val="1F1F1F"/>
                <w:sz w:val="16"/>
              </w:rPr>
              <w:t>Ergebnisse</w:t>
            </w:r>
            <w:proofErr w:type="spellEnd"/>
          </w:p>
        </w:tc>
        <w:tc>
          <w:tcPr>
            <w:tcW w:w="11225" w:type="dxa"/>
            <w:shd w:val="clear" w:color="auto" w:fill="FFFBEA"/>
            <w:tcMar>
              <w:top w:w="40" w:type="dxa"/>
              <w:left w:w="80" w:type="dxa"/>
              <w:bottom w:w="40" w:type="dxa"/>
              <w:right w:w="80" w:type="dxa"/>
            </w:tcMar>
            <w:vAlign w:val="center"/>
          </w:tcPr>
          <w:p w14:paraId="2028793A" w14:textId="77777777" w:rsidR="00E84B84" w:rsidRDefault="008D034A">
            <w:pPr>
              <w:spacing w:after="0" w:line="240" w:lineRule="auto"/>
            </w:pPr>
            <w:r w:rsidRPr="00191757">
              <w:rPr>
                <w:rFonts w:eastAsia="Arial"/>
                <w:color w:val="1F1F1F"/>
                <w:sz w:val="16"/>
                <w:lang w:val="de-DE"/>
              </w:rPr>
              <w:t>Wesentliche Ergebnisobjekte und erzielte Ergebnisse benennen.</w:t>
            </w:r>
            <w:r w:rsidRPr="00191757">
              <w:rPr>
                <w:rFonts w:eastAsia="Arial"/>
                <w:color w:val="1F1F1F"/>
                <w:sz w:val="16"/>
                <w:lang w:val="de-DE"/>
              </w:rPr>
              <w:br/>
            </w:r>
            <w:r w:rsidRPr="00191757">
              <w:rPr>
                <w:rFonts w:eastAsia="Arial"/>
                <w:color w:val="1F1F1F"/>
                <w:sz w:val="16"/>
                <w:lang w:val="de-DE"/>
              </w:rPr>
              <w:br/>
            </w:r>
            <w:r>
              <w:rPr>
                <w:rFonts w:eastAsia="Arial"/>
                <w:color w:val="1F1F1F"/>
                <w:sz w:val="16"/>
              </w:rPr>
              <w:t>[</w:t>
            </w:r>
            <w:proofErr w:type="spellStart"/>
            <w:r>
              <w:rPr>
                <w:rFonts w:eastAsia="Arial"/>
                <w:color w:val="1F1F1F"/>
                <w:sz w:val="16"/>
              </w:rPr>
              <w:t>vom</w:t>
            </w:r>
            <w:proofErr w:type="spellEnd"/>
            <w:r>
              <w:rPr>
                <w:rFonts w:eastAsia="Arial"/>
                <w:color w:val="1F1F1F"/>
                <w:sz w:val="16"/>
              </w:rPr>
              <w:t xml:space="preserve"> </w:t>
            </w:r>
            <w:proofErr w:type="spellStart"/>
            <w:r>
              <w:rPr>
                <w:rFonts w:eastAsia="Arial"/>
                <w:color w:val="1F1F1F"/>
                <w:sz w:val="16"/>
              </w:rPr>
              <w:t>Bewerber</w:t>
            </w:r>
            <w:proofErr w:type="spellEnd"/>
            <w:r>
              <w:rPr>
                <w:rFonts w:eastAsia="Arial"/>
                <w:color w:val="1F1F1F"/>
                <w:sz w:val="16"/>
              </w:rPr>
              <w:t xml:space="preserve"> </w:t>
            </w:r>
            <w:proofErr w:type="spellStart"/>
            <w:r>
              <w:rPr>
                <w:rFonts w:eastAsia="Arial"/>
                <w:color w:val="1F1F1F"/>
                <w:sz w:val="16"/>
              </w:rPr>
              <w:t>auszufüllen</w:t>
            </w:r>
            <w:proofErr w:type="spellEnd"/>
            <w:r>
              <w:rPr>
                <w:rFonts w:eastAsia="Arial"/>
                <w:color w:val="1F1F1F"/>
                <w:sz w:val="16"/>
              </w:rPr>
              <w:t>]</w:t>
            </w:r>
          </w:p>
        </w:tc>
      </w:tr>
    </w:tbl>
    <w:p w14:paraId="06E0E147" w14:textId="77777777" w:rsidR="00E84B84" w:rsidRDefault="008D034A">
      <w:r>
        <w:br w:type="page"/>
      </w:r>
    </w:p>
    <w:p w14:paraId="7C2F0B93" w14:textId="77777777" w:rsidR="00E84B84" w:rsidRPr="00E05BED" w:rsidRDefault="008D034A">
      <w:pPr>
        <w:spacing w:before="40" w:after="40" w:line="240" w:lineRule="auto"/>
        <w:rPr>
          <w:lang w:val="de-DE"/>
        </w:rPr>
      </w:pPr>
      <w:r w:rsidRPr="00E05BED">
        <w:rPr>
          <w:rFonts w:eastAsia="Arial"/>
          <w:b/>
          <w:color w:val="0B4F7A"/>
          <w:sz w:val="22"/>
          <w:lang w:val="de-DE"/>
        </w:rPr>
        <w:lastRenderedPageBreak/>
        <w:t>3. Zuordnung zu den Leistungsfeldern</w:t>
      </w:r>
    </w:p>
    <w:p w14:paraId="33DBFBBE" w14:textId="77777777" w:rsidR="00E84B84" w:rsidRPr="00191757" w:rsidRDefault="008D034A">
      <w:pPr>
        <w:spacing w:after="0" w:line="240" w:lineRule="auto"/>
        <w:rPr>
          <w:lang w:val="de-DE"/>
        </w:rPr>
      </w:pPr>
      <w:r w:rsidRPr="00E05BED">
        <w:rPr>
          <w:lang w:val="de-DE"/>
        </w:rPr>
        <w:t>Das unter 1 benannte primäre Leistungsfeld ist auszuwählen. Weitere Leistungsfelder dürfen ergänzend ausgewählt werden, wenn ein konkreter Leistungsbeitrag nachgewiesen wird. Für jedes ausgewählte Leistungsfeld ist in der rechten Spalte der konkrete Leistungsanteil dieses Referenzprojekts zu beschreiben.</w:t>
      </w:r>
    </w:p>
    <w:tbl>
      <w:tblPr>
        <w:tblW w:w="0" w:type="auto"/>
        <w:jc w:val="center"/>
        <w:tblLayout w:type="fixed"/>
        <w:tblLook w:val="04A0" w:firstRow="1" w:lastRow="0" w:firstColumn="1" w:lastColumn="0" w:noHBand="0" w:noVBand="1"/>
      </w:tblPr>
      <w:tblGrid>
        <w:gridCol w:w="1247"/>
        <w:gridCol w:w="5102"/>
        <w:gridCol w:w="8844"/>
      </w:tblGrid>
      <w:tr w:rsidR="00E84B84" w:rsidRPr="00CD663C" w14:paraId="6BFCB437" w14:textId="77777777">
        <w:trPr>
          <w:cantSplit/>
          <w:tblHeader/>
          <w:jc w:val="center"/>
        </w:trPr>
        <w:tc>
          <w:tcPr>
            <w:tcW w:w="1247" w:type="dxa"/>
            <w:shd w:val="clear" w:color="auto" w:fill="0B4F7A"/>
            <w:tcMar>
              <w:top w:w="40" w:type="dxa"/>
              <w:left w:w="80" w:type="dxa"/>
              <w:bottom w:w="40" w:type="dxa"/>
              <w:right w:w="80" w:type="dxa"/>
            </w:tcMar>
            <w:vAlign w:val="center"/>
          </w:tcPr>
          <w:p w14:paraId="19556CE3" w14:textId="77777777" w:rsidR="00E84B84" w:rsidRDefault="008D034A">
            <w:pPr>
              <w:spacing w:after="0" w:line="240" w:lineRule="auto"/>
              <w:jc w:val="center"/>
            </w:pPr>
            <w:proofErr w:type="spellStart"/>
            <w:r>
              <w:rPr>
                <w:rFonts w:eastAsia="Arial"/>
                <w:b/>
                <w:color w:val="FFFFFF"/>
                <w:sz w:val="16"/>
              </w:rPr>
              <w:t>Auswahl</w:t>
            </w:r>
            <w:proofErr w:type="spellEnd"/>
          </w:p>
        </w:tc>
        <w:tc>
          <w:tcPr>
            <w:tcW w:w="5102" w:type="dxa"/>
            <w:shd w:val="clear" w:color="auto" w:fill="0B4F7A"/>
            <w:tcMar>
              <w:top w:w="40" w:type="dxa"/>
              <w:left w:w="80" w:type="dxa"/>
              <w:bottom w:w="40" w:type="dxa"/>
              <w:right w:w="80" w:type="dxa"/>
            </w:tcMar>
            <w:vAlign w:val="center"/>
          </w:tcPr>
          <w:p w14:paraId="7D3EF12A" w14:textId="77777777" w:rsidR="00E84B84" w:rsidRDefault="008D034A">
            <w:pPr>
              <w:spacing w:after="0" w:line="240" w:lineRule="auto"/>
              <w:jc w:val="center"/>
            </w:pPr>
            <w:proofErr w:type="spellStart"/>
            <w:r>
              <w:rPr>
                <w:rFonts w:eastAsia="Arial"/>
                <w:b/>
                <w:color w:val="FFFFFF"/>
                <w:sz w:val="16"/>
              </w:rPr>
              <w:t>Leistungsfeld</w:t>
            </w:r>
            <w:proofErr w:type="spellEnd"/>
          </w:p>
        </w:tc>
        <w:tc>
          <w:tcPr>
            <w:tcW w:w="8844" w:type="dxa"/>
            <w:shd w:val="clear" w:color="auto" w:fill="0B4F7A"/>
            <w:tcMar>
              <w:top w:w="40" w:type="dxa"/>
              <w:left w:w="80" w:type="dxa"/>
              <w:bottom w:w="40" w:type="dxa"/>
              <w:right w:w="80" w:type="dxa"/>
            </w:tcMar>
            <w:vAlign w:val="center"/>
          </w:tcPr>
          <w:p w14:paraId="72B6DB01" w14:textId="77777777" w:rsidR="00E84B84" w:rsidRPr="00191757" w:rsidRDefault="008D034A">
            <w:pPr>
              <w:spacing w:after="0" w:line="240" w:lineRule="auto"/>
              <w:jc w:val="center"/>
              <w:rPr>
                <w:lang w:val="de-DE"/>
              </w:rPr>
            </w:pPr>
            <w:r w:rsidRPr="00191757">
              <w:rPr>
                <w:rFonts w:eastAsia="Arial"/>
                <w:b/>
                <w:color w:val="FFFFFF"/>
                <w:sz w:val="16"/>
                <w:lang w:val="de-DE"/>
              </w:rPr>
              <w:t>Konkreter Nachweis aus diesem Referenzprojekt</w:t>
            </w:r>
          </w:p>
        </w:tc>
      </w:tr>
      <w:tr w:rsidR="00E84B84" w:rsidRPr="00CD663C" w14:paraId="03957688" w14:textId="77777777">
        <w:trPr>
          <w:cantSplit/>
          <w:jc w:val="center"/>
        </w:trPr>
        <w:tc>
          <w:tcPr>
            <w:tcW w:w="1247" w:type="dxa"/>
            <w:shd w:val="clear" w:color="auto" w:fill="FFFBEA"/>
            <w:tcMar>
              <w:top w:w="40" w:type="dxa"/>
              <w:left w:w="80" w:type="dxa"/>
              <w:bottom w:w="40" w:type="dxa"/>
              <w:right w:w="80" w:type="dxa"/>
            </w:tcMar>
            <w:vAlign w:val="center"/>
          </w:tcPr>
          <w:p w14:paraId="589A8FC0" w14:textId="77777777" w:rsidR="00E84B84" w:rsidRDefault="008D034A">
            <w:pPr>
              <w:spacing w:after="0" w:line="240" w:lineRule="auto"/>
              <w:jc w:val="center"/>
            </w:pPr>
            <w:r>
              <w:rPr>
                <w:rFonts w:eastAsia="Arial"/>
                <w:color w:val="1F1F1F"/>
                <w:sz w:val="16"/>
              </w:rPr>
              <w:t>☐</w:t>
            </w:r>
          </w:p>
        </w:tc>
        <w:tc>
          <w:tcPr>
            <w:tcW w:w="5102" w:type="dxa"/>
            <w:tcMar>
              <w:top w:w="40" w:type="dxa"/>
              <w:left w:w="80" w:type="dxa"/>
              <w:bottom w:w="40" w:type="dxa"/>
              <w:right w:w="80" w:type="dxa"/>
            </w:tcMar>
            <w:vAlign w:val="center"/>
          </w:tcPr>
          <w:p w14:paraId="3C8996A3" w14:textId="77777777" w:rsidR="00E84B84" w:rsidRPr="00191757" w:rsidRDefault="008D034A">
            <w:pPr>
              <w:spacing w:after="0" w:line="240" w:lineRule="auto"/>
              <w:rPr>
                <w:lang w:val="de-DE"/>
              </w:rPr>
            </w:pPr>
            <w:r w:rsidRPr="00191757">
              <w:rPr>
                <w:rFonts w:eastAsia="Arial"/>
                <w:color w:val="1F1F1F"/>
                <w:sz w:val="16"/>
                <w:lang w:val="de-DE"/>
              </w:rPr>
              <w:t>LF1 – IT-Strategie und Innovation</w:t>
            </w:r>
          </w:p>
        </w:tc>
        <w:tc>
          <w:tcPr>
            <w:tcW w:w="8844" w:type="dxa"/>
            <w:shd w:val="clear" w:color="auto" w:fill="FFFBEA"/>
            <w:tcMar>
              <w:top w:w="40" w:type="dxa"/>
              <w:left w:w="80" w:type="dxa"/>
              <w:bottom w:w="40" w:type="dxa"/>
              <w:right w:w="80" w:type="dxa"/>
            </w:tcMar>
            <w:vAlign w:val="center"/>
          </w:tcPr>
          <w:p w14:paraId="0564B58C" w14:textId="77777777" w:rsidR="00E84B84" w:rsidRPr="00191757" w:rsidRDefault="008D034A">
            <w:pPr>
              <w:spacing w:after="0" w:line="240" w:lineRule="auto"/>
              <w:rPr>
                <w:lang w:val="de-DE"/>
              </w:rPr>
            </w:pPr>
            <w:r w:rsidRPr="00191757">
              <w:rPr>
                <w:rFonts w:eastAsia="Arial"/>
                <w:color w:val="1F1F1F"/>
                <w:sz w:val="16"/>
                <w:lang w:val="de-DE"/>
              </w:rPr>
              <w:t>[nur bei Auswahl: konkrete Tätigkeit / Ergebnis im Leistungsfeld]</w:t>
            </w:r>
          </w:p>
        </w:tc>
      </w:tr>
      <w:tr w:rsidR="00E84B84" w:rsidRPr="00CD663C" w14:paraId="4F309155" w14:textId="77777777">
        <w:trPr>
          <w:cantSplit/>
          <w:jc w:val="center"/>
        </w:trPr>
        <w:tc>
          <w:tcPr>
            <w:tcW w:w="1247" w:type="dxa"/>
            <w:shd w:val="clear" w:color="auto" w:fill="FFFBEA"/>
            <w:tcMar>
              <w:top w:w="40" w:type="dxa"/>
              <w:left w:w="80" w:type="dxa"/>
              <w:bottom w:w="40" w:type="dxa"/>
              <w:right w:w="80" w:type="dxa"/>
            </w:tcMar>
            <w:vAlign w:val="center"/>
          </w:tcPr>
          <w:p w14:paraId="17F0FB80" w14:textId="77777777" w:rsidR="00E84B84" w:rsidRDefault="008D034A">
            <w:pPr>
              <w:spacing w:after="0" w:line="240" w:lineRule="auto"/>
              <w:jc w:val="center"/>
            </w:pPr>
            <w:r>
              <w:rPr>
                <w:rFonts w:eastAsia="Arial"/>
                <w:color w:val="1F1F1F"/>
                <w:sz w:val="16"/>
              </w:rPr>
              <w:t>☐</w:t>
            </w:r>
          </w:p>
        </w:tc>
        <w:tc>
          <w:tcPr>
            <w:tcW w:w="5102" w:type="dxa"/>
            <w:tcMar>
              <w:top w:w="40" w:type="dxa"/>
              <w:left w:w="80" w:type="dxa"/>
              <w:bottom w:w="40" w:type="dxa"/>
              <w:right w:w="80" w:type="dxa"/>
            </w:tcMar>
            <w:vAlign w:val="center"/>
          </w:tcPr>
          <w:p w14:paraId="12ED2AE7" w14:textId="77777777" w:rsidR="00E84B84" w:rsidRDefault="008D034A">
            <w:pPr>
              <w:spacing w:after="0" w:line="240" w:lineRule="auto"/>
            </w:pPr>
            <w:r>
              <w:rPr>
                <w:rFonts w:eastAsia="Arial"/>
                <w:color w:val="1F1F1F"/>
                <w:sz w:val="16"/>
              </w:rPr>
              <w:t xml:space="preserve">LF2 – IT-Governance, Demand, Portfolio und </w:t>
            </w:r>
            <w:proofErr w:type="spellStart"/>
            <w:r>
              <w:rPr>
                <w:rFonts w:eastAsia="Arial"/>
                <w:color w:val="1F1F1F"/>
                <w:sz w:val="16"/>
              </w:rPr>
              <w:t>Steuerung</w:t>
            </w:r>
            <w:proofErr w:type="spellEnd"/>
          </w:p>
        </w:tc>
        <w:tc>
          <w:tcPr>
            <w:tcW w:w="8844" w:type="dxa"/>
            <w:shd w:val="clear" w:color="auto" w:fill="FFFBEA"/>
            <w:tcMar>
              <w:top w:w="40" w:type="dxa"/>
              <w:left w:w="80" w:type="dxa"/>
              <w:bottom w:w="40" w:type="dxa"/>
              <w:right w:w="80" w:type="dxa"/>
            </w:tcMar>
            <w:vAlign w:val="center"/>
          </w:tcPr>
          <w:p w14:paraId="2F93ABBF" w14:textId="77777777" w:rsidR="00E84B84" w:rsidRPr="00191757" w:rsidRDefault="008D034A">
            <w:pPr>
              <w:spacing w:after="0" w:line="240" w:lineRule="auto"/>
              <w:rPr>
                <w:lang w:val="de-DE"/>
              </w:rPr>
            </w:pPr>
            <w:r w:rsidRPr="00191757">
              <w:rPr>
                <w:rFonts w:eastAsia="Arial"/>
                <w:color w:val="1F1F1F"/>
                <w:sz w:val="16"/>
                <w:lang w:val="de-DE"/>
              </w:rPr>
              <w:t>[nur bei Auswahl: konkrete Tätigkeit / Ergebnis im Leistungsfeld]</w:t>
            </w:r>
          </w:p>
        </w:tc>
      </w:tr>
      <w:tr w:rsidR="00E84B84" w:rsidRPr="00CD663C" w14:paraId="06B2861B" w14:textId="77777777">
        <w:trPr>
          <w:cantSplit/>
          <w:jc w:val="center"/>
        </w:trPr>
        <w:tc>
          <w:tcPr>
            <w:tcW w:w="1247" w:type="dxa"/>
            <w:shd w:val="clear" w:color="auto" w:fill="FFFBEA"/>
            <w:tcMar>
              <w:top w:w="40" w:type="dxa"/>
              <w:left w:w="80" w:type="dxa"/>
              <w:bottom w:w="40" w:type="dxa"/>
              <w:right w:w="80" w:type="dxa"/>
            </w:tcMar>
            <w:vAlign w:val="center"/>
          </w:tcPr>
          <w:p w14:paraId="154446A5" w14:textId="77777777" w:rsidR="00E84B84" w:rsidRDefault="008D034A">
            <w:pPr>
              <w:spacing w:after="0" w:line="240" w:lineRule="auto"/>
              <w:jc w:val="center"/>
            </w:pPr>
            <w:r>
              <w:rPr>
                <w:rFonts w:eastAsia="Arial"/>
                <w:color w:val="1F1F1F"/>
                <w:sz w:val="16"/>
              </w:rPr>
              <w:t>☐</w:t>
            </w:r>
          </w:p>
        </w:tc>
        <w:tc>
          <w:tcPr>
            <w:tcW w:w="5102" w:type="dxa"/>
            <w:tcMar>
              <w:top w:w="40" w:type="dxa"/>
              <w:left w:w="80" w:type="dxa"/>
              <w:bottom w:w="40" w:type="dxa"/>
              <w:right w:w="80" w:type="dxa"/>
            </w:tcMar>
            <w:vAlign w:val="center"/>
          </w:tcPr>
          <w:p w14:paraId="7756D678" w14:textId="77777777" w:rsidR="00E84B84" w:rsidRDefault="008D034A">
            <w:pPr>
              <w:spacing w:after="0" w:line="240" w:lineRule="auto"/>
            </w:pPr>
            <w:r>
              <w:rPr>
                <w:rFonts w:eastAsia="Arial"/>
                <w:color w:val="1F1F1F"/>
                <w:sz w:val="16"/>
              </w:rPr>
              <w:t xml:space="preserve">LF3 – IT-Service-Management und </w:t>
            </w:r>
            <w:proofErr w:type="spellStart"/>
            <w:r>
              <w:rPr>
                <w:rFonts w:eastAsia="Arial"/>
                <w:color w:val="1F1F1F"/>
                <w:sz w:val="16"/>
              </w:rPr>
              <w:t>Serviceorientierung</w:t>
            </w:r>
            <w:proofErr w:type="spellEnd"/>
          </w:p>
        </w:tc>
        <w:tc>
          <w:tcPr>
            <w:tcW w:w="8844" w:type="dxa"/>
            <w:shd w:val="clear" w:color="auto" w:fill="FFFBEA"/>
            <w:tcMar>
              <w:top w:w="40" w:type="dxa"/>
              <w:left w:w="80" w:type="dxa"/>
              <w:bottom w:w="40" w:type="dxa"/>
              <w:right w:w="80" w:type="dxa"/>
            </w:tcMar>
            <w:vAlign w:val="center"/>
          </w:tcPr>
          <w:p w14:paraId="596EB214" w14:textId="77777777" w:rsidR="00E84B84" w:rsidRPr="00191757" w:rsidRDefault="008D034A">
            <w:pPr>
              <w:spacing w:after="0" w:line="240" w:lineRule="auto"/>
              <w:rPr>
                <w:lang w:val="de-DE"/>
              </w:rPr>
            </w:pPr>
            <w:r w:rsidRPr="00191757">
              <w:rPr>
                <w:rFonts w:eastAsia="Arial"/>
                <w:color w:val="1F1F1F"/>
                <w:sz w:val="16"/>
                <w:lang w:val="de-DE"/>
              </w:rPr>
              <w:t>[nur bei Auswahl: konkrete Tätigkeit / Ergebnis im Leistungsfeld]</w:t>
            </w:r>
          </w:p>
        </w:tc>
      </w:tr>
      <w:tr w:rsidR="00E84B84" w:rsidRPr="00CD663C" w14:paraId="6CD2DB80" w14:textId="77777777">
        <w:trPr>
          <w:cantSplit/>
          <w:jc w:val="center"/>
        </w:trPr>
        <w:tc>
          <w:tcPr>
            <w:tcW w:w="1247" w:type="dxa"/>
            <w:shd w:val="clear" w:color="auto" w:fill="FFFBEA"/>
            <w:tcMar>
              <w:top w:w="40" w:type="dxa"/>
              <w:left w:w="80" w:type="dxa"/>
              <w:bottom w:w="40" w:type="dxa"/>
              <w:right w:w="80" w:type="dxa"/>
            </w:tcMar>
            <w:vAlign w:val="center"/>
          </w:tcPr>
          <w:p w14:paraId="09CF6F50" w14:textId="77777777" w:rsidR="00E84B84" w:rsidRDefault="008D034A">
            <w:pPr>
              <w:spacing w:after="0" w:line="240" w:lineRule="auto"/>
              <w:jc w:val="center"/>
            </w:pPr>
            <w:r>
              <w:rPr>
                <w:rFonts w:eastAsia="Arial"/>
                <w:color w:val="1F1F1F"/>
                <w:sz w:val="16"/>
              </w:rPr>
              <w:t>☐</w:t>
            </w:r>
          </w:p>
        </w:tc>
        <w:tc>
          <w:tcPr>
            <w:tcW w:w="5102" w:type="dxa"/>
            <w:tcMar>
              <w:top w:w="40" w:type="dxa"/>
              <w:left w:w="80" w:type="dxa"/>
              <w:bottom w:w="40" w:type="dxa"/>
              <w:right w:w="80" w:type="dxa"/>
            </w:tcMar>
            <w:vAlign w:val="center"/>
          </w:tcPr>
          <w:p w14:paraId="75EDF7B2" w14:textId="77777777" w:rsidR="00E84B84" w:rsidRPr="00191757" w:rsidRDefault="008D034A">
            <w:pPr>
              <w:spacing w:after="0" w:line="240" w:lineRule="auto"/>
              <w:rPr>
                <w:lang w:val="de-DE"/>
              </w:rPr>
            </w:pPr>
            <w:r w:rsidRPr="00191757">
              <w:rPr>
                <w:rFonts w:eastAsia="Arial"/>
                <w:color w:val="1F1F1F"/>
                <w:sz w:val="16"/>
                <w:lang w:val="de-DE"/>
              </w:rPr>
              <w:t>LF4 – Organisation, Operating Model und Prozesse</w:t>
            </w:r>
          </w:p>
        </w:tc>
        <w:tc>
          <w:tcPr>
            <w:tcW w:w="8844" w:type="dxa"/>
            <w:shd w:val="clear" w:color="auto" w:fill="FFFBEA"/>
            <w:tcMar>
              <w:top w:w="40" w:type="dxa"/>
              <w:left w:w="80" w:type="dxa"/>
              <w:bottom w:w="40" w:type="dxa"/>
              <w:right w:w="80" w:type="dxa"/>
            </w:tcMar>
            <w:vAlign w:val="center"/>
          </w:tcPr>
          <w:p w14:paraId="45446B3D" w14:textId="77777777" w:rsidR="00E84B84" w:rsidRPr="00191757" w:rsidRDefault="008D034A">
            <w:pPr>
              <w:spacing w:after="0" w:line="240" w:lineRule="auto"/>
              <w:rPr>
                <w:lang w:val="de-DE"/>
              </w:rPr>
            </w:pPr>
            <w:r w:rsidRPr="00191757">
              <w:rPr>
                <w:rFonts w:eastAsia="Arial"/>
                <w:color w:val="1F1F1F"/>
                <w:sz w:val="16"/>
                <w:lang w:val="de-DE"/>
              </w:rPr>
              <w:t>[nur bei Auswahl: konkrete Tätigkeit / Ergebnis im Leistungsfeld]</w:t>
            </w:r>
          </w:p>
        </w:tc>
      </w:tr>
      <w:tr w:rsidR="00E84B84" w:rsidRPr="00CD663C" w14:paraId="47649BF8" w14:textId="77777777">
        <w:trPr>
          <w:cantSplit/>
          <w:jc w:val="center"/>
        </w:trPr>
        <w:tc>
          <w:tcPr>
            <w:tcW w:w="1247" w:type="dxa"/>
            <w:shd w:val="clear" w:color="auto" w:fill="FFFBEA"/>
            <w:tcMar>
              <w:top w:w="40" w:type="dxa"/>
              <w:left w:w="80" w:type="dxa"/>
              <w:bottom w:w="40" w:type="dxa"/>
              <w:right w:w="80" w:type="dxa"/>
            </w:tcMar>
            <w:vAlign w:val="center"/>
          </w:tcPr>
          <w:p w14:paraId="703B9D41" w14:textId="77777777" w:rsidR="00E84B84" w:rsidRDefault="008D034A">
            <w:pPr>
              <w:spacing w:after="0" w:line="240" w:lineRule="auto"/>
              <w:jc w:val="center"/>
            </w:pPr>
            <w:r>
              <w:rPr>
                <w:rFonts w:eastAsia="Arial"/>
                <w:color w:val="1F1F1F"/>
                <w:sz w:val="16"/>
              </w:rPr>
              <w:t>☐</w:t>
            </w:r>
          </w:p>
        </w:tc>
        <w:tc>
          <w:tcPr>
            <w:tcW w:w="5102" w:type="dxa"/>
            <w:tcMar>
              <w:top w:w="40" w:type="dxa"/>
              <w:left w:w="80" w:type="dxa"/>
              <w:bottom w:w="40" w:type="dxa"/>
              <w:right w:w="80" w:type="dxa"/>
            </w:tcMar>
            <w:vAlign w:val="center"/>
          </w:tcPr>
          <w:p w14:paraId="3A0CCC36" w14:textId="77777777" w:rsidR="00E84B84" w:rsidRDefault="008D034A">
            <w:pPr>
              <w:spacing w:after="0" w:line="240" w:lineRule="auto"/>
            </w:pPr>
            <w:r>
              <w:rPr>
                <w:rFonts w:eastAsia="Arial"/>
                <w:color w:val="1F1F1F"/>
                <w:sz w:val="16"/>
              </w:rPr>
              <w:t xml:space="preserve">LF5 – </w:t>
            </w:r>
            <w:proofErr w:type="spellStart"/>
            <w:r>
              <w:rPr>
                <w:rFonts w:eastAsia="Arial"/>
                <w:color w:val="1F1F1F"/>
                <w:sz w:val="16"/>
              </w:rPr>
              <w:t>Architektur</w:t>
            </w:r>
            <w:proofErr w:type="spellEnd"/>
            <w:r>
              <w:rPr>
                <w:rFonts w:eastAsia="Arial"/>
                <w:color w:val="1F1F1F"/>
                <w:sz w:val="16"/>
              </w:rPr>
              <w:t xml:space="preserve">, Sourcing, Provider- und </w:t>
            </w:r>
            <w:proofErr w:type="spellStart"/>
            <w:r>
              <w:rPr>
                <w:rFonts w:eastAsia="Arial"/>
                <w:color w:val="1F1F1F"/>
                <w:sz w:val="16"/>
              </w:rPr>
              <w:t>Lizenzmanagement</w:t>
            </w:r>
            <w:proofErr w:type="spellEnd"/>
          </w:p>
        </w:tc>
        <w:tc>
          <w:tcPr>
            <w:tcW w:w="8844" w:type="dxa"/>
            <w:shd w:val="clear" w:color="auto" w:fill="FFFBEA"/>
            <w:tcMar>
              <w:top w:w="40" w:type="dxa"/>
              <w:left w:w="80" w:type="dxa"/>
              <w:bottom w:w="40" w:type="dxa"/>
              <w:right w:w="80" w:type="dxa"/>
            </w:tcMar>
            <w:vAlign w:val="center"/>
          </w:tcPr>
          <w:p w14:paraId="1803085D" w14:textId="77777777" w:rsidR="00E84B84" w:rsidRPr="00191757" w:rsidRDefault="008D034A">
            <w:pPr>
              <w:spacing w:after="0" w:line="240" w:lineRule="auto"/>
              <w:rPr>
                <w:lang w:val="de-DE"/>
              </w:rPr>
            </w:pPr>
            <w:r w:rsidRPr="00191757">
              <w:rPr>
                <w:rFonts w:eastAsia="Arial"/>
                <w:color w:val="1F1F1F"/>
                <w:sz w:val="16"/>
                <w:lang w:val="de-DE"/>
              </w:rPr>
              <w:t>[nur bei Auswahl: konkrete Tätigkeit / Ergebnis im Leistungsfeld]</w:t>
            </w:r>
          </w:p>
        </w:tc>
      </w:tr>
      <w:tr w:rsidR="00E84B84" w:rsidRPr="00CD663C" w14:paraId="756D90AE" w14:textId="77777777">
        <w:trPr>
          <w:cantSplit/>
          <w:jc w:val="center"/>
        </w:trPr>
        <w:tc>
          <w:tcPr>
            <w:tcW w:w="1247" w:type="dxa"/>
            <w:shd w:val="clear" w:color="auto" w:fill="FFFBEA"/>
            <w:tcMar>
              <w:top w:w="40" w:type="dxa"/>
              <w:left w:w="80" w:type="dxa"/>
              <w:bottom w:w="40" w:type="dxa"/>
              <w:right w:w="80" w:type="dxa"/>
            </w:tcMar>
            <w:vAlign w:val="center"/>
          </w:tcPr>
          <w:p w14:paraId="79C05E2B" w14:textId="77777777" w:rsidR="00E84B84" w:rsidRDefault="008D034A">
            <w:pPr>
              <w:spacing w:after="0" w:line="240" w:lineRule="auto"/>
              <w:jc w:val="center"/>
            </w:pPr>
            <w:r>
              <w:rPr>
                <w:rFonts w:eastAsia="Arial"/>
                <w:color w:val="1F1F1F"/>
                <w:sz w:val="16"/>
              </w:rPr>
              <w:t>☐</w:t>
            </w:r>
          </w:p>
        </w:tc>
        <w:tc>
          <w:tcPr>
            <w:tcW w:w="5102" w:type="dxa"/>
            <w:tcMar>
              <w:top w:w="40" w:type="dxa"/>
              <w:left w:w="80" w:type="dxa"/>
              <w:bottom w:w="40" w:type="dxa"/>
              <w:right w:w="80" w:type="dxa"/>
            </w:tcMar>
            <w:vAlign w:val="center"/>
          </w:tcPr>
          <w:p w14:paraId="63E99918" w14:textId="77777777" w:rsidR="00E84B84" w:rsidRDefault="008D034A">
            <w:pPr>
              <w:spacing w:after="0" w:line="240" w:lineRule="auto"/>
            </w:pPr>
            <w:r>
              <w:rPr>
                <w:rFonts w:eastAsia="Arial"/>
                <w:color w:val="1F1F1F"/>
                <w:sz w:val="16"/>
              </w:rPr>
              <w:t>LF6 – Security Governance, Risk, Compliance und IT-</w:t>
            </w:r>
            <w:proofErr w:type="spellStart"/>
            <w:r>
              <w:rPr>
                <w:rFonts w:eastAsia="Arial"/>
                <w:color w:val="1F1F1F"/>
                <w:sz w:val="16"/>
              </w:rPr>
              <w:t>Resilienz</w:t>
            </w:r>
            <w:proofErr w:type="spellEnd"/>
          </w:p>
        </w:tc>
        <w:tc>
          <w:tcPr>
            <w:tcW w:w="8844" w:type="dxa"/>
            <w:shd w:val="clear" w:color="auto" w:fill="FFFBEA"/>
            <w:tcMar>
              <w:top w:w="40" w:type="dxa"/>
              <w:left w:w="80" w:type="dxa"/>
              <w:bottom w:w="40" w:type="dxa"/>
              <w:right w:w="80" w:type="dxa"/>
            </w:tcMar>
            <w:vAlign w:val="center"/>
          </w:tcPr>
          <w:p w14:paraId="13A32921" w14:textId="77777777" w:rsidR="00E84B84" w:rsidRPr="00191757" w:rsidRDefault="008D034A">
            <w:pPr>
              <w:spacing w:after="0" w:line="240" w:lineRule="auto"/>
              <w:rPr>
                <w:lang w:val="de-DE"/>
              </w:rPr>
            </w:pPr>
            <w:r w:rsidRPr="00191757">
              <w:rPr>
                <w:rFonts w:eastAsia="Arial"/>
                <w:color w:val="1F1F1F"/>
                <w:sz w:val="16"/>
                <w:lang w:val="de-DE"/>
              </w:rPr>
              <w:t>[nur bei Auswahl: konkrete Tätigkeit / Ergebnis im Leistungsfeld]</w:t>
            </w:r>
          </w:p>
        </w:tc>
      </w:tr>
      <w:tr w:rsidR="00E84B84" w:rsidRPr="00CD663C" w14:paraId="5844785E" w14:textId="77777777">
        <w:trPr>
          <w:cantSplit/>
          <w:jc w:val="center"/>
        </w:trPr>
        <w:tc>
          <w:tcPr>
            <w:tcW w:w="1247" w:type="dxa"/>
            <w:shd w:val="clear" w:color="auto" w:fill="FFFBEA"/>
            <w:tcMar>
              <w:top w:w="40" w:type="dxa"/>
              <w:left w:w="80" w:type="dxa"/>
              <w:bottom w:w="40" w:type="dxa"/>
              <w:right w:w="80" w:type="dxa"/>
            </w:tcMar>
            <w:vAlign w:val="center"/>
          </w:tcPr>
          <w:p w14:paraId="07545E2C" w14:textId="77777777" w:rsidR="00E84B84" w:rsidRDefault="008D034A">
            <w:pPr>
              <w:spacing w:after="0" w:line="240" w:lineRule="auto"/>
              <w:jc w:val="center"/>
            </w:pPr>
            <w:r>
              <w:rPr>
                <w:rFonts w:eastAsia="Arial"/>
                <w:color w:val="1F1F1F"/>
                <w:sz w:val="16"/>
              </w:rPr>
              <w:t>☐</w:t>
            </w:r>
          </w:p>
        </w:tc>
        <w:tc>
          <w:tcPr>
            <w:tcW w:w="5102" w:type="dxa"/>
            <w:tcMar>
              <w:top w:w="40" w:type="dxa"/>
              <w:left w:w="80" w:type="dxa"/>
              <w:bottom w:w="40" w:type="dxa"/>
              <w:right w:w="80" w:type="dxa"/>
            </w:tcMar>
            <w:vAlign w:val="center"/>
          </w:tcPr>
          <w:p w14:paraId="4AAD744F" w14:textId="77777777" w:rsidR="00E84B84" w:rsidRPr="00191757" w:rsidRDefault="008D034A">
            <w:pPr>
              <w:spacing w:after="0" w:line="240" w:lineRule="auto"/>
              <w:rPr>
                <w:lang w:val="de-DE"/>
              </w:rPr>
            </w:pPr>
            <w:r w:rsidRPr="00191757">
              <w:rPr>
                <w:rFonts w:eastAsia="Arial"/>
                <w:color w:val="1F1F1F"/>
                <w:sz w:val="16"/>
                <w:lang w:val="de-DE"/>
              </w:rPr>
              <w:t xml:space="preserve">LF7 – CRM, </w:t>
            </w:r>
            <w:proofErr w:type="spellStart"/>
            <w:r w:rsidRPr="00191757">
              <w:rPr>
                <w:rFonts w:eastAsia="Arial"/>
                <w:color w:val="1F1F1F"/>
                <w:sz w:val="16"/>
                <w:lang w:val="de-DE"/>
              </w:rPr>
              <w:t>Anliegenmanagement</w:t>
            </w:r>
            <w:proofErr w:type="spellEnd"/>
            <w:r w:rsidRPr="00191757">
              <w:rPr>
                <w:rFonts w:eastAsia="Arial"/>
                <w:color w:val="1F1F1F"/>
                <w:sz w:val="16"/>
                <w:lang w:val="de-DE"/>
              </w:rPr>
              <w:t xml:space="preserve"> und Business-Nähe</w:t>
            </w:r>
          </w:p>
        </w:tc>
        <w:tc>
          <w:tcPr>
            <w:tcW w:w="8844" w:type="dxa"/>
            <w:shd w:val="clear" w:color="auto" w:fill="FFFBEA"/>
            <w:tcMar>
              <w:top w:w="40" w:type="dxa"/>
              <w:left w:w="80" w:type="dxa"/>
              <w:bottom w:w="40" w:type="dxa"/>
              <w:right w:w="80" w:type="dxa"/>
            </w:tcMar>
            <w:vAlign w:val="center"/>
          </w:tcPr>
          <w:p w14:paraId="7B53C89F" w14:textId="77777777" w:rsidR="00E84B84" w:rsidRPr="00191757" w:rsidRDefault="008D034A">
            <w:pPr>
              <w:spacing w:after="0" w:line="240" w:lineRule="auto"/>
              <w:rPr>
                <w:lang w:val="de-DE"/>
              </w:rPr>
            </w:pPr>
            <w:r w:rsidRPr="00191757">
              <w:rPr>
                <w:rFonts w:eastAsia="Arial"/>
                <w:color w:val="1F1F1F"/>
                <w:sz w:val="16"/>
                <w:lang w:val="de-DE"/>
              </w:rPr>
              <w:t>[nur bei Auswahl: konkrete Tätigkeit / Ergebnis im Leistungsfeld]</w:t>
            </w:r>
          </w:p>
        </w:tc>
      </w:tr>
      <w:tr w:rsidR="00E84B84" w:rsidRPr="00CD663C" w14:paraId="25A1D2D8" w14:textId="77777777">
        <w:trPr>
          <w:cantSplit/>
          <w:jc w:val="center"/>
        </w:trPr>
        <w:tc>
          <w:tcPr>
            <w:tcW w:w="1247" w:type="dxa"/>
            <w:shd w:val="clear" w:color="auto" w:fill="FFFBEA"/>
            <w:tcMar>
              <w:top w:w="40" w:type="dxa"/>
              <w:left w:w="80" w:type="dxa"/>
              <w:bottom w:w="40" w:type="dxa"/>
              <w:right w:w="80" w:type="dxa"/>
            </w:tcMar>
            <w:vAlign w:val="center"/>
          </w:tcPr>
          <w:p w14:paraId="55CA8AAF" w14:textId="77777777" w:rsidR="00E84B84" w:rsidRDefault="008D034A">
            <w:pPr>
              <w:spacing w:after="0" w:line="240" w:lineRule="auto"/>
              <w:jc w:val="center"/>
            </w:pPr>
            <w:r>
              <w:rPr>
                <w:rFonts w:eastAsia="Arial"/>
                <w:color w:val="1F1F1F"/>
                <w:sz w:val="16"/>
              </w:rPr>
              <w:t>☐</w:t>
            </w:r>
          </w:p>
        </w:tc>
        <w:tc>
          <w:tcPr>
            <w:tcW w:w="5102" w:type="dxa"/>
            <w:tcMar>
              <w:top w:w="40" w:type="dxa"/>
              <w:left w:w="80" w:type="dxa"/>
              <w:bottom w:w="40" w:type="dxa"/>
              <w:right w:w="80" w:type="dxa"/>
            </w:tcMar>
            <w:vAlign w:val="center"/>
          </w:tcPr>
          <w:p w14:paraId="563741ED" w14:textId="77777777" w:rsidR="00E84B84" w:rsidRDefault="008D034A">
            <w:pPr>
              <w:spacing w:after="0" w:line="240" w:lineRule="auto"/>
            </w:pPr>
            <w:r>
              <w:rPr>
                <w:rFonts w:eastAsia="Arial"/>
                <w:color w:val="1F1F1F"/>
                <w:sz w:val="16"/>
              </w:rPr>
              <w:t xml:space="preserve">LF8 – </w:t>
            </w:r>
            <w:proofErr w:type="spellStart"/>
            <w:r>
              <w:rPr>
                <w:rFonts w:eastAsia="Arial"/>
                <w:color w:val="1F1F1F"/>
                <w:sz w:val="16"/>
              </w:rPr>
              <w:t>Qualität</w:t>
            </w:r>
            <w:proofErr w:type="spellEnd"/>
            <w:r>
              <w:rPr>
                <w:rFonts w:eastAsia="Arial"/>
                <w:color w:val="1F1F1F"/>
                <w:sz w:val="16"/>
              </w:rPr>
              <w:t>, Reviews, KVP und Benchmarking</w:t>
            </w:r>
          </w:p>
        </w:tc>
        <w:tc>
          <w:tcPr>
            <w:tcW w:w="8844" w:type="dxa"/>
            <w:shd w:val="clear" w:color="auto" w:fill="FFFBEA"/>
            <w:tcMar>
              <w:top w:w="40" w:type="dxa"/>
              <w:left w:w="80" w:type="dxa"/>
              <w:bottom w:w="40" w:type="dxa"/>
              <w:right w:w="80" w:type="dxa"/>
            </w:tcMar>
            <w:vAlign w:val="center"/>
          </w:tcPr>
          <w:p w14:paraId="20E8FF96" w14:textId="77777777" w:rsidR="00E84B84" w:rsidRPr="00191757" w:rsidRDefault="008D034A">
            <w:pPr>
              <w:spacing w:after="0" w:line="240" w:lineRule="auto"/>
              <w:rPr>
                <w:lang w:val="de-DE"/>
              </w:rPr>
            </w:pPr>
            <w:r w:rsidRPr="00191757">
              <w:rPr>
                <w:rFonts w:eastAsia="Arial"/>
                <w:color w:val="1F1F1F"/>
                <w:sz w:val="16"/>
                <w:lang w:val="de-DE"/>
              </w:rPr>
              <w:t>[nur bei Auswahl: konkrete Tätigkeit / Ergebnis im Leistungsfeld]</w:t>
            </w:r>
          </w:p>
        </w:tc>
      </w:tr>
      <w:tr w:rsidR="00E84B84" w:rsidRPr="00CD663C" w14:paraId="7538B963" w14:textId="77777777">
        <w:trPr>
          <w:cantSplit/>
          <w:jc w:val="center"/>
        </w:trPr>
        <w:tc>
          <w:tcPr>
            <w:tcW w:w="1247" w:type="dxa"/>
            <w:shd w:val="clear" w:color="auto" w:fill="FFFBEA"/>
            <w:tcMar>
              <w:top w:w="40" w:type="dxa"/>
              <w:left w:w="80" w:type="dxa"/>
              <w:bottom w:w="40" w:type="dxa"/>
              <w:right w:w="80" w:type="dxa"/>
            </w:tcMar>
            <w:vAlign w:val="center"/>
          </w:tcPr>
          <w:p w14:paraId="4C226888" w14:textId="77777777" w:rsidR="00E84B84" w:rsidRDefault="008D034A">
            <w:pPr>
              <w:spacing w:after="0" w:line="240" w:lineRule="auto"/>
              <w:jc w:val="center"/>
            </w:pPr>
            <w:r>
              <w:rPr>
                <w:rFonts w:eastAsia="Arial"/>
                <w:color w:val="1F1F1F"/>
                <w:sz w:val="16"/>
              </w:rPr>
              <w:t>☐</w:t>
            </w:r>
          </w:p>
        </w:tc>
        <w:tc>
          <w:tcPr>
            <w:tcW w:w="5102" w:type="dxa"/>
            <w:tcMar>
              <w:top w:w="40" w:type="dxa"/>
              <w:left w:w="80" w:type="dxa"/>
              <w:bottom w:w="40" w:type="dxa"/>
              <w:right w:w="80" w:type="dxa"/>
            </w:tcMar>
            <w:vAlign w:val="center"/>
          </w:tcPr>
          <w:p w14:paraId="5F110EDC" w14:textId="77777777" w:rsidR="00E84B84" w:rsidRPr="00191757" w:rsidRDefault="008D034A">
            <w:pPr>
              <w:spacing w:after="0" w:line="240" w:lineRule="auto"/>
              <w:rPr>
                <w:lang w:val="de-DE"/>
              </w:rPr>
            </w:pPr>
            <w:r w:rsidRPr="00191757">
              <w:rPr>
                <w:rFonts w:eastAsia="Arial"/>
                <w:color w:val="1F1F1F"/>
                <w:sz w:val="16"/>
                <w:lang w:val="de-DE"/>
              </w:rPr>
              <w:t xml:space="preserve">LF9 – Projekt-, Transformations- und </w:t>
            </w:r>
            <w:proofErr w:type="spellStart"/>
            <w:r w:rsidRPr="00191757">
              <w:rPr>
                <w:rFonts w:eastAsia="Arial"/>
                <w:color w:val="1F1F1F"/>
                <w:sz w:val="16"/>
                <w:lang w:val="de-DE"/>
              </w:rPr>
              <w:t>transitionsnahe</w:t>
            </w:r>
            <w:proofErr w:type="spellEnd"/>
            <w:r w:rsidRPr="00191757">
              <w:rPr>
                <w:rFonts w:eastAsia="Arial"/>
                <w:color w:val="1F1F1F"/>
                <w:sz w:val="16"/>
                <w:lang w:val="de-DE"/>
              </w:rPr>
              <w:t xml:space="preserve"> Unterstützung</w:t>
            </w:r>
          </w:p>
        </w:tc>
        <w:tc>
          <w:tcPr>
            <w:tcW w:w="8844" w:type="dxa"/>
            <w:shd w:val="clear" w:color="auto" w:fill="FFFBEA"/>
            <w:tcMar>
              <w:top w:w="40" w:type="dxa"/>
              <w:left w:w="80" w:type="dxa"/>
              <w:bottom w:w="40" w:type="dxa"/>
              <w:right w:w="80" w:type="dxa"/>
            </w:tcMar>
            <w:vAlign w:val="center"/>
          </w:tcPr>
          <w:p w14:paraId="2C73E584" w14:textId="77777777" w:rsidR="00E84B84" w:rsidRPr="00191757" w:rsidRDefault="008D034A">
            <w:pPr>
              <w:spacing w:after="0" w:line="240" w:lineRule="auto"/>
              <w:rPr>
                <w:lang w:val="de-DE"/>
              </w:rPr>
            </w:pPr>
            <w:r w:rsidRPr="00191757">
              <w:rPr>
                <w:rFonts w:eastAsia="Arial"/>
                <w:color w:val="1F1F1F"/>
                <w:sz w:val="16"/>
                <w:lang w:val="de-DE"/>
              </w:rPr>
              <w:t>[nur bei Auswahl: konkrete Tätigkeit / Ergebnis im Leistungsfeld]</w:t>
            </w:r>
          </w:p>
        </w:tc>
      </w:tr>
    </w:tbl>
    <w:p w14:paraId="1C2D1343" w14:textId="77777777" w:rsidR="00E84B84" w:rsidRDefault="008D034A">
      <w:pPr>
        <w:spacing w:before="100" w:after="40" w:line="240" w:lineRule="auto"/>
      </w:pPr>
      <w:r>
        <w:rPr>
          <w:rFonts w:eastAsia="Arial"/>
          <w:b/>
          <w:color w:val="0B4F7A"/>
          <w:sz w:val="22"/>
        </w:rPr>
        <w:t xml:space="preserve">4. </w:t>
      </w:r>
      <w:proofErr w:type="spellStart"/>
      <w:r>
        <w:rPr>
          <w:rFonts w:eastAsia="Arial"/>
          <w:b/>
          <w:color w:val="0B4F7A"/>
          <w:sz w:val="22"/>
        </w:rPr>
        <w:t>Prüfbarkeit</w:t>
      </w:r>
      <w:proofErr w:type="spellEnd"/>
      <w:r>
        <w:rPr>
          <w:rFonts w:eastAsia="Arial"/>
          <w:b/>
          <w:color w:val="0B4F7A"/>
          <w:sz w:val="22"/>
        </w:rPr>
        <w:t xml:space="preserve"> der </w:t>
      </w:r>
      <w:proofErr w:type="spellStart"/>
      <w:r>
        <w:rPr>
          <w:rFonts w:eastAsia="Arial"/>
          <w:b/>
          <w:color w:val="0B4F7A"/>
          <w:sz w:val="22"/>
        </w:rPr>
        <w:t>Referenz</w:t>
      </w:r>
      <w:proofErr w:type="spellEnd"/>
    </w:p>
    <w:tbl>
      <w:tblPr>
        <w:tblW w:w="0" w:type="auto"/>
        <w:jc w:val="center"/>
        <w:tblLayout w:type="fixed"/>
        <w:tblLook w:val="04A0" w:firstRow="1" w:lastRow="0" w:firstColumn="1" w:lastColumn="0" w:noHBand="0" w:noVBand="1"/>
      </w:tblPr>
      <w:tblGrid>
        <w:gridCol w:w="3969"/>
        <w:gridCol w:w="11225"/>
      </w:tblGrid>
      <w:tr w:rsidR="00E84B84" w14:paraId="1EB14B3B" w14:textId="77777777">
        <w:trPr>
          <w:cantSplit/>
          <w:jc w:val="center"/>
        </w:trPr>
        <w:tc>
          <w:tcPr>
            <w:tcW w:w="3969" w:type="dxa"/>
            <w:shd w:val="clear" w:color="auto" w:fill="F3F6F8"/>
            <w:tcMar>
              <w:top w:w="40" w:type="dxa"/>
              <w:left w:w="80" w:type="dxa"/>
              <w:bottom w:w="40" w:type="dxa"/>
              <w:right w:w="80" w:type="dxa"/>
            </w:tcMar>
            <w:vAlign w:val="center"/>
          </w:tcPr>
          <w:p w14:paraId="0848B468" w14:textId="77777777" w:rsidR="00E84B84" w:rsidRPr="00191757" w:rsidRDefault="008D034A">
            <w:pPr>
              <w:spacing w:after="0" w:line="240" w:lineRule="auto"/>
              <w:rPr>
                <w:lang w:val="de-DE"/>
              </w:rPr>
            </w:pPr>
            <w:r w:rsidRPr="00191757">
              <w:rPr>
                <w:rFonts w:eastAsia="Arial"/>
                <w:color w:val="1F1F1F"/>
                <w:sz w:val="16"/>
                <w:lang w:val="de-DE"/>
              </w:rPr>
              <w:t>Ansprechpartner beim Referenzkunden (soweit zulässig)</w:t>
            </w:r>
          </w:p>
        </w:tc>
        <w:tc>
          <w:tcPr>
            <w:tcW w:w="11225" w:type="dxa"/>
            <w:shd w:val="clear" w:color="auto" w:fill="FFFBEA"/>
            <w:tcMar>
              <w:top w:w="40" w:type="dxa"/>
              <w:left w:w="80" w:type="dxa"/>
              <w:bottom w:w="40" w:type="dxa"/>
              <w:right w:w="80" w:type="dxa"/>
            </w:tcMar>
            <w:vAlign w:val="center"/>
          </w:tcPr>
          <w:p w14:paraId="683D9CB2" w14:textId="77777777" w:rsidR="00E84B84" w:rsidRDefault="008D034A">
            <w:pPr>
              <w:spacing w:after="0" w:line="240" w:lineRule="auto"/>
            </w:pPr>
            <w:r>
              <w:rPr>
                <w:rFonts w:eastAsia="Arial"/>
                <w:color w:val="1F1F1F"/>
                <w:sz w:val="16"/>
              </w:rPr>
              <w:t>[</w:t>
            </w:r>
            <w:proofErr w:type="spellStart"/>
            <w:r>
              <w:rPr>
                <w:rFonts w:eastAsia="Arial"/>
                <w:color w:val="1F1F1F"/>
                <w:sz w:val="16"/>
              </w:rPr>
              <w:t>vom</w:t>
            </w:r>
            <w:proofErr w:type="spellEnd"/>
            <w:r>
              <w:rPr>
                <w:rFonts w:eastAsia="Arial"/>
                <w:color w:val="1F1F1F"/>
                <w:sz w:val="16"/>
              </w:rPr>
              <w:t xml:space="preserve"> </w:t>
            </w:r>
            <w:proofErr w:type="spellStart"/>
            <w:r>
              <w:rPr>
                <w:rFonts w:eastAsia="Arial"/>
                <w:color w:val="1F1F1F"/>
                <w:sz w:val="16"/>
              </w:rPr>
              <w:t>Bewerber</w:t>
            </w:r>
            <w:proofErr w:type="spellEnd"/>
            <w:r>
              <w:rPr>
                <w:rFonts w:eastAsia="Arial"/>
                <w:color w:val="1F1F1F"/>
                <w:sz w:val="16"/>
              </w:rPr>
              <w:t xml:space="preserve"> </w:t>
            </w:r>
            <w:proofErr w:type="spellStart"/>
            <w:r>
              <w:rPr>
                <w:rFonts w:eastAsia="Arial"/>
                <w:color w:val="1F1F1F"/>
                <w:sz w:val="16"/>
              </w:rPr>
              <w:t>auszufüllen</w:t>
            </w:r>
            <w:proofErr w:type="spellEnd"/>
            <w:r>
              <w:rPr>
                <w:rFonts w:eastAsia="Arial"/>
                <w:color w:val="1F1F1F"/>
                <w:sz w:val="16"/>
              </w:rPr>
              <w:t>]</w:t>
            </w:r>
          </w:p>
        </w:tc>
      </w:tr>
      <w:tr w:rsidR="00E84B84" w14:paraId="4BCA6308" w14:textId="77777777">
        <w:trPr>
          <w:cantSplit/>
          <w:jc w:val="center"/>
        </w:trPr>
        <w:tc>
          <w:tcPr>
            <w:tcW w:w="3969" w:type="dxa"/>
            <w:shd w:val="clear" w:color="auto" w:fill="F3F6F8"/>
            <w:tcMar>
              <w:top w:w="40" w:type="dxa"/>
              <w:left w:w="80" w:type="dxa"/>
              <w:bottom w:w="40" w:type="dxa"/>
              <w:right w:w="80" w:type="dxa"/>
            </w:tcMar>
            <w:vAlign w:val="center"/>
          </w:tcPr>
          <w:p w14:paraId="129FE5DC" w14:textId="77777777" w:rsidR="00E84B84" w:rsidRDefault="008D034A">
            <w:pPr>
              <w:spacing w:after="0" w:line="240" w:lineRule="auto"/>
            </w:pPr>
            <w:proofErr w:type="spellStart"/>
            <w:r>
              <w:rPr>
                <w:rFonts w:eastAsia="Arial"/>
                <w:color w:val="1F1F1F"/>
                <w:sz w:val="16"/>
              </w:rPr>
              <w:t>Funktion</w:t>
            </w:r>
            <w:proofErr w:type="spellEnd"/>
            <w:r>
              <w:rPr>
                <w:rFonts w:eastAsia="Arial"/>
                <w:color w:val="1F1F1F"/>
                <w:sz w:val="16"/>
              </w:rPr>
              <w:t xml:space="preserve"> des </w:t>
            </w:r>
            <w:proofErr w:type="spellStart"/>
            <w:r>
              <w:rPr>
                <w:rFonts w:eastAsia="Arial"/>
                <w:color w:val="1F1F1F"/>
                <w:sz w:val="16"/>
              </w:rPr>
              <w:t>Ansprechpartners</w:t>
            </w:r>
            <w:proofErr w:type="spellEnd"/>
          </w:p>
        </w:tc>
        <w:tc>
          <w:tcPr>
            <w:tcW w:w="11225" w:type="dxa"/>
            <w:shd w:val="clear" w:color="auto" w:fill="FFFBEA"/>
            <w:tcMar>
              <w:top w:w="40" w:type="dxa"/>
              <w:left w:w="80" w:type="dxa"/>
              <w:bottom w:w="40" w:type="dxa"/>
              <w:right w:w="80" w:type="dxa"/>
            </w:tcMar>
            <w:vAlign w:val="center"/>
          </w:tcPr>
          <w:p w14:paraId="1B41F115" w14:textId="77777777" w:rsidR="00E84B84" w:rsidRDefault="008D034A">
            <w:pPr>
              <w:spacing w:after="0" w:line="240" w:lineRule="auto"/>
            </w:pPr>
            <w:r>
              <w:rPr>
                <w:rFonts w:eastAsia="Arial"/>
                <w:color w:val="1F1F1F"/>
                <w:sz w:val="16"/>
              </w:rPr>
              <w:t>[</w:t>
            </w:r>
            <w:proofErr w:type="spellStart"/>
            <w:r>
              <w:rPr>
                <w:rFonts w:eastAsia="Arial"/>
                <w:color w:val="1F1F1F"/>
                <w:sz w:val="16"/>
              </w:rPr>
              <w:t>vom</w:t>
            </w:r>
            <w:proofErr w:type="spellEnd"/>
            <w:r>
              <w:rPr>
                <w:rFonts w:eastAsia="Arial"/>
                <w:color w:val="1F1F1F"/>
                <w:sz w:val="16"/>
              </w:rPr>
              <w:t xml:space="preserve"> </w:t>
            </w:r>
            <w:proofErr w:type="spellStart"/>
            <w:r>
              <w:rPr>
                <w:rFonts w:eastAsia="Arial"/>
                <w:color w:val="1F1F1F"/>
                <w:sz w:val="16"/>
              </w:rPr>
              <w:t>Bewerber</w:t>
            </w:r>
            <w:proofErr w:type="spellEnd"/>
            <w:r>
              <w:rPr>
                <w:rFonts w:eastAsia="Arial"/>
                <w:color w:val="1F1F1F"/>
                <w:sz w:val="16"/>
              </w:rPr>
              <w:t xml:space="preserve"> </w:t>
            </w:r>
            <w:proofErr w:type="spellStart"/>
            <w:r>
              <w:rPr>
                <w:rFonts w:eastAsia="Arial"/>
                <w:color w:val="1F1F1F"/>
                <w:sz w:val="16"/>
              </w:rPr>
              <w:t>auszufüllen</w:t>
            </w:r>
            <w:proofErr w:type="spellEnd"/>
            <w:r>
              <w:rPr>
                <w:rFonts w:eastAsia="Arial"/>
                <w:color w:val="1F1F1F"/>
                <w:sz w:val="16"/>
              </w:rPr>
              <w:t>]</w:t>
            </w:r>
          </w:p>
        </w:tc>
      </w:tr>
      <w:tr w:rsidR="00E84B84" w14:paraId="55EE79D0" w14:textId="77777777">
        <w:trPr>
          <w:cantSplit/>
          <w:jc w:val="center"/>
        </w:trPr>
        <w:tc>
          <w:tcPr>
            <w:tcW w:w="3969" w:type="dxa"/>
            <w:shd w:val="clear" w:color="auto" w:fill="F3F6F8"/>
            <w:tcMar>
              <w:top w:w="40" w:type="dxa"/>
              <w:left w:w="80" w:type="dxa"/>
              <w:bottom w:w="40" w:type="dxa"/>
              <w:right w:w="80" w:type="dxa"/>
            </w:tcMar>
            <w:vAlign w:val="center"/>
          </w:tcPr>
          <w:p w14:paraId="2E4610C9" w14:textId="77777777" w:rsidR="00E84B84" w:rsidRDefault="008D034A">
            <w:pPr>
              <w:spacing w:after="0" w:line="240" w:lineRule="auto"/>
            </w:pPr>
            <w:proofErr w:type="spellStart"/>
            <w:r>
              <w:rPr>
                <w:rFonts w:eastAsia="Arial"/>
                <w:color w:val="1F1F1F"/>
                <w:sz w:val="16"/>
              </w:rPr>
              <w:t>Kontaktmöglichkeit</w:t>
            </w:r>
            <w:proofErr w:type="spellEnd"/>
            <w:r>
              <w:rPr>
                <w:rFonts w:eastAsia="Arial"/>
                <w:color w:val="1F1F1F"/>
                <w:sz w:val="16"/>
              </w:rPr>
              <w:t xml:space="preserve"> (</w:t>
            </w:r>
            <w:proofErr w:type="spellStart"/>
            <w:r>
              <w:rPr>
                <w:rFonts w:eastAsia="Arial"/>
                <w:color w:val="1F1F1F"/>
                <w:sz w:val="16"/>
              </w:rPr>
              <w:t>soweit</w:t>
            </w:r>
            <w:proofErr w:type="spellEnd"/>
            <w:r>
              <w:rPr>
                <w:rFonts w:eastAsia="Arial"/>
                <w:color w:val="1F1F1F"/>
                <w:sz w:val="16"/>
              </w:rPr>
              <w:t xml:space="preserve"> </w:t>
            </w:r>
            <w:proofErr w:type="spellStart"/>
            <w:r>
              <w:rPr>
                <w:rFonts w:eastAsia="Arial"/>
                <w:color w:val="1F1F1F"/>
                <w:sz w:val="16"/>
              </w:rPr>
              <w:t>zulässig</w:t>
            </w:r>
            <w:proofErr w:type="spellEnd"/>
            <w:r>
              <w:rPr>
                <w:rFonts w:eastAsia="Arial"/>
                <w:color w:val="1F1F1F"/>
                <w:sz w:val="16"/>
              </w:rPr>
              <w:t>)</w:t>
            </w:r>
          </w:p>
        </w:tc>
        <w:tc>
          <w:tcPr>
            <w:tcW w:w="11225" w:type="dxa"/>
            <w:shd w:val="clear" w:color="auto" w:fill="FFFBEA"/>
            <w:tcMar>
              <w:top w:w="40" w:type="dxa"/>
              <w:left w:w="80" w:type="dxa"/>
              <w:bottom w:w="40" w:type="dxa"/>
              <w:right w:w="80" w:type="dxa"/>
            </w:tcMar>
            <w:vAlign w:val="center"/>
          </w:tcPr>
          <w:p w14:paraId="50FEB18E" w14:textId="77777777" w:rsidR="00E84B84" w:rsidRDefault="008D034A">
            <w:pPr>
              <w:spacing w:after="0" w:line="240" w:lineRule="auto"/>
            </w:pPr>
            <w:r>
              <w:rPr>
                <w:rFonts w:eastAsia="Arial"/>
                <w:color w:val="1F1F1F"/>
                <w:sz w:val="16"/>
              </w:rPr>
              <w:t>[</w:t>
            </w:r>
            <w:proofErr w:type="spellStart"/>
            <w:r>
              <w:rPr>
                <w:rFonts w:eastAsia="Arial"/>
                <w:color w:val="1F1F1F"/>
                <w:sz w:val="16"/>
              </w:rPr>
              <w:t>vom</w:t>
            </w:r>
            <w:proofErr w:type="spellEnd"/>
            <w:r>
              <w:rPr>
                <w:rFonts w:eastAsia="Arial"/>
                <w:color w:val="1F1F1F"/>
                <w:sz w:val="16"/>
              </w:rPr>
              <w:t xml:space="preserve"> </w:t>
            </w:r>
            <w:proofErr w:type="spellStart"/>
            <w:r>
              <w:rPr>
                <w:rFonts w:eastAsia="Arial"/>
                <w:color w:val="1F1F1F"/>
                <w:sz w:val="16"/>
              </w:rPr>
              <w:t>Bewerber</w:t>
            </w:r>
            <w:proofErr w:type="spellEnd"/>
            <w:r>
              <w:rPr>
                <w:rFonts w:eastAsia="Arial"/>
                <w:color w:val="1F1F1F"/>
                <w:sz w:val="16"/>
              </w:rPr>
              <w:t xml:space="preserve"> </w:t>
            </w:r>
            <w:proofErr w:type="spellStart"/>
            <w:r>
              <w:rPr>
                <w:rFonts w:eastAsia="Arial"/>
                <w:color w:val="1F1F1F"/>
                <w:sz w:val="16"/>
              </w:rPr>
              <w:t>auszufüllen</w:t>
            </w:r>
            <w:proofErr w:type="spellEnd"/>
            <w:r>
              <w:rPr>
                <w:rFonts w:eastAsia="Arial"/>
                <w:color w:val="1F1F1F"/>
                <w:sz w:val="16"/>
              </w:rPr>
              <w:t>]</w:t>
            </w:r>
          </w:p>
        </w:tc>
      </w:tr>
      <w:tr w:rsidR="00E84B84" w14:paraId="5F412A8C" w14:textId="77777777">
        <w:trPr>
          <w:cantSplit/>
          <w:jc w:val="center"/>
        </w:trPr>
        <w:tc>
          <w:tcPr>
            <w:tcW w:w="3969" w:type="dxa"/>
            <w:shd w:val="clear" w:color="auto" w:fill="F3F6F8"/>
            <w:tcMar>
              <w:top w:w="40" w:type="dxa"/>
              <w:left w:w="80" w:type="dxa"/>
              <w:bottom w:w="40" w:type="dxa"/>
              <w:right w:w="80" w:type="dxa"/>
            </w:tcMar>
            <w:vAlign w:val="center"/>
          </w:tcPr>
          <w:p w14:paraId="38C4099D" w14:textId="77777777" w:rsidR="00E84B84" w:rsidRDefault="008D034A">
            <w:pPr>
              <w:spacing w:after="0" w:line="240" w:lineRule="auto"/>
            </w:pPr>
            <w:proofErr w:type="spellStart"/>
            <w:r>
              <w:rPr>
                <w:rFonts w:eastAsia="Arial"/>
                <w:color w:val="1F1F1F"/>
                <w:sz w:val="16"/>
              </w:rPr>
              <w:t>Ergänzende</w:t>
            </w:r>
            <w:proofErr w:type="spellEnd"/>
            <w:r>
              <w:rPr>
                <w:rFonts w:eastAsia="Arial"/>
                <w:color w:val="1F1F1F"/>
                <w:sz w:val="16"/>
              </w:rPr>
              <w:t xml:space="preserve"> </w:t>
            </w:r>
            <w:proofErr w:type="spellStart"/>
            <w:r>
              <w:rPr>
                <w:rFonts w:eastAsia="Arial"/>
                <w:color w:val="1F1F1F"/>
                <w:sz w:val="16"/>
              </w:rPr>
              <w:t>Erläuterung</w:t>
            </w:r>
            <w:proofErr w:type="spellEnd"/>
            <w:r>
              <w:rPr>
                <w:rFonts w:eastAsia="Arial"/>
                <w:color w:val="1F1F1F"/>
                <w:sz w:val="16"/>
              </w:rPr>
              <w:t xml:space="preserve"> / </w:t>
            </w:r>
            <w:proofErr w:type="spellStart"/>
            <w:r>
              <w:rPr>
                <w:rFonts w:eastAsia="Arial"/>
                <w:color w:val="1F1F1F"/>
                <w:sz w:val="16"/>
              </w:rPr>
              <w:t>Einschränkungen</w:t>
            </w:r>
            <w:proofErr w:type="spellEnd"/>
          </w:p>
        </w:tc>
        <w:tc>
          <w:tcPr>
            <w:tcW w:w="11225" w:type="dxa"/>
            <w:shd w:val="clear" w:color="auto" w:fill="FFFBEA"/>
            <w:tcMar>
              <w:top w:w="40" w:type="dxa"/>
              <w:left w:w="80" w:type="dxa"/>
              <w:bottom w:w="40" w:type="dxa"/>
              <w:right w:w="80" w:type="dxa"/>
            </w:tcMar>
            <w:vAlign w:val="center"/>
          </w:tcPr>
          <w:p w14:paraId="53B198D6" w14:textId="77777777" w:rsidR="00E84B84" w:rsidRDefault="008D034A">
            <w:pPr>
              <w:spacing w:after="0" w:line="240" w:lineRule="auto"/>
            </w:pPr>
            <w:r>
              <w:rPr>
                <w:rFonts w:eastAsia="Arial"/>
                <w:color w:val="1F1F1F"/>
                <w:sz w:val="16"/>
              </w:rPr>
              <w:t>[</w:t>
            </w:r>
            <w:proofErr w:type="spellStart"/>
            <w:r>
              <w:rPr>
                <w:rFonts w:eastAsia="Arial"/>
                <w:color w:val="1F1F1F"/>
                <w:sz w:val="16"/>
              </w:rPr>
              <w:t>vom</w:t>
            </w:r>
            <w:proofErr w:type="spellEnd"/>
            <w:r>
              <w:rPr>
                <w:rFonts w:eastAsia="Arial"/>
                <w:color w:val="1F1F1F"/>
                <w:sz w:val="16"/>
              </w:rPr>
              <w:t xml:space="preserve"> </w:t>
            </w:r>
            <w:proofErr w:type="spellStart"/>
            <w:r>
              <w:rPr>
                <w:rFonts w:eastAsia="Arial"/>
                <w:color w:val="1F1F1F"/>
                <w:sz w:val="16"/>
              </w:rPr>
              <w:t>Bewerber</w:t>
            </w:r>
            <w:proofErr w:type="spellEnd"/>
            <w:r>
              <w:rPr>
                <w:rFonts w:eastAsia="Arial"/>
                <w:color w:val="1F1F1F"/>
                <w:sz w:val="16"/>
              </w:rPr>
              <w:t xml:space="preserve"> </w:t>
            </w:r>
            <w:proofErr w:type="spellStart"/>
            <w:r>
              <w:rPr>
                <w:rFonts w:eastAsia="Arial"/>
                <w:color w:val="1F1F1F"/>
                <w:sz w:val="16"/>
              </w:rPr>
              <w:t>auszufüllen</w:t>
            </w:r>
            <w:proofErr w:type="spellEnd"/>
            <w:r>
              <w:rPr>
                <w:rFonts w:eastAsia="Arial"/>
                <w:color w:val="1F1F1F"/>
                <w:sz w:val="16"/>
              </w:rPr>
              <w:t>]</w:t>
            </w:r>
          </w:p>
        </w:tc>
      </w:tr>
    </w:tbl>
    <w:p w14:paraId="620A30C6" w14:textId="77777777" w:rsidR="008D034A" w:rsidRDefault="008D034A"/>
    <w:sectPr w:rsidR="008D034A" w:rsidSect="00034616">
      <w:headerReference w:type="even" r:id="rId8"/>
      <w:headerReference w:type="default" r:id="rId9"/>
      <w:footerReference w:type="even" r:id="rId10"/>
      <w:footerReference w:type="default" r:id="rId11"/>
      <w:headerReference w:type="first" r:id="rId12"/>
      <w:footerReference w:type="first" r:id="rId13"/>
      <w:pgSz w:w="16838" w:h="11906" w:orient="landscape"/>
      <w:pgMar w:top="482" w:right="567" w:bottom="397" w:left="56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F02FF5" w14:textId="77777777" w:rsidR="00A65F0A" w:rsidRDefault="00A65F0A">
      <w:pPr>
        <w:spacing w:after="0" w:line="240" w:lineRule="auto"/>
      </w:pPr>
      <w:r>
        <w:separator/>
      </w:r>
    </w:p>
  </w:endnote>
  <w:endnote w:type="continuationSeparator" w:id="0">
    <w:p w14:paraId="6FB65D09" w14:textId="77777777" w:rsidR="00A65F0A" w:rsidRDefault="00A65F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B74BC3" w14:textId="77777777" w:rsidR="00CD663C" w:rsidRDefault="00CD663C">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15B5E2" w14:textId="77777777" w:rsidR="00E84B84" w:rsidRPr="00191757" w:rsidRDefault="008D034A">
    <w:pPr>
      <w:pStyle w:val="Fuzeile"/>
      <w:jc w:val="center"/>
      <w:rPr>
        <w:lang w:val="de-DE"/>
      </w:rPr>
    </w:pPr>
    <w:r w:rsidRPr="00191757">
      <w:rPr>
        <w:rFonts w:eastAsia="Arial"/>
        <w:color w:val="666666"/>
        <w:sz w:val="15"/>
        <w:lang w:val="de-DE"/>
      </w:rPr>
      <w:t>SBK – Ausschreibung IT-Beratung | Arbeitsstand 23.09.2026</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7EDC4A" w14:textId="77777777" w:rsidR="00CD663C" w:rsidRDefault="00CD663C">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415B10" w14:textId="77777777" w:rsidR="00A65F0A" w:rsidRDefault="00A65F0A">
      <w:pPr>
        <w:spacing w:after="0" w:line="240" w:lineRule="auto"/>
      </w:pPr>
      <w:r>
        <w:separator/>
      </w:r>
    </w:p>
  </w:footnote>
  <w:footnote w:type="continuationSeparator" w:id="0">
    <w:p w14:paraId="4A5D8DC0" w14:textId="77777777" w:rsidR="00A65F0A" w:rsidRDefault="00A65F0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4F96DE" w14:textId="77777777" w:rsidR="00CD663C" w:rsidRDefault="00CD663C">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5C403D" w14:textId="77777777" w:rsidR="00E84B84" w:rsidRDefault="00E84B84">
    <w:pPr>
      <w:pStyle w:val="Kopfzeile"/>
    </w:pPr>
  </w:p>
  <w:tbl>
    <w:tblPr>
      <w:tblW w:w="0" w:type="auto"/>
      <w:jc w:val="center"/>
      <w:tblLayout w:type="fixed"/>
      <w:tblLook w:val="04A0" w:firstRow="1" w:lastRow="0" w:firstColumn="1" w:lastColumn="0" w:noHBand="0" w:noVBand="1"/>
    </w:tblPr>
    <w:tblGrid>
      <w:gridCol w:w="1701"/>
      <w:gridCol w:w="13606"/>
    </w:tblGrid>
    <w:tr w:rsidR="00E84B84" w14:paraId="5D6BB086" w14:textId="77777777">
      <w:trPr>
        <w:jc w:val="center"/>
      </w:trPr>
      <w:tc>
        <w:tcPr>
          <w:tcW w:w="1701" w:type="dxa"/>
        </w:tcPr>
        <w:p w14:paraId="491917DC" w14:textId="4AF2FBC0" w:rsidR="00E84B84" w:rsidRDefault="0055088E">
          <w:r w:rsidRPr="005638F1">
            <w:rPr>
              <w:rFonts w:cs="Arial"/>
              <w:noProof/>
            </w:rPr>
            <w:drawing>
              <wp:inline distT="0" distB="0" distL="0" distR="0" wp14:anchorId="66B0DF5F" wp14:editId="47EA6BC6">
                <wp:extent cx="660311" cy="248717"/>
                <wp:effectExtent l="0" t="0" r="6985" b="0"/>
                <wp:docPr id="2" name="shp_Logo_p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6052145" name="shp_Logo_pur"/>
                        <pic:cNvPicPr/>
                      </pic:nvPicPr>
                      <pic:blipFill>
                        <a:blip r:embed="rId1">
                          <a:extLst>
                            <a:ext uri="{96DAC541-7B7A-43D3-8B79-37D633B846F1}">
                              <asvg:svgBlip xmlns:asvg="http://schemas.microsoft.com/office/drawing/2016/SVG/main" r:embed="rId2"/>
                            </a:ext>
                          </a:extLst>
                        </a:blip>
                        <a:stretch>
                          <a:fillRect/>
                        </a:stretch>
                      </pic:blipFill>
                      <pic:spPr>
                        <a:xfrm>
                          <a:off x="0" y="0"/>
                          <a:ext cx="666367" cy="250998"/>
                        </a:xfrm>
                        <a:prstGeom prst="rect">
                          <a:avLst/>
                        </a:prstGeom>
                      </pic:spPr>
                    </pic:pic>
                  </a:graphicData>
                </a:graphic>
              </wp:inline>
            </w:drawing>
          </w:r>
        </w:p>
      </w:tc>
      <w:tc>
        <w:tcPr>
          <w:tcW w:w="13606" w:type="dxa"/>
          <w:tcMar>
            <w:top w:w="40" w:type="dxa"/>
            <w:left w:w="80" w:type="dxa"/>
            <w:bottom w:w="40" w:type="dxa"/>
            <w:right w:w="80" w:type="dxa"/>
          </w:tcMar>
          <w:vAlign w:val="center"/>
        </w:tcPr>
        <w:p w14:paraId="53C1496F" w14:textId="77777777" w:rsidR="00CD663C" w:rsidRPr="00CD663C" w:rsidRDefault="00CD663C" w:rsidP="00CD663C">
          <w:pPr>
            <w:spacing w:before="120" w:after="40" w:line="240" w:lineRule="auto"/>
            <w:rPr>
              <w:rFonts w:eastAsia="Arial"/>
              <w:b/>
              <w:color w:val="17365D"/>
              <w:sz w:val="17"/>
              <w:lang w:val="de-DE"/>
            </w:rPr>
          </w:pPr>
          <w:r w:rsidRPr="00CD663C">
            <w:rPr>
              <w:rFonts w:eastAsia="Arial"/>
              <w:b/>
              <w:color w:val="17365D"/>
              <w:sz w:val="17"/>
              <w:lang w:val="de-DE"/>
            </w:rPr>
            <w:t xml:space="preserve">Ausschreibung </w:t>
          </w:r>
          <w:r w:rsidRPr="00CD663C">
            <w:rPr>
              <w:rFonts w:eastAsia="Arial"/>
              <w:b/>
              <w:color w:val="17365D"/>
              <w:sz w:val="17"/>
              <w:lang w:val="de-DE"/>
            </w:rPr>
            <w:t>„IT-Beratung – konzeptionelle Beratungs- und Unterstützungsleistungen für die SBK“</w:t>
          </w:r>
        </w:p>
        <w:p w14:paraId="62B5397F" w14:textId="392B025D" w:rsidR="00E84B84" w:rsidRDefault="008D034A">
          <w:pPr>
            <w:spacing w:after="0" w:line="240" w:lineRule="auto"/>
            <w:jc w:val="right"/>
          </w:pPr>
          <w:r>
            <w:rPr>
              <w:rFonts w:eastAsia="Arial"/>
              <w:b/>
              <w:color w:val="17365D"/>
              <w:sz w:val="17"/>
            </w:rPr>
            <w:t xml:space="preserve">Anlage – </w:t>
          </w:r>
          <w:proofErr w:type="spellStart"/>
          <w:r>
            <w:rPr>
              <w:rFonts w:eastAsia="Arial"/>
              <w:b/>
              <w:color w:val="17365D"/>
              <w:sz w:val="17"/>
            </w:rPr>
            <w:t>Vordruck</w:t>
          </w:r>
          <w:proofErr w:type="spellEnd"/>
          <w:r>
            <w:rPr>
              <w:rFonts w:eastAsia="Arial"/>
              <w:b/>
              <w:color w:val="17365D"/>
              <w:sz w:val="17"/>
            </w:rPr>
            <w:t xml:space="preserve"> </w:t>
          </w:r>
          <w:proofErr w:type="spellStart"/>
          <w:r>
            <w:rPr>
              <w:rFonts w:eastAsia="Arial"/>
              <w:b/>
              <w:color w:val="17365D"/>
              <w:sz w:val="17"/>
            </w:rPr>
            <w:t>Leistungsfeldreferenzen</w:t>
          </w:r>
          <w:proofErr w:type="spellEnd"/>
        </w:p>
      </w:tc>
    </w:tr>
  </w:tbl>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F716CC" w14:textId="77777777" w:rsidR="00CD663C" w:rsidRDefault="00CD663C">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ennumm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ennumm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Aufzhlungszeichen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Aufzhlungszeichen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ennumm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ufzhlungszeichen"/>
      <w:lvlText w:val=""/>
      <w:lvlJc w:val="left"/>
      <w:pPr>
        <w:tabs>
          <w:tab w:val="num" w:pos="360"/>
        </w:tabs>
        <w:ind w:left="360" w:hanging="360"/>
      </w:pPr>
      <w:rPr>
        <w:rFonts w:ascii="Symbol" w:hAnsi="Symbol" w:hint="default"/>
      </w:rPr>
    </w:lvl>
  </w:abstractNum>
  <w:num w:numId="1" w16cid:durableId="1225678908">
    <w:abstractNumId w:val="8"/>
  </w:num>
  <w:num w:numId="2" w16cid:durableId="956790967">
    <w:abstractNumId w:val="6"/>
  </w:num>
  <w:num w:numId="3" w16cid:durableId="681860432">
    <w:abstractNumId w:val="5"/>
  </w:num>
  <w:num w:numId="4" w16cid:durableId="18554792">
    <w:abstractNumId w:val="4"/>
  </w:num>
  <w:num w:numId="5" w16cid:durableId="1295988701">
    <w:abstractNumId w:val="7"/>
  </w:num>
  <w:num w:numId="6" w16cid:durableId="2035228788">
    <w:abstractNumId w:val="3"/>
  </w:num>
  <w:num w:numId="7" w16cid:durableId="615720929">
    <w:abstractNumId w:val="2"/>
  </w:num>
  <w:num w:numId="8" w16cid:durableId="697311473">
    <w:abstractNumId w:val="1"/>
  </w:num>
  <w:num w:numId="9" w16cid:durableId="77073549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06B32"/>
    <w:rsid w:val="0015074B"/>
    <w:rsid w:val="00172726"/>
    <w:rsid w:val="00191757"/>
    <w:rsid w:val="001E0666"/>
    <w:rsid w:val="001F4D7E"/>
    <w:rsid w:val="0029639D"/>
    <w:rsid w:val="00326F90"/>
    <w:rsid w:val="00366253"/>
    <w:rsid w:val="00375B6A"/>
    <w:rsid w:val="004E7AD8"/>
    <w:rsid w:val="0055088E"/>
    <w:rsid w:val="008D034A"/>
    <w:rsid w:val="00A65F0A"/>
    <w:rsid w:val="00AA1D8D"/>
    <w:rsid w:val="00B47730"/>
    <w:rsid w:val="00BA2CF2"/>
    <w:rsid w:val="00BF5C00"/>
    <w:rsid w:val="00C34CF1"/>
    <w:rsid w:val="00C53760"/>
    <w:rsid w:val="00C7547C"/>
    <w:rsid w:val="00CB0664"/>
    <w:rsid w:val="00CD1D7F"/>
    <w:rsid w:val="00CD663C"/>
    <w:rsid w:val="00E05BED"/>
    <w:rsid w:val="00E11C75"/>
    <w:rsid w:val="00E47ECA"/>
    <w:rsid w:val="00E84B8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FE91478"/>
  <w14:defaultImageDpi w14:val="300"/>
  <w15:docId w15:val="{DFE09E78-5663-416E-8642-4B24A5CF93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FC693F"/>
    <w:pPr>
      <w:spacing w:after="60"/>
    </w:pPr>
    <w:rPr>
      <w:rFonts w:ascii="Arial" w:hAnsi="Arial"/>
      <w:sz w:val="18"/>
    </w:rPr>
  </w:style>
  <w:style w:type="paragraph" w:styleId="berschrift1">
    <w:name w:val="heading 1"/>
    <w:basedOn w:val="Standard"/>
    <w:next w:val="Standard"/>
    <w:link w:val="berschrift1Zchn"/>
    <w:uiPriority w:val="9"/>
    <w:qFormat/>
    <w:rsid w:val="00FC693F"/>
    <w:pPr>
      <w:keepNext/>
      <w:keepLines/>
      <w:spacing w:before="160"/>
      <w:outlineLvl w:val="0"/>
    </w:pPr>
    <w:rPr>
      <w:rFonts w:asciiTheme="majorHAnsi" w:eastAsiaTheme="majorEastAsia" w:hAnsiTheme="majorHAnsi" w:cstheme="majorBidi"/>
      <w:b/>
      <w:bCs/>
      <w:color w:val="17365D"/>
      <w:sz w:val="32"/>
      <w:szCs w:val="28"/>
    </w:rPr>
  </w:style>
  <w:style w:type="paragraph" w:styleId="berschrift2">
    <w:name w:val="heading 2"/>
    <w:basedOn w:val="Standard"/>
    <w:next w:val="Standard"/>
    <w:link w:val="berschrift2Zchn"/>
    <w:uiPriority w:val="9"/>
    <w:unhideWhenUsed/>
    <w:qFormat/>
    <w:rsid w:val="00FC693F"/>
    <w:pPr>
      <w:keepNext/>
      <w:keepLines/>
      <w:spacing w:before="100"/>
      <w:outlineLvl w:val="1"/>
    </w:pPr>
    <w:rPr>
      <w:rFonts w:asciiTheme="majorHAnsi" w:eastAsiaTheme="majorEastAsia" w:hAnsiTheme="majorHAnsi" w:cstheme="majorBidi"/>
      <w:b/>
      <w:bCs/>
      <w:color w:val="0B4F7A"/>
      <w:sz w:val="24"/>
      <w:szCs w:val="26"/>
    </w:rPr>
  </w:style>
  <w:style w:type="paragraph" w:styleId="berschrift3">
    <w:name w:val="heading 3"/>
    <w:basedOn w:val="Standard"/>
    <w:next w:val="Standard"/>
    <w:link w:val="berschrift3Zchn"/>
    <w:uiPriority w:val="9"/>
    <w:unhideWhenUsed/>
    <w:qFormat/>
    <w:rsid w:val="00FC693F"/>
    <w:pPr>
      <w:keepNext/>
      <w:keepLines/>
      <w:spacing w:before="100"/>
      <w:outlineLvl w:val="2"/>
    </w:pPr>
    <w:rPr>
      <w:rFonts w:asciiTheme="majorHAnsi" w:eastAsiaTheme="majorEastAsia" w:hAnsiTheme="majorHAnsi" w:cstheme="majorBidi"/>
      <w:b/>
      <w:bCs/>
      <w:color w:val="17365D"/>
      <w:sz w:val="20"/>
    </w:rPr>
  </w:style>
  <w:style w:type="paragraph" w:styleId="berschrift4">
    <w:name w:val="heading 4"/>
    <w:basedOn w:val="Standard"/>
    <w:next w:val="Standard"/>
    <w:link w:val="berschrift4Zchn"/>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berschrift5">
    <w:name w:val="heading 5"/>
    <w:basedOn w:val="Standard"/>
    <w:next w:val="Standard"/>
    <w:link w:val="berschrift5Zchn"/>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berschrift6">
    <w:name w:val="heading 6"/>
    <w:basedOn w:val="Standard"/>
    <w:next w:val="Standard"/>
    <w:link w:val="berschrift6Zchn"/>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berschrift7">
    <w:name w:val="heading 7"/>
    <w:basedOn w:val="Standard"/>
    <w:next w:val="Standard"/>
    <w:link w:val="berschrift7Zchn"/>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berschrift8">
    <w:name w:val="heading 8"/>
    <w:basedOn w:val="Standard"/>
    <w:next w:val="Standard"/>
    <w:link w:val="berschrift8Zchn"/>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berschrift9">
    <w:name w:val="heading 9"/>
    <w:basedOn w:val="Standard"/>
    <w:next w:val="Standard"/>
    <w:link w:val="berschrift9Zchn"/>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E618BF"/>
    <w:pPr>
      <w:tabs>
        <w:tab w:val="center" w:pos="4680"/>
        <w:tab w:val="right" w:pos="9360"/>
      </w:tabs>
      <w:spacing w:after="0" w:line="240" w:lineRule="auto"/>
    </w:pPr>
  </w:style>
  <w:style w:type="character" w:customStyle="1" w:styleId="KopfzeileZchn">
    <w:name w:val="Kopfzeile Zchn"/>
    <w:basedOn w:val="Absatz-Standardschriftart"/>
    <w:link w:val="Kopfzeile"/>
    <w:uiPriority w:val="99"/>
    <w:rsid w:val="00E618BF"/>
  </w:style>
  <w:style w:type="paragraph" w:styleId="Fuzeile">
    <w:name w:val="footer"/>
    <w:basedOn w:val="Standard"/>
    <w:link w:val="FuzeileZchn"/>
    <w:uiPriority w:val="99"/>
    <w:unhideWhenUsed/>
    <w:rsid w:val="00E618BF"/>
    <w:pPr>
      <w:tabs>
        <w:tab w:val="center" w:pos="4680"/>
        <w:tab w:val="right" w:pos="9360"/>
      </w:tabs>
      <w:spacing w:after="0" w:line="240" w:lineRule="auto"/>
    </w:pPr>
  </w:style>
  <w:style w:type="character" w:customStyle="1" w:styleId="FuzeileZchn">
    <w:name w:val="Fußzeile Zchn"/>
    <w:basedOn w:val="Absatz-Standardschriftart"/>
    <w:link w:val="Fuzeile"/>
    <w:uiPriority w:val="99"/>
    <w:rsid w:val="00E618BF"/>
  </w:style>
  <w:style w:type="paragraph" w:styleId="KeinLeerraum">
    <w:name w:val="No Spacing"/>
    <w:uiPriority w:val="1"/>
    <w:qFormat/>
    <w:rsid w:val="00FC693F"/>
    <w:pPr>
      <w:spacing w:after="0" w:line="240" w:lineRule="auto"/>
    </w:pPr>
  </w:style>
  <w:style w:type="character" w:customStyle="1" w:styleId="berschrift1Zchn">
    <w:name w:val="Überschrift 1 Zchn"/>
    <w:basedOn w:val="Absatz-Standardschriftart"/>
    <w:link w:val="berschrift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berschrift2Zchn">
    <w:name w:val="Überschrift 2 Zchn"/>
    <w:basedOn w:val="Absatz-Standardschriftart"/>
    <w:link w:val="berschrift2"/>
    <w:uiPriority w:val="9"/>
    <w:rsid w:val="00FC693F"/>
    <w:rPr>
      <w:rFonts w:asciiTheme="majorHAnsi" w:eastAsiaTheme="majorEastAsia" w:hAnsiTheme="majorHAnsi" w:cstheme="majorBidi"/>
      <w:b/>
      <w:bCs/>
      <w:color w:val="4F81BD" w:themeColor="accent1"/>
      <w:sz w:val="26"/>
      <w:szCs w:val="26"/>
    </w:rPr>
  </w:style>
  <w:style w:type="character" w:customStyle="1" w:styleId="berschrift3Zchn">
    <w:name w:val="Überschrift 3 Zchn"/>
    <w:basedOn w:val="Absatz-Standardschriftart"/>
    <w:link w:val="berschrift3"/>
    <w:uiPriority w:val="9"/>
    <w:rsid w:val="00FC693F"/>
    <w:rPr>
      <w:rFonts w:asciiTheme="majorHAnsi" w:eastAsiaTheme="majorEastAsia" w:hAnsiTheme="majorHAnsi" w:cstheme="majorBidi"/>
      <w:b/>
      <w:bCs/>
      <w:color w:val="4F81BD" w:themeColor="accent1"/>
    </w:rPr>
  </w:style>
  <w:style w:type="paragraph" w:styleId="Titel">
    <w:name w:val="Title"/>
    <w:basedOn w:val="Standard"/>
    <w:next w:val="Standard"/>
    <w:link w:val="TitelZchn"/>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elZchn">
    <w:name w:val="Titel Zchn"/>
    <w:basedOn w:val="Absatz-Standardschriftart"/>
    <w:link w:val="Titel"/>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Untertitel">
    <w:name w:val="Subtitle"/>
    <w:basedOn w:val="Standard"/>
    <w:next w:val="Standard"/>
    <w:link w:val="UntertitelZchn"/>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UntertitelZchn">
    <w:name w:val="Untertitel Zchn"/>
    <w:basedOn w:val="Absatz-Standardschriftart"/>
    <w:link w:val="Untertitel"/>
    <w:uiPriority w:val="11"/>
    <w:rsid w:val="00FC693F"/>
    <w:rPr>
      <w:rFonts w:asciiTheme="majorHAnsi" w:eastAsiaTheme="majorEastAsia" w:hAnsiTheme="majorHAnsi" w:cstheme="majorBidi"/>
      <w:i/>
      <w:iCs/>
      <w:color w:val="4F81BD" w:themeColor="accent1"/>
      <w:spacing w:val="15"/>
      <w:sz w:val="24"/>
      <w:szCs w:val="24"/>
    </w:rPr>
  </w:style>
  <w:style w:type="paragraph" w:styleId="Listenabsatz">
    <w:name w:val="List Paragraph"/>
    <w:basedOn w:val="Standard"/>
    <w:uiPriority w:val="34"/>
    <w:qFormat/>
    <w:rsid w:val="00FC693F"/>
    <w:pPr>
      <w:ind w:left="720"/>
      <w:contextualSpacing/>
    </w:pPr>
  </w:style>
  <w:style w:type="paragraph" w:styleId="Textkrper">
    <w:name w:val="Body Text"/>
    <w:basedOn w:val="Standard"/>
    <w:link w:val="TextkrperZchn"/>
    <w:uiPriority w:val="99"/>
    <w:unhideWhenUsed/>
    <w:rsid w:val="00AA1D8D"/>
    <w:pPr>
      <w:spacing w:after="120"/>
    </w:pPr>
  </w:style>
  <w:style w:type="character" w:customStyle="1" w:styleId="TextkrperZchn">
    <w:name w:val="Textkörper Zchn"/>
    <w:basedOn w:val="Absatz-Standardschriftart"/>
    <w:link w:val="Textkrper"/>
    <w:uiPriority w:val="99"/>
    <w:rsid w:val="00AA1D8D"/>
  </w:style>
  <w:style w:type="paragraph" w:styleId="Textkrper2">
    <w:name w:val="Body Text 2"/>
    <w:basedOn w:val="Standard"/>
    <w:link w:val="Textkrper2Zchn"/>
    <w:uiPriority w:val="99"/>
    <w:unhideWhenUsed/>
    <w:rsid w:val="00AA1D8D"/>
    <w:pPr>
      <w:spacing w:after="120" w:line="480" w:lineRule="auto"/>
    </w:pPr>
  </w:style>
  <w:style w:type="character" w:customStyle="1" w:styleId="Textkrper2Zchn">
    <w:name w:val="Textkörper 2 Zchn"/>
    <w:basedOn w:val="Absatz-Standardschriftart"/>
    <w:link w:val="Textkrper2"/>
    <w:uiPriority w:val="99"/>
    <w:rsid w:val="00AA1D8D"/>
  </w:style>
  <w:style w:type="paragraph" w:styleId="Textkrper3">
    <w:name w:val="Body Text 3"/>
    <w:basedOn w:val="Standard"/>
    <w:link w:val="Textkrper3Zchn"/>
    <w:uiPriority w:val="99"/>
    <w:unhideWhenUsed/>
    <w:rsid w:val="00AA1D8D"/>
    <w:pPr>
      <w:spacing w:after="120"/>
    </w:pPr>
    <w:rPr>
      <w:sz w:val="16"/>
      <w:szCs w:val="16"/>
    </w:rPr>
  </w:style>
  <w:style w:type="character" w:customStyle="1" w:styleId="Textkrper3Zchn">
    <w:name w:val="Textkörper 3 Zchn"/>
    <w:basedOn w:val="Absatz-Standardschriftart"/>
    <w:link w:val="Textkrper3"/>
    <w:uiPriority w:val="99"/>
    <w:rsid w:val="00AA1D8D"/>
    <w:rPr>
      <w:sz w:val="16"/>
      <w:szCs w:val="16"/>
    </w:rPr>
  </w:style>
  <w:style w:type="paragraph" w:styleId="Liste">
    <w:name w:val="List"/>
    <w:basedOn w:val="Standard"/>
    <w:uiPriority w:val="99"/>
    <w:unhideWhenUsed/>
    <w:rsid w:val="00AA1D8D"/>
    <w:pPr>
      <w:ind w:left="360" w:hanging="360"/>
      <w:contextualSpacing/>
    </w:pPr>
  </w:style>
  <w:style w:type="paragraph" w:styleId="Liste2">
    <w:name w:val="List 2"/>
    <w:basedOn w:val="Standard"/>
    <w:uiPriority w:val="99"/>
    <w:unhideWhenUsed/>
    <w:rsid w:val="00326F90"/>
    <w:pPr>
      <w:ind w:left="720" w:hanging="360"/>
      <w:contextualSpacing/>
    </w:pPr>
  </w:style>
  <w:style w:type="paragraph" w:styleId="Liste3">
    <w:name w:val="List 3"/>
    <w:basedOn w:val="Standard"/>
    <w:uiPriority w:val="99"/>
    <w:unhideWhenUsed/>
    <w:rsid w:val="00326F90"/>
    <w:pPr>
      <w:ind w:left="1080" w:hanging="360"/>
      <w:contextualSpacing/>
    </w:pPr>
  </w:style>
  <w:style w:type="paragraph" w:styleId="Aufzhlungszeichen">
    <w:name w:val="List Bullet"/>
    <w:basedOn w:val="Standard"/>
    <w:uiPriority w:val="99"/>
    <w:unhideWhenUsed/>
    <w:rsid w:val="00326F90"/>
    <w:pPr>
      <w:numPr>
        <w:numId w:val="1"/>
      </w:numPr>
      <w:contextualSpacing/>
    </w:pPr>
  </w:style>
  <w:style w:type="paragraph" w:styleId="Aufzhlungszeichen2">
    <w:name w:val="List Bullet 2"/>
    <w:basedOn w:val="Standard"/>
    <w:uiPriority w:val="99"/>
    <w:unhideWhenUsed/>
    <w:rsid w:val="00326F90"/>
    <w:pPr>
      <w:numPr>
        <w:numId w:val="2"/>
      </w:numPr>
      <w:contextualSpacing/>
    </w:pPr>
  </w:style>
  <w:style w:type="paragraph" w:styleId="Aufzhlungszeichen3">
    <w:name w:val="List Bullet 3"/>
    <w:basedOn w:val="Standard"/>
    <w:uiPriority w:val="99"/>
    <w:unhideWhenUsed/>
    <w:rsid w:val="00326F90"/>
    <w:pPr>
      <w:numPr>
        <w:numId w:val="3"/>
      </w:numPr>
      <w:contextualSpacing/>
    </w:pPr>
  </w:style>
  <w:style w:type="paragraph" w:styleId="Listennummer">
    <w:name w:val="List Number"/>
    <w:basedOn w:val="Standard"/>
    <w:uiPriority w:val="99"/>
    <w:unhideWhenUsed/>
    <w:rsid w:val="00326F90"/>
    <w:pPr>
      <w:numPr>
        <w:numId w:val="5"/>
      </w:numPr>
      <w:contextualSpacing/>
    </w:pPr>
  </w:style>
  <w:style w:type="paragraph" w:styleId="Listennummer2">
    <w:name w:val="List Number 2"/>
    <w:basedOn w:val="Standard"/>
    <w:uiPriority w:val="99"/>
    <w:unhideWhenUsed/>
    <w:rsid w:val="0029639D"/>
    <w:pPr>
      <w:numPr>
        <w:numId w:val="6"/>
      </w:numPr>
      <w:contextualSpacing/>
    </w:pPr>
  </w:style>
  <w:style w:type="paragraph" w:styleId="Listennummer3">
    <w:name w:val="List Number 3"/>
    <w:basedOn w:val="Standard"/>
    <w:uiPriority w:val="99"/>
    <w:unhideWhenUsed/>
    <w:rsid w:val="0029639D"/>
    <w:pPr>
      <w:numPr>
        <w:numId w:val="7"/>
      </w:numPr>
      <w:contextualSpacing/>
    </w:pPr>
  </w:style>
  <w:style w:type="paragraph" w:styleId="Listenfortsetzung">
    <w:name w:val="List Continue"/>
    <w:basedOn w:val="Standard"/>
    <w:uiPriority w:val="99"/>
    <w:unhideWhenUsed/>
    <w:rsid w:val="0029639D"/>
    <w:pPr>
      <w:spacing w:after="120"/>
      <w:ind w:left="360"/>
      <w:contextualSpacing/>
    </w:pPr>
  </w:style>
  <w:style w:type="paragraph" w:styleId="Listenfortsetzung2">
    <w:name w:val="List Continue 2"/>
    <w:basedOn w:val="Standard"/>
    <w:uiPriority w:val="99"/>
    <w:unhideWhenUsed/>
    <w:rsid w:val="0029639D"/>
    <w:pPr>
      <w:spacing w:after="120"/>
      <w:ind w:left="720"/>
      <w:contextualSpacing/>
    </w:pPr>
  </w:style>
  <w:style w:type="paragraph" w:styleId="Listenfortsetzung3">
    <w:name w:val="List Continue 3"/>
    <w:basedOn w:val="Standard"/>
    <w:uiPriority w:val="99"/>
    <w:unhideWhenUsed/>
    <w:rsid w:val="0029639D"/>
    <w:pPr>
      <w:spacing w:after="120"/>
      <w:ind w:left="1080"/>
      <w:contextualSpacing/>
    </w:pPr>
  </w:style>
  <w:style w:type="paragraph" w:styleId="Makrotext">
    <w:name w:val="macro"/>
    <w:link w:val="MakrotextZchn"/>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textZchn">
    <w:name w:val="Makrotext Zchn"/>
    <w:basedOn w:val="Absatz-Standardschriftart"/>
    <w:link w:val="Makrotext"/>
    <w:uiPriority w:val="99"/>
    <w:rsid w:val="0029639D"/>
    <w:rPr>
      <w:rFonts w:ascii="Courier" w:hAnsi="Courier"/>
      <w:sz w:val="20"/>
      <w:szCs w:val="20"/>
    </w:rPr>
  </w:style>
  <w:style w:type="paragraph" w:styleId="Zitat">
    <w:name w:val="Quote"/>
    <w:basedOn w:val="Standard"/>
    <w:next w:val="Standard"/>
    <w:link w:val="ZitatZchn"/>
    <w:uiPriority w:val="29"/>
    <w:qFormat/>
    <w:rsid w:val="00FC693F"/>
    <w:rPr>
      <w:i/>
      <w:iCs/>
      <w:color w:val="000000" w:themeColor="text1"/>
    </w:rPr>
  </w:style>
  <w:style w:type="character" w:customStyle="1" w:styleId="ZitatZchn">
    <w:name w:val="Zitat Zchn"/>
    <w:basedOn w:val="Absatz-Standardschriftart"/>
    <w:link w:val="Zitat"/>
    <w:uiPriority w:val="29"/>
    <w:rsid w:val="00FC693F"/>
    <w:rPr>
      <w:i/>
      <w:iCs/>
      <w:color w:val="000000" w:themeColor="text1"/>
    </w:rPr>
  </w:style>
  <w:style w:type="character" w:customStyle="1" w:styleId="berschrift4Zchn">
    <w:name w:val="Überschrift 4 Zchn"/>
    <w:basedOn w:val="Absatz-Standardschriftart"/>
    <w:link w:val="berschrift4"/>
    <w:uiPriority w:val="9"/>
    <w:semiHidden/>
    <w:rsid w:val="00FC693F"/>
    <w:rPr>
      <w:rFonts w:asciiTheme="majorHAnsi" w:eastAsiaTheme="majorEastAsia" w:hAnsiTheme="majorHAnsi" w:cstheme="majorBidi"/>
      <w:b/>
      <w:bCs/>
      <w:i/>
      <w:iCs/>
      <w:color w:val="4F81BD" w:themeColor="accent1"/>
    </w:rPr>
  </w:style>
  <w:style w:type="character" w:customStyle="1" w:styleId="berschrift5Zchn">
    <w:name w:val="Überschrift 5 Zchn"/>
    <w:basedOn w:val="Absatz-Standardschriftart"/>
    <w:link w:val="berschrift5"/>
    <w:uiPriority w:val="9"/>
    <w:semiHidden/>
    <w:rsid w:val="00FC693F"/>
    <w:rPr>
      <w:rFonts w:asciiTheme="majorHAnsi" w:eastAsiaTheme="majorEastAsia" w:hAnsiTheme="majorHAnsi" w:cstheme="majorBidi"/>
      <w:color w:val="243F60" w:themeColor="accent1" w:themeShade="7F"/>
    </w:rPr>
  </w:style>
  <w:style w:type="character" w:customStyle="1" w:styleId="berschrift6Zchn">
    <w:name w:val="Überschrift 6 Zchn"/>
    <w:basedOn w:val="Absatz-Standardschriftart"/>
    <w:link w:val="berschrift6"/>
    <w:uiPriority w:val="9"/>
    <w:semiHidden/>
    <w:rsid w:val="00FC693F"/>
    <w:rPr>
      <w:rFonts w:asciiTheme="majorHAnsi" w:eastAsiaTheme="majorEastAsia" w:hAnsiTheme="majorHAnsi" w:cstheme="majorBidi"/>
      <w:i/>
      <w:iCs/>
      <w:color w:val="243F60" w:themeColor="accent1" w:themeShade="7F"/>
    </w:rPr>
  </w:style>
  <w:style w:type="character" w:customStyle="1" w:styleId="berschrift7Zchn">
    <w:name w:val="Überschrift 7 Zchn"/>
    <w:basedOn w:val="Absatz-Standardschriftart"/>
    <w:link w:val="berschrift7"/>
    <w:uiPriority w:val="9"/>
    <w:semiHidden/>
    <w:rsid w:val="00FC693F"/>
    <w:rPr>
      <w:rFonts w:asciiTheme="majorHAnsi" w:eastAsiaTheme="majorEastAsia" w:hAnsiTheme="majorHAnsi" w:cstheme="majorBidi"/>
      <w:i/>
      <w:iCs/>
      <w:color w:val="404040" w:themeColor="text1" w:themeTint="BF"/>
    </w:rPr>
  </w:style>
  <w:style w:type="character" w:customStyle="1" w:styleId="berschrift8Zchn">
    <w:name w:val="Überschrift 8 Zchn"/>
    <w:basedOn w:val="Absatz-Standardschriftart"/>
    <w:link w:val="berschrift8"/>
    <w:uiPriority w:val="9"/>
    <w:semiHidden/>
    <w:rsid w:val="00FC693F"/>
    <w:rPr>
      <w:rFonts w:asciiTheme="majorHAnsi" w:eastAsiaTheme="majorEastAsia" w:hAnsiTheme="majorHAnsi" w:cstheme="majorBidi"/>
      <w:color w:val="4F81BD" w:themeColor="accent1"/>
      <w:sz w:val="20"/>
      <w:szCs w:val="20"/>
    </w:rPr>
  </w:style>
  <w:style w:type="character" w:customStyle="1" w:styleId="berschrift9Zchn">
    <w:name w:val="Überschrift 9 Zchn"/>
    <w:basedOn w:val="Absatz-Standardschriftart"/>
    <w:link w:val="berschrift9"/>
    <w:uiPriority w:val="9"/>
    <w:semiHidden/>
    <w:rsid w:val="00FC693F"/>
    <w:rPr>
      <w:rFonts w:asciiTheme="majorHAnsi" w:eastAsiaTheme="majorEastAsia" w:hAnsiTheme="majorHAnsi" w:cstheme="majorBidi"/>
      <w:i/>
      <w:iCs/>
      <w:color w:val="404040" w:themeColor="text1" w:themeTint="BF"/>
      <w:sz w:val="20"/>
      <w:szCs w:val="20"/>
    </w:rPr>
  </w:style>
  <w:style w:type="paragraph" w:styleId="Beschriftung">
    <w:name w:val="caption"/>
    <w:basedOn w:val="Standard"/>
    <w:next w:val="Standard"/>
    <w:uiPriority w:val="35"/>
    <w:semiHidden/>
    <w:unhideWhenUsed/>
    <w:qFormat/>
    <w:rsid w:val="00FC693F"/>
    <w:pPr>
      <w:spacing w:line="240" w:lineRule="auto"/>
    </w:pPr>
    <w:rPr>
      <w:b/>
      <w:bCs/>
      <w:color w:val="4F81BD" w:themeColor="accent1"/>
      <w:szCs w:val="18"/>
    </w:rPr>
  </w:style>
  <w:style w:type="character" w:styleId="Fett">
    <w:name w:val="Strong"/>
    <w:basedOn w:val="Absatz-Standardschriftart"/>
    <w:uiPriority w:val="22"/>
    <w:qFormat/>
    <w:rsid w:val="00FC693F"/>
    <w:rPr>
      <w:b/>
      <w:bCs/>
    </w:rPr>
  </w:style>
  <w:style w:type="character" w:styleId="Hervorhebung">
    <w:name w:val="Emphasis"/>
    <w:basedOn w:val="Absatz-Standardschriftart"/>
    <w:uiPriority w:val="20"/>
    <w:qFormat/>
    <w:rsid w:val="00FC693F"/>
    <w:rPr>
      <w:i/>
      <w:iCs/>
    </w:rPr>
  </w:style>
  <w:style w:type="paragraph" w:styleId="IntensivesZitat">
    <w:name w:val="Intense Quote"/>
    <w:basedOn w:val="Standard"/>
    <w:next w:val="Standard"/>
    <w:link w:val="IntensivesZitatZchn"/>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ivesZitatZchn">
    <w:name w:val="Intensives Zitat Zchn"/>
    <w:basedOn w:val="Absatz-Standardschriftart"/>
    <w:link w:val="IntensivesZitat"/>
    <w:uiPriority w:val="30"/>
    <w:rsid w:val="00FC693F"/>
    <w:rPr>
      <w:b/>
      <w:bCs/>
      <w:i/>
      <w:iCs/>
      <w:color w:val="4F81BD" w:themeColor="accent1"/>
    </w:rPr>
  </w:style>
  <w:style w:type="character" w:styleId="SchwacheHervorhebung">
    <w:name w:val="Subtle Emphasis"/>
    <w:basedOn w:val="Absatz-Standardschriftart"/>
    <w:uiPriority w:val="19"/>
    <w:qFormat/>
    <w:rsid w:val="00FC693F"/>
    <w:rPr>
      <w:i/>
      <w:iCs/>
      <w:color w:val="808080" w:themeColor="text1" w:themeTint="7F"/>
    </w:rPr>
  </w:style>
  <w:style w:type="character" w:styleId="IntensiveHervorhebung">
    <w:name w:val="Intense Emphasis"/>
    <w:basedOn w:val="Absatz-Standardschriftart"/>
    <w:uiPriority w:val="21"/>
    <w:qFormat/>
    <w:rsid w:val="00FC693F"/>
    <w:rPr>
      <w:b/>
      <w:bCs/>
      <w:i/>
      <w:iCs/>
      <w:color w:val="4F81BD" w:themeColor="accent1"/>
    </w:rPr>
  </w:style>
  <w:style w:type="character" w:styleId="SchwacherVerweis">
    <w:name w:val="Subtle Reference"/>
    <w:basedOn w:val="Absatz-Standardschriftart"/>
    <w:uiPriority w:val="31"/>
    <w:qFormat/>
    <w:rsid w:val="00FC693F"/>
    <w:rPr>
      <w:smallCaps/>
      <w:color w:val="C0504D" w:themeColor="accent2"/>
      <w:u w:val="single"/>
    </w:rPr>
  </w:style>
  <w:style w:type="character" w:styleId="IntensiverVerweis">
    <w:name w:val="Intense Reference"/>
    <w:basedOn w:val="Absatz-Standardschriftart"/>
    <w:uiPriority w:val="32"/>
    <w:qFormat/>
    <w:rsid w:val="00FC693F"/>
    <w:rPr>
      <w:b/>
      <w:bCs/>
      <w:smallCaps/>
      <w:color w:val="C0504D" w:themeColor="accent2"/>
      <w:spacing w:val="5"/>
      <w:u w:val="single"/>
    </w:rPr>
  </w:style>
  <w:style w:type="character" w:styleId="Buchtitel">
    <w:name w:val="Book Title"/>
    <w:basedOn w:val="Absatz-Standardschriftart"/>
    <w:uiPriority w:val="33"/>
    <w:qFormat/>
    <w:rsid w:val="00FC693F"/>
    <w:rPr>
      <w:b/>
      <w:bCs/>
      <w:smallCaps/>
      <w:spacing w:val="5"/>
    </w:rPr>
  </w:style>
  <w:style w:type="paragraph" w:styleId="Inhaltsverzeichnisberschrift">
    <w:name w:val="TOC Heading"/>
    <w:basedOn w:val="berschrift1"/>
    <w:next w:val="Standard"/>
    <w:uiPriority w:val="39"/>
    <w:semiHidden/>
    <w:unhideWhenUsed/>
    <w:qFormat/>
    <w:rsid w:val="00FC693F"/>
    <w:pPr>
      <w:outlineLvl w:val="9"/>
    </w:pPr>
  </w:style>
  <w:style w:type="table" w:styleId="Tabellenraster">
    <w:name w:val="Table Grid"/>
    <w:basedOn w:val="NormaleTabelle"/>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HelleSchattierung">
    <w:name w:val="Light Shading"/>
    <w:basedOn w:val="NormaleTabelle"/>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HelleSchattierung-Akzent1">
    <w:name w:val="Light Shading Accent 1"/>
    <w:basedOn w:val="NormaleTabelle"/>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HelleSchattierung-Akzent2">
    <w:name w:val="Light Shading Accent 2"/>
    <w:basedOn w:val="NormaleTabelle"/>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HelleSchattierung-Akzent3">
    <w:name w:val="Light Shading Accent 3"/>
    <w:basedOn w:val="NormaleTabelle"/>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HelleSchattierung-Akzent4">
    <w:name w:val="Light Shading Accent 4"/>
    <w:basedOn w:val="NormaleTabelle"/>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HelleSchattierung-Akzent5">
    <w:name w:val="Light Shading Accent 5"/>
    <w:basedOn w:val="NormaleTabelle"/>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HelleSchattierung-Akzent6">
    <w:name w:val="Light Shading Accent 6"/>
    <w:basedOn w:val="NormaleTabelle"/>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HelleListe">
    <w:name w:val="Light List"/>
    <w:basedOn w:val="NormaleTabelle"/>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HelleListe-Akzent1">
    <w:name w:val="Light List Accent 1"/>
    <w:basedOn w:val="NormaleTabelle"/>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HelleListe-Akzent2">
    <w:name w:val="Light List Accent 2"/>
    <w:basedOn w:val="NormaleTabelle"/>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HelleListe-Akzent3">
    <w:name w:val="Light List Accent 3"/>
    <w:basedOn w:val="NormaleTabelle"/>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HelleListe-Akzent4">
    <w:name w:val="Light List Accent 4"/>
    <w:basedOn w:val="NormaleTabelle"/>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HelleListe-Akzent5">
    <w:name w:val="Light List Accent 5"/>
    <w:basedOn w:val="NormaleTabelle"/>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HelleListe-Akzent6">
    <w:name w:val="Light List Accent 6"/>
    <w:basedOn w:val="NormaleTabelle"/>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HellesRaster">
    <w:name w:val="Light Grid"/>
    <w:basedOn w:val="NormaleTabelle"/>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HellesRaster-Akzent1">
    <w:name w:val="Light Grid Accent 1"/>
    <w:basedOn w:val="NormaleTabelle"/>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HellesRaster-Akzent2">
    <w:name w:val="Light Grid Accent 2"/>
    <w:basedOn w:val="NormaleTabelle"/>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HellesRaster-Akzent3">
    <w:name w:val="Light Grid Accent 3"/>
    <w:basedOn w:val="NormaleTabelle"/>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HellesRaster-Akzent4">
    <w:name w:val="Light Grid Accent 4"/>
    <w:basedOn w:val="NormaleTabelle"/>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HellesRaster-Akzent5">
    <w:name w:val="Light Grid Accent 5"/>
    <w:basedOn w:val="NormaleTabelle"/>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HellesRaster-Akzent6">
    <w:name w:val="Light Grid Accent 6"/>
    <w:basedOn w:val="NormaleTabelle"/>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ittlereSchattierung1">
    <w:name w:val="Medium Shading 1"/>
    <w:basedOn w:val="NormaleTabelle"/>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ittlereSchattierung1-Akzent1">
    <w:name w:val="Medium Shading 1 Accent 1"/>
    <w:basedOn w:val="NormaleTabelle"/>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ittlereSchattierung1-Akzent2">
    <w:name w:val="Medium Shading 1 Accent 2"/>
    <w:basedOn w:val="NormaleTabelle"/>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ittlereSchattierung1-Akzent3">
    <w:name w:val="Medium Shading 1 Accent 3"/>
    <w:basedOn w:val="NormaleTabelle"/>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ittlereSchattierung1-Akzent4">
    <w:name w:val="Medium Shading 1 Accent 4"/>
    <w:basedOn w:val="NormaleTabelle"/>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ittlereSchattierung1-Akzent5">
    <w:name w:val="Medium Shading 1 Accent 5"/>
    <w:basedOn w:val="NormaleTabelle"/>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ittlereSchattierung1-Akzent6">
    <w:name w:val="Medium Shading 1 Accent 6"/>
    <w:basedOn w:val="NormaleTabelle"/>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ittlereSchattierung2">
    <w:name w:val="Medium Shading 2"/>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1">
    <w:name w:val="Medium Shading 2 Accent 1"/>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2">
    <w:name w:val="Medium Shading 2 Accent 2"/>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3">
    <w:name w:val="Medium Shading 2 Accent 3"/>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4">
    <w:name w:val="Medium Shading 2 Accent 4"/>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5">
    <w:name w:val="Medium Shading 2 Accent 5"/>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6">
    <w:name w:val="Medium Shading 2 Accent 6"/>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Liste1">
    <w:name w:val="Medium List 1"/>
    <w:basedOn w:val="NormaleTabelle"/>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ittlereListe1-Akzent1">
    <w:name w:val="Medium List 1 Accent 1"/>
    <w:basedOn w:val="NormaleTabelle"/>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ittlereListe1-Akzent2">
    <w:name w:val="Medium List 1 Accent 2"/>
    <w:basedOn w:val="NormaleTabelle"/>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ittlereListe1-Akzent3">
    <w:name w:val="Medium List 1 Accent 3"/>
    <w:basedOn w:val="NormaleTabelle"/>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ittlereListe1-Akzent4">
    <w:name w:val="Medium List 1 Accent 4"/>
    <w:basedOn w:val="NormaleTabelle"/>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ittlereListe1-Akzent5">
    <w:name w:val="Medium List 1 Accent 5"/>
    <w:basedOn w:val="NormaleTabelle"/>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ittlereListe1-Akzent6">
    <w:name w:val="Medium List 1 Accent 6"/>
    <w:basedOn w:val="NormaleTabelle"/>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ittlereListe2">
    <w:name w:val="Medium List 2"/>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1">
    <w:name w:val="Medium List 2 Accent 1"/>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2">
    <w:name w:val="Medium List 2 Accent 2"/>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3">
    <w:name w:val="Medium List 2 Accent 3"/>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4">
    <w:name w:val="Medium List 2 Accent 4"/>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5">
    <w:name w:val="Medium List 2 Accent 5"/>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6">
    <w:name w:val="Medium List 2 Accent 6"/>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sRaster1">
    <w:name w:val="Medium Grid 1"/>
    <w:basedOn w:val="NormaleTabelle"/>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ittleresRaster1-Akzent1">
    <w:name w:val="Medium Grid 1 Accent 1"/>
    <w:basedOn w:val="NormaleTabelle"/>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ittleresRaster1-Akzent2">
    <w:name w:val="Medium Grid 1 Accent 2"/>
    <w:basedOn w:val="NormaleTabelle"/>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ittleresRaster1-Akzent3">
    <w:name w:val="Medium Grid 1 Accent 3"/>
    <w:basedOn w:val="NormaleTabelle"/>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ittleresRaster1-Akzent4">
    <w:name w:val="Medium Grid 1 Accent 4"/>
    <w:basedOn w:val="NormaleTabelle"/>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ittleresRaster1-Akzent5">
    <w:name w:val="Medium Grid 1 Accent 5"/>
    <w:basedOn w:val="NormaleTabelle"/>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ittleresRaster1-Akzent6">
    <w:name w:val="Medium Grid 1 Accent 6"/>
    <w:basedOn w:val="NormaleTabelle"/>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ittleresRaster2">
    <w:name w:val="Medium Grid 2"/>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ittleresRaster2-Akzent1">
    <w:name w:val="Medium Grid 2 Accent 1"/>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ittleresRaster2-Akzent2">
    <w:name w:val="Medium Grid 2 Accent 2"/>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ittleresRaster2-Akzent3">
    <w:name w:val="Medium Grid 2 Accent 3"/>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ittleresRaster2-Akzent4">
    <w:name w:val="Medium Grid 2 Accent 4"/>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ittleresRaster2-Akzent5">
    <w:name w:val="Medium Grid 2 Accent 5"/>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ittleresRaster2-Akzent6">
    <w:name w:val="Medium Grid 2 Accent 6"/>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ittleresRaster3">
    <w:name w:val="Medium Grid 3"/>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ittleresRaster3-Akzent1">
    <w:name w:val="Medium Grid 3 Accent 1"/>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ittleresRaster3-Akzent2">
    <w:name w:val="Medium Grid 3 Accent 2"/>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ittleresRaster3-Akzent3">
    <w:name w:val="Medium Grid 3 Accent 3"/>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ittleresRaster3-Akzent4">
    <w:name w:val="Medium Grid 3 Accent 4"/>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ittleresRaster3-Akzent5">
    <w:name w:val="Medium Grid 3 Accent 5"/>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ittleresRaster3-Akzent6">
    <w:name w:val="Medium Grid 3 Accent 6"/>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unkleListe">
    <w:name w:val="Dark List"/>
    <w:basedOn w:val="NormaleTabelle"/>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unkleListe-Akzent1">
    <w:name w:val="Dark List Accent 1"/>
    <w:basedOn w:val="NormaleTabelle"/>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unkleListe-Akzent2">
    <w:name w:val="Dark List Accent 2"/>
    <w:basedOn w:val="NormaleTabelle"/>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unkleListe-Akzent3">
    <w:name w:val="Dark List Accent 3"/>
    <w:basedOn w:val="NormaleTabelle"/>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unkleListe-Akzent4">
    <w:name w:val="Dark List Accent 4"/>
    <w:basedOn w:val="NormaleTabelle"/>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unkleListe-Akzent5">
    <w:name w:val="Dark List Accent 5"/>
    <w:basedOn w:val="NormaleTabelle"/>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unkleListe-Akzent6">
    <w:name w:val="Dark List Accent 6"/>
    <w:basedOn w:val="NormaleTabelle"/>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FarbigeSchattierung">
    <w:name w:val="Colorful Shading"/>
    <w:basedOn w:val="NormaleTabel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FarbigeSchattierung-Akzent1">
    <w:name w:val="Colorful Shading Accent 1"/>
    <w:basedOn w:val="NormaleTabel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FarbigeSchattierung-Akzent2">
    <w:name w:val="Colorful Shading Accent 2"/>
    <w:basedOn w:val="NormaleTabel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FarbigeSchattierung-Akzent3">
    <w:name w:val="Colorful Shading Accent 3"/>
    <w:basedOn w:val="NormaleTabelle"/>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FarbigeSchattierung-Akzent4">
    <w:name w:val="Colorful Shading Accent 4"/>
    <w:basedOn w:val="NormaleTabelle"/>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FarbigeSchattierung-Akzent5">
    <w:name w:val="Colorful Shading Accent 5"/>
    <w:basedOn w:val="NormaleTabelle"/>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FarbigeSchattierung-Akzent6">
    <w:name w:val="Colorful Shading Accent 6"/>
    <w:basedOn w:val="NormaleTabelle"/>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FarbigeListe">
    <w:name w:val="Colorful List"/>
    <w:basedOn w:val="NormaleTabelle"/>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FarbigeListe-Akzent1">
    <w:name w:val="Colorful List Accent 1"/>
    <w:basedOn w:val="NormaleTabelle"/>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FarbigeListe-Akzent2">
    <w:name w:val="Colorful List Accent 2"/>
    <w:basedOn w:val="NormaleTabelle"/>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FarbigeListe-Akzent3">
    <w:name w:val="Colorful List Accent 3"/>
    <w:basedOn w:val="NormaleTabelle"/>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FarbigeListe-Akzent4">
    <w:name w:val="Colorful List Accent 4"/>
    <w:basedOn w:val="NormaleTabelle"/>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FarbigeListe-Akzent5">
    <w:name w:val="Colorful List Accent 5"/>
    <w:basedOn w:val="NormaleTabelle"/>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FarbigeListe-Akzent6">
    <w:name w:val="Colorful List Accent 6"/>
    <w:basedOn w:val="NormaleTabelle"/>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FarbigesRaster">
    <w:name w:val="Colorful Grid"/>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FarbigesRaster-Akzent1">
    <w:name w:val="Colorful Grid Accent 1"/>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FarbigesRaster-Akzent2">
    <w:name w:val="Colorful Grid Accent 2"/>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FarbigesRaster-Akzent3">
    <w:name w:val="Colorful Grid Accent 3"/>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FarbigesRaster-Akzent4">
    <w:name w:val="Colorful Grid Accent 4"/>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FarbigesRaster-Akzent5">
    <w:name w:val="Colorful Grid Accent 5"/>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FarbigesRaster-Akzent6">
    <w:name w:val="Colorful Grid Accent 6"/>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Kommentarzeichen">
    <w:name w:val="annotation reference"/>
    <w:basedOn w:val="Absatz-Standardschriftart"/>
    <w:uiPriority w:val="99"/>
    <w:semiHidden/>
    <w:unhideWhenUsed/>
    <w:rsid w:val="001E0666"/>
    <w:rPr>
      <w:sz w:val="16"/>
      <w:szCs w:val="16"/>
    </w:rPr>
  </w:style>
  <w:style w:type="paragraph" w:styleId="Kommentartext">
    <w:name w:val="annotation text"/>
    <w:basedOn w:val="Standard"/>
    <w:link w:val="KommentartextZchn"/>
    <w:uiPriority w:val="99"/>
    <w:unhideWhenUsed/>
    <w:rsid w:val="001E0666"/>
    <w:pPr>
      <w:spacing w:line="240" w:lineRule="auto"/>
    </w:pPr>
    <w:rPr>
      <w:sz w:val="20"/>
      <w:szCs w:val="20"/>
    </w:rPr>
  </w:style>
  <w:style w:type="character" w:customStyle="1" w:styleId="KommentartextZchn">
    <w:name w:val="Kommentartext Zchn"/>
    <w:basedOn w:val="Absatz-Standardschriftart"/>
    <w:link w:val="Kommentartext"/>
    <w:uiPriority w:val="99"/>
    <w:rsid w:val="001E0666"/>
    <w:rPr>
      <w:rFonts w:ascii="Arial" w:hAnsi="Arial"/>
      <w:sz w:val="20"/>
      <w:szCs w:val="20"/>
    </w:rPr>
  </w:style>
  <w:style w:type="paragraph" w:styleId="Kommentarthema">
    <w:name w:val="annotation subject"/>
    <w:basedOn w:val="Kommentartext"/>
    <w:next w:val="Kommentartext"/>
    <w:link w:val="KommentarthemaZchn"/>
    <w:uiPriority w:val="99"/>
    <w:semiHidden/>
    <w:unhideWhenUsed/>
    <w:rsid w:val="001E0666"/>
    <w:rPr>
      <w:b/>
      <w:bCs/>
    </w:rPr>
  </w:style>
  <w:style w:type="character" w:customStyle="1" w:styleId="KommentarthemaZchn">
    <w:name w:val="Kommentarthema Zchn"/>
    <w:basedOn w:val="KommentartextZchn"/>
    <w:link w:val="Kommentarthema"/>
    <w:uiPriority w:val="99"/>
    <w:semiHidden/>
    <w:rsid w:val="001E0666"/>
    <w:rPr>
      <w:rFonts w:ascii="Arial" w:hAnsi="Arial"/>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2598</Words>
  <Characters>16368</Characters>
  <Application>Microsoft Office Word</Application>
  <DocSecurity>0</DocSecurity>
  <Lines>136</Lines>
  <Paragraphs>37</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18929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Weiß, Franz (SBK)</cp:lastModifiedBy>
  <cp:revision>9</cp:revision>
  <cp:lastPrinted>2026-09-25T11:46:00Z</cp:lastPrinted>
  <dcterms:created xsi:type="dcterms:W3CDTF">2013-12-23T23:15:00Z</dcterms:created>
  <dcterms:modified xsi:type="dcterms:W3CDTF">2026-10-29T08:34:00Z</dcterms:modified>
  <cp:category/>
</cp:coreProperties>
</file>