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07B22" w:rsidRPr="00C061B7" w14:paraId="06679602" w14:textId="77777777">
        <w:tc>
          <w:tcPr>
            <w:tcW w:w="4819" w:type="dxa"/>
          </w:tcPr>
          <w:p w14:paraId="4E24502C" w14:textId="77777777" w:rsidR="00307B22" w:rsidRPr="00C061B7" w:rsidRDefault="00033F7C">
            <w:pPr>
              <w:rPr>
                <w:b/>
                <w:sz w:val="18"/>
              </w:rPr>
            </w:pPr>
            <w:r w:rsidRPr="00C061B7">
              <w:rPr>
                <w:b/>
                <w:sz w:val="18"/>
              </w:rPr>
              <w:t>AWIGO Abfallwirtschaft</w:t>
            </w:r>
            <w:r w:rsidRPr="00C061B7">
              <w:rPr>
                <w:b/>
                <w:sz w:val="18"/>
              </w:rPr>
              <w:br/>
              <w:t>Landkreis Osnabrück GmbH</w:t>
            </w:r>
          </w:p>
          <w:p w14:paraId="2C4ABC33" w14:textId="77777777" w:rsidR="00C061B7" w:rsidRPr="00C061B7" w:rsidRDefault="00C061B7">
            <w:pPr>
              <w:rPr>
                <w:b/>
                <w:sz w:val="18"/>
              </w:rPr>
            </w:pPr>
          </w:p>
          <w:p w14:paraId="5FC39A61" w14:textId="77777777" w:rsidR="00C061B7" w:rsidRPr="00C061B7" w:rsidRDefault="00C061B7"/>
        </w:tc>
        <w:tc>
          <w:tcPr>
            <w:tcW w:w="4819" w:type="dxa"/>
          </w:tcPr>
          <w:p w14:paraId="6E066542" w14:textId="788B8DE4" w:rsidR="00307B22" w:rsidRPr="00C061B7" w:rsidRDefault="00033F7C">
            <w:pPr>
              <w:jc w:val="right"/>
            </w:pPr>
            <w:r w:rsidRPr="00C061B7">
              <w:rPr>
                <w:b/>
                <w:sz w:val="18"/>
              </w:rPr>
              <w:t xml:space="preserve">Anlage </w:t>
            </w:r>
            <w:r w:rsidR="000F7718">
              <w:rPr>
                <w:b/>
                <w:sz w:val="18"/>
              </w:rPr>
              <w:t>11</w:t>
            </w:r>
          </w:p>
        </w:tc>
      </w:tr>
    </w:tbl>
    <w:p w14:paraId="216FB0C9" w14:textId="77777777" w:rsidR="00BC37D9" w:rsidRDefault="00BC37D9">
      <w:pPr>
        <w:jc w:val="center"/>
        <w:rPr>
          <w:b/>
          <w:sz w:val="28"/>
        </w:rPr>
      </w:pPr>
    </w:p>
    <w:p w14:paraId="4EF2761C" w14:textId="5500F97A" w:rsidR="00307B22" w:rsidRPr="00C061B7" w:rsidRDefault="00033F7C">
      <w:pPr>
        <w:jc w:val="center"/>
      </w:pPr>
      <w:r w:rsidRPr="00C061B7">
        <w:rPr>
          <w:b/>
          <w:sz w:val="28"/>
        </w:rPr>
        <w:t>Mobile Sonderabfall Kleinmengensammlung</w:t>
      </w:r>
    </w:p>
    <w:p w14:paraId="46A9F088" w14:textId="77777777" w:rsidR="00307B22" w:rsidRPr="00C061B7" w:rsidRDefault="00033F7C">
      <w:pPr>
        <w:spacing w:after="300"/>
        <w:jc w:val="center"/>
      </w:pPr>
      <w:r w:rsidRPr="00C061B7">
        <w:rPr>
          <w:b/>
          <w:sz w:val="24"/>
        </w:rPr>
        <w:t>Sammelprotokoll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07B22" w:rsidRPr="00C061B7" w14:paraId="19B9674E" w14:textId="77777777">
        <w:trPr>
          <w:trHeight w:val="567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07D5B84" w14:textId="77777777" w:rsidR="00307B22" w:rsidRPr="00C061B7" w:rsidRDefault="00033F7C">
            <w:r w:rsidRPr="00C061B7">
              <w:rPr>
                <w:b/>
              </w:rPr>
              <w:t>Sammelstelle</w:t>
            </w:r>
            <w:r w:rsidRPr="00C061B7">
              <w:rPr>
                <w:b/>
              </w:rPr>
              <w:br/>
              <w:t>(Stadt/Gemeinde und Ortsteil)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2C7CB7" w14:textId="77777777" w:rsidR="00307B22" w:rsidRPr="00C061B7" w:rsidRDefault="00307B22"/>
        </w:tc>
      </w:tr>
      <w:tr w:rsidR="00307B22" w:rsidRPr="00C061B7" w14:paraId="543EE966" w14:textId="77777777">
        <w:trPr>
          <w:trHeight w:val="567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BCCCB6" w14:textId="77777777" w:rsidR="00307B22" w:rsidRPr="00C061B7" w:rsidRDefault="00033F7C">
            <w:r w:rsidRPr="00C061B7">
              <w:rPr>
                <w:b/>
              </w:rPr>
              <w:t>Tag der Sammlung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E0656DA" w14:textId="77777777" w:rsidR="00307B22" w:rsidRPr="00C061B7" w:rsidRDefault="00307B22"/>
        </w:tc>
      </w:tr>
      <w:tr w:rsidR="00307B22" w:rsidRPr="00C061B7" w14:paraId="3717E47C" w14:textId="77777777">
        <w:trPr>
          <w:trHeight w:val="567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C8CBFCE" w14:textId="77777777" w:rsidR="00307B22" w:rsidRPr="00C061B7" w:rsidRDefault="00033F7C">
            <w:r w:rsidRPr="00C061B7">
              <w:rPr>
                <w:b/>
              </w:rPr>
              <w:t>Beginn der Sammlung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A6FBD5" w14:textId="77777777" w:rsidR="00307B22" w:rsidRPr="00C061B7" w:rsidRDefault="00307B22"/>
        </w:tc>
      </w:tr>
      <w:tr w:rsidR="00307B22" w:rsidRPr="00C061B7" w14:paraId="55FEF61D" w14:textId="77777777">
        <w:trPr>
          <w:trHeight w:val="567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A5352D" w14:textId="77777777" w:rsidR="00307B22" w:rsidRPr="00C061B7" w:rsidRDefault="00033F7C">
            <w:r w:rsidRPr="00C061B7">
              <w:rPr>
                <w:b/>
              </w:rPr>
              <w:t>Ende der Sammlung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EF5C7CE" w14:textId="77777777" w:rsidR="00307B22" w:rsidRPr="00C061B7" w:rsidRDefault="00307B22"/>
        </w:tc>
      </w:tr>
      <w:tr w:rsidR="00307B22" w:rsidRPr="00C061B7" w14:paraId="0DA9C148" w14:textId="77777777">
        <w:trPr>
          <w:trHeight w:val="567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1348CEE" w14:textId="77777777" w:rsidR="00307B22" w:rsidRPr="00C061B7" w:rsidRDefault="00033F7C">
            <w:r w:rsidRPr="00C061B7">
              <w:rPr>
                <w:b/>
              </w:rPr>
              <w:t>Zahl der Anlieferer gemäß Anlage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80F4A7F" w14:textId="77777777" w:rsidR="00307B22" w:rsidRPr="00C061B7" w:rsidRDefault="00307B22"/>
        </w:tc>
      </w:tr>
    </w:tbl>
    <w:p w14:paraId="4468A426" w14:textId="77777777" w:rsidR="00307B22" w:rsidRPr="00C061B7" w:rsidRDefault="00307B22">
      <w:pPr>
        <w:spacing w:after="200"/>
      </w:pPr>
    </w:p>
    <w:p w14:paraId="7D6E1A18" w14:textId="77777777" w:rsidR="00307B22" w:rsidRPr="00C061B7" w:rsidRDefault="00033F7C">
      <w:pPr>
        <w:spacing w:after="100"/>
      </w:pPr>
      <w:r w:rsidRPr="00C061B7">
        <w:rPr>
          <w:b/>
        </w:rPr>
        <w:t>Besonderheiten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307B22" w:rsidRPr="00C061B7" w14:paraId="13689A85" w14:textId="77777777">
        <w:trPr>
          <w:trHeight w:val="2409"/>
        </w:trPr>
        <w:tc>
          <w:tcPr>
            <w:tcW w:w="963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EC1830" w14:textId="77777777" w:rsidR="00307B22" w:rsidRPr="00C061B7" w:rsidRDefault="00307B22"/>
        </w:tc>
      </w:tr>
    </w:tbl>
    <w:p w14:paraId="2EFC92D2" w14:textId="77777777" w:rsidR="00307B22" w:rsidRPr="00C061B7" w:rsidRDefault="00307B22">
      <w:pPr>
        <w:spacing w:after="220"/>
      </w:pPr>
    </w:p>
    <w:p w14:paraId="2A99461A" w14:textId="77777777" w:rsidR="00307B22" w:rsidRPr="00C061B7" w:rsidRDefault="00033F7C">
      <w:pPr>
        <w:spacing w:before="180" w:after="120"/>
      </w:pPr>
      <w:r w:rsidRPr="00C061B7">
        <w:rPr>
          <w:b/>
        </w:rPr>
        <w:t>Leitung der Sammelstelle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07B22" w:rsidRPr="00C061B7" w14:paraId="2CB4B4A2" w14:textId="77777777">
        <w:trPr>
          <w:trHeight w:val="635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2315AE" w14:textId="77777777" w:rsidR="00307B22" w:rsidRPr="00C061B7" w:rsidRDefault="00033F7C">
            <w:r w:rsidRPr="00C061B7">
              <w:t>Name, Vorname: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E03A3EE" w14:textId="77777777" w:rsidR="00307B22" w:rsidRPr="00C061B7" w:rsidRDefault="00033F7C">
            <w:r w:rsidRPr="00C061B7">
              <w:t>Unterschrift:</w:t>
            </w:r>
          </w:p>
        </w:tc>
      </w:tr>
    </w:tbl>
    <w:p w14:paraId="2B827628" w14:textId="77777777" w:rsidR="00307B22" w:rsidRPr="00C061B7" w:rsidRDefault="00033F7C">
      <w:pPr>
        <w:spacing w:before="180" w:after="120"/>
      </w:pPr>
      <w:r w:rsidRPr="00C061B7">
        <w:rPr>
          <w:b/>
        </w:rPr>
        <w:t>Mitarbeiterin oder Mitarbeiter des Entsorgers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07B22" w:rsidRPr="00C061B7" w14:paraId="517253B8" w14:textId="77777777">
        <w:trPr>
          <w:trHeight w:val="635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FBA510" w14:textId="77777777" w:rsidR="00307B22" w:rsidRPr="00C061B7" w:rsidRDefault="00033F7C">
            <w:r w:rsidRPr="00C061B7">
              <w:t>Name, Vorname: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EF82A0F" w14:textId="77777777" w:rsidR="00307B22" w:rsidRPr="00C061B7" w:rsidRDefault="00033F7C">
            <w:r w:rsidRPr="00C061B7">
              <w:t>Unterschrift:</w:t>
            </w:r>
          </w:p>
        </w:tc>
      </w:tr>
    </w:tbl>
    <w:p w14:paraId="2A02A49E" w14:textId="0187A4E5" w:rsidR="00307B22" w:rsidRPr="00C061B7" w:rsidRDefault="00207047">
      <w:pPr>
        <w:spacing w:before="180" w:after="120"/>
      </w:pPr>
      <w:r>
        <w:rPr>
          <w:b/>
        </w:rPr>
        <w:t>Optional, w</w:t>
      </w:r>
      <w:r w:rsidR="00033F7C" w:rsidRPr="00C061B7">
        <w:rPr>
          <w:b/>
        </w:rPr>
        <w:t>eitere Mitarbeiterin oder weiterer Mitarbeiter des Entsorgers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07B22" w:rsidRPr="00C061B7" w14:paraId="0236A3D9" w14:textId="77777777">
        <w:trPr>
          <w:trHeight w:val="635"/>
        </w:trPr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721505" w14:textId="77777777" w:rsidR="00307B22" w:rsidRPr="00C061B7" w:rsidRDefault="00033F7C">
            <w:r w:rsidRPr="00C061B7">
              <w:t>Name, Vorname:</w:t>
            </w:r>
          </w:p>
        </w:tc>
        <w:tc>
          <w:tcPr>
            <w:tcW w:w="481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D9D2F91" w14:textId="77777777" w:rsidR="00307B22" w:rsidRPr="00C061B7" w:rsidRDefault="00033F7C">
            <w:r w:rsidRPr="00C061B7">
              <w:t>Unterschrift:</w:t>
            </w:r>
          </w:p>
        </w:tc>
      </w:tr>
    </w:tbl>
    <w:p w14:paraId="05386AF7" w14:textId="77777777" w:rsidR="00307B22" w:rsidRPr="00C061B7" w:rsidRDefault="00033F7C">
      <w:pPr>
        <w:spacing w:before="320"/>
      </w:pPr>
      <w:r w:rsidRPr="00C061B7">
        <w:rPr>
          <w:b/>
        </w:rPr>
        <w:t xml:space="preserve">Anlage: </w:t>
      </w:r>
      <w:r w:rsidRPr="00C061B7">
        <w:t>Strichliste der Anlieferungen</w:t>
      </w:r>
    </w:p>
    <w:p w14:paraId="606C42DF" w14:textId="77777777" w:rsidR="00307B22" w:rsidRPr="00C061B7" w:rsidRDefault="00307B22">
      <w:pPr>
        <w:pageBreakBefore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07B22" w:rsidRPr="00C061B7" w14:paraId="41C6470A" w14:textId="77777777">
        <w:tc>
          <w:tcPr>
            <w:tcW w:w="4819" w:type="dxa"/>
          </w:tcPr>
          <w:p w14:paraId="344E5E3D" w14:textId="77777777" w:rsidR="00307B22" w:rsidRPr="00C061B7" w:rsidRDefault="00033F7C">
            <w:r w:rsidRPr="00C061B7">
              <w:rPr>
                <w:b/>
                <w:sz w:val="18"/>
              </w:rPr>
              <w:t>AWIGO Abfallwirtschaft</w:t>
            </w:r>
            <w:r w:rsidRPr="00C061B7">
              <w:rPr>
                <w:b/>
                <w:sz w:val="18"/>
              </w:rPr>
              <w:br/>
              <w:t>Landkreis Osnabrück GmbH</w:t>
            </w:r>
          </w:p>
        </w:tc>
        <w:tc>
          <w:tcPr>
            <w:tcW w:w="4819" w:type="dxa"/>
          </w:tcPr>
          <w:p w14:paraId="3D8210AB" w14:textId="77777777" w:rsidR="00307B22" w:rsidRPr="00C061B7" w:rsidRDefault="00033F7C">
            <w:pPr>
              <w:jc w:val="right"/>
            </w:pPr>
            <w:r w:rsidRPr="00C061B7">
              <w:rPr>
                <w:b/>
                <w:sz w:val="18"/>
              </w:rPr>
              <w:t>Anlage 3</w:t>
            </w:r>
          </w:p>
        </w:tc>
      </w:tr>
    </w:tbl>
    <w:p w14:paraId="127E4002" w14:textId="77777777" w:rsidR="00D022A6" w:rsidRPr="00C061B7" w:rsidRDefault="00D022A6">
      <w:pPr>
        <w:jc w:val="center"/>
        <w:rPr>
          <w:b/>
          <w:sz w:val="28"/>
        </w:rPr>
      </w:pPr>
    </w:p>
    <w:p w14:paraId="5FB3F7AC" w14:textId="77777777" w:rsidR="00BC37D9" w:rsidRDefault="00BC37D9">
      <w:pPr>
        <w:jc w:val="center"/>
        <w:rPr>
          <w:b/>
          <w:sz w:val="28"/>
        </w:rPr>
      </w:pPr>
    </w:p>
    <w:p w14:paraId="6EA01915" w14:textId="54DDE556" w:rsidR="00307B22" w:rsidRPr="00C061B7" w:rsidRDefault="00033F7C">
      <w:pPr>
        <w:jc w:val="center"/>
      </w:pPr>
      <w:r w:rsidRPr="00C061B7">
        <w:rPr>
          <w:b/>
          <w:sz w:val="28"/>
        </w:rPr>
        <w:t>Mobile Sonderabfall Kleinmengensammlung</w:t>
      </w:r>
    </w:p>
    <w:p w14:paraId="0EEF1B4A" w14:textId="77777777" w:rsidR="00307B22" w:rsidRPr="00C061B7" w:rsidRDefault="00033F7C">
      <w:pPr>
        <w:spacing w:after="300"/>
        <w:jc w:val="center"/>
      </w:pPr>
      <w:r w:rsidRPr="00C061B7">
        <w:rPr>
          <w:b/>
          <w:sz w:val="24"/>
        </w:rPr>
        <w:t>Sammelprotokoll</w:t>
      </w:r>
    </w:p>
    <w:p w14:paraId="05F6A5A7" w14:textId="77777777" w:rsidR="00307B22" w:rsidRPr="00C061B7" w:rsidRDefault="00033F7C">
      <w:pPr>
        <w:spacing w:after="220"/>
      </w:pPr>
      <w:r w:rsidRPr="00C061B7">
        <w:t>Je Anlieferung einen Strich setzen. Am Ende jeder Stunde die Anzahl eintragen und die Gesamtzahl bilden.</w:t>
      </w:r>
    </w:p>
    <w:tbl>
      <w:tblPr>
        <w:tblStyle w:val="Tabellenraster"/>
        <w:tblW w:w="0" w:type="auto"/>
        <w:tblInd w:w="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02"/>
        <w:gridCol w:w="4788"/>
      </w:tblGrid>
      <w:tr w:rsidR="00D022A6" w:rsidRPr="00C061B7" w14:paraId="6832DFEB" w14:textId="77777777" w:rsidTr="00D022A6">
        <w:tc>
          <w:tcPr>
            <w:tcW w:w="4889" w:type="dxa"/>
          </w:tcPr>
          <w:p w14:paraId="10158EB6" w14:textId="0F55A859" w:rsidR="00D022A6" w:rsidRPr="00C061B7" w:rsidRDefault="00D022A6">
            <w:pPr>
              <w:spacing w:after="220"/>
              <w:rPr>
                <w:b/>
                <w:bCs/>
              </w:rPr>
            </w:pPr>
            <w:r w:rsidRPr="00C061B7">
              <w:rPr>
                <w:b/>
                <w:bCs/>
              </w:rPr>
              <w:t>Datum:</w:t>
            </w:r>
          </w:p>
        </w:tc>
        <w:tc>
          <w:tcPr>
            <w:tcW w:w="4889" w:type="dxa"/>
          </w:tcPr>
          <w:p w14:paraId="2610A912" w14:textId="77777777" w:rsidR="00D022A6" w:rsidRPr="00C061B7" w:rsidRDefault="00D022A6">
            <w:pPr>
              <w:spacing w:after="220"/>
            </w:pPr>
          </w:p>
        </w:tc>
      </w:tr>
    </w:tbl>
    <w:p w14:paraId="3EE556D9" w14:textId="77777777" w:rsidR="00D022A6" w:rsidRPr="00C061B7" w:rsidRDefault="00D022A6">
      <w:pPr>
        <w:spacing w:after="220"/>
      </w:pPr>
    </w:p>
    <w:tbl>
      <w:tblPr>
        <w:tblW w:w="9670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3544"/>
        <w:gridCol w:w="6126"/>
      </w:tblGrid>
      <w:tr w:rsidR="00307B22" w:rsidRPr="00C061B7" w14:paraId="739CBB81" w14:textId="77777777" w:rsidTr="00BC37D9">
        <w:trPr>
          <w:trHeight w:val="488"/>
        </w:trPr>
        <w:tc>
          <w:tcPr>
            <w:tcW w:w="35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EE57F52" w14:textId="77777777" w:rsidR="00307B22" w:rsidRPr="00C061B7" w:rsidRDefault="00033F7C">
            <w:r w:rsidRPr="00C061B7">
              <w:rPr>
                <w:b/>
              </w:rPr>
              <w:t>Sammelstelle (Stadt/Gemeinde, Ortsteil)</w:t>
            </w:r>
          </w:p>
        </w:tc>
        <w:tc>
          <w:tcPr>
            <w:tcW w:w="612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525BE8" w14:textId="77777777" w:rsidR="00307B22" w:rsidRPr="00C061B7" w:rsidRDefault="00307B22"/>
        </w:tc>
      </w:tr>
    </w:tbl>
    <w:tbl>
      <w:tblPr>
        <w:tblpPr w:leftFromText="141" w:rightFromText="141" w:vertAnchor="text" w:horzAnchor="margin" w:tblpXSpec="center" w:tblpY="-490"/>
        <w:tblW w:w="9618" w:type="dxa"/>
        <w:tblLayout w:type="fixed"/>
        <w:tblLook w:val="04A0" w:firstRow="1" w:lastRow="0" w:firstColumn="1" w:lastColumn="0" w:noHBand="0" w:noVBand="1"/>
      </w:tblPr>
      <w:tblGrid>
        <w:gridCol w:w="2029"/>
        <w:gridCol w:w="4067"/>
        <w:gridCol w:w="3522"/>
      </w:tblGrid>
      <w:tr w:rsidR="00D022A6" w:rsidRPr="00C061B7" w14:paraId="6DB95BD1" w14:textId="77777777" w:rsidTr="00D022A6"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FF1F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1415020" w14:textId="77777777" w:rsidR="00D022A6" w:rsidRPr="00C061B7" w:rsidRDefault="00D022A6" w:rsidP="00D022A6">
            <w:r w:rsidRPr="00C061B7">
              <w:rPr>
                <w:b/>
              </w:rPr>
              <w:t>Uhrzeit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FF1F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1ABBF5A" w14:textId="77777777" w:rsidR="00D022A6" w:rsidRPr="00C061B7" w:rsidRDefault="00D022A6" w:rsidP="00D022A6">
            <w:r w:rsidRPr="00C061B7">
              <w:rPr>
                <w:b/>
              </w:rPr>
              <w:t>Strichliste der Anlieferungen</w:t>
            </w:r>
          </w:p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FF1F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D8D6E8" w14:textId="77777777" w:rsidR="00D022A6" w:rsidRPr="00C061B7" w:rsidRDefault="00D022A6" w:rsidP="00D022A6">
            <w:r w:rsidRPr="00C061B7">
              <w:rPr>
                <w:b/>
              </w:rPr>
              <w:t>Anzahl</w:t>
            </w:r>
          </w:p>
        </w:tc>
      </w:tr>
      <w:tr w:rsidR="00D022A6" w:rsidRPr="00C061B7" w14:paraId="06255343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B046373" w14:textId="77777777" w:rsidR="00D022A6" w:rsidRPr="00C061B7" w:rsidRDefault="00D022A6" w:rsidP="00D022A6">
            <w:r w:rsidRPr="00C061B7">
              <w:t>09:00 – 10:00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2681CCC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25BF37" w14:textId="77777777" w:rsidR="00D022A6" w:rsidRPr="00C061B7" w:rsidRDefault="00D022A6" w:rsidP="00D022A6"/>
        </w:tc>
      </w:tr>
      <w:tr w:rsidR="00D022A6" w:rsidRPr="00C061B7" w14:paraId="00DBDF51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F7E03E" w14:textId="77777777" w:rsidR="00D022A6" w:rsidRPr="00C061B7" w:rsidRDefault="00D022A6" w:rsidP="00D022A6">
            <w:r w:rsidRPr="00C061B7">
              <w:t>10:00 – 11:00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0629F7D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28D46A5" w14:textId="77777777" w:rsidR="00D022A6" w:rsidRPr="00C061B7" w:rsidRDefault="00D022A6" w:rsidP="00D022A6"/>
        </w:tc>
      </w:tr>
      <w:tr w:rsidR="00D022A6" w:rsidRPr="00C061B7" w14:paraId="0279C4E7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12E2D3" w14:textId="77777777" w:rsidR="00D022A6" w:rsidRPr="00C061B7" w:rsidRDefault="00D022A6" w:rsidP="00D022A6">
            <w:r w:rsidRPr="00C061B7">
              <w:t>11:00 – 12:00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5946C33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07A60B" w14:textId="77777777" w:rsidR="00D022A6" w:rsidRPr="00C061B7" w:rsidRDefault="00D022A6" w:rsidP="00D022A6"/>
        </w:tc>
      </w:tr>
      <w:tr w:rsidR="00D022A6" w:rsidRPr="00C061B7" w14:paraId="2B2FAE01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48393DC" w14:textId="77777777" w:rsidR="00D022A6" w:rsidRPr="00C061B7" w:rsidRDefault="00D022A6" w:rsidP="00D022A6">
            <w:r w:rsidRPr="00C061B7">
              <w:t>12:00 – 13:00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CC0C69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D04C614" w14:textId="77777777" w:rsidR="00D022A6" w:rsidRPr="00C061B7" w:rsidRDefault="00D022A6" w:rsidP="00D022A6"/>
        </w:tc>
      </w:tr>
      <w:tr w:rsidR="00D022A6" w:rsidRPr="00C061B7" w14:paraId="67D7E420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3333CE" w14:textId="77777777" w:rsidR="00D022A6" w:rsidRPr="00C061B7" w:rsidRDefault="00D022A6" w:rsidP="00D022A6">
            <w:r w:rsidRPr="00C061B7">
              <w:t>13:00 – 14:00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573EB3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00D4334" w14:textId="77777777" w:rsidR="00D022A6" w:rsidRPr="00C061B7" w:rsidRDefault="00D022A6" w:rsidP="00D022A6"/>
        </w:tc>
      </w:tr>
      <w:tr w:rsidR="00D022A6" w:rsidRPr="00C061B7" w14:paraId="02E80E23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578F57" w14:textId="77777777" w:rsidR="00D022A6" w:rsidRPr="00C061B7" w:rsidRDefault="00D022A6" w:rsidP="00D022A6">
            <w:r w:rsidRPr="00C061B7">
              <w:t>14:00 – 15:00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22F624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498E61" w14:textId="77777777" w:rsidR="00D022A6" w:rsidRPr="00C061B7" w:rsidRDefault="00D022A6" w:rsidP="00D022A6"/>
        </w:tc>
      </w:tr>
      <w:tr w:rsidR="00D022A6" w:rsidRPr="00C061B7" w14:paraId="2B6C9303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730199" w14:textId="77777777" w:rsidR="00D022A6" w:rsidRPr="00C061B7" w:rsidRDefault="00D022A6" w:rsidP="00D022A6">
            <w:r w:rsidRPr="00C061B7">
              <w:t>15:00 – 16:00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111CDC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98CD8F8" w14:textId="77777777" w:rsidR="00D022A6" w:rsidRPr="00C061B7" w:rsidRDefault="00D022A6" w:rsidP="00D022A6"/>
        </w:tc>
      </w:tr>
      <w:tr w:rsidR="00D022A6" w:rsidRPr="00C061B7" w14:paraId="13F7D36B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F50A9BC" w14:textId="77777777" w:rsidR="00D022A6" w:rsidRPr="00C061B7" w:rsidRDefault="00D022A6" w:rsidP="00D022A6">
            <w:r w:rsidRPr="00C061B7">
              <w:t>16:00 – 17:00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48C94B8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03247C3" w14:textId="77777777" w:rsidR="00D022A6" w:rsidRPr="00C061B7" w:rsidRDefault="00D022A6" w:rsidP="00D022A6"/>
        </w:tc>
      </w:tr>
      <w:tr w:rsidR="00D022A6" w:rsidRPr="00C061B7" w14:paraId="788E0A32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5765F9A" w14:textId="77777777" w:rsidR="00D022A6" w:rsidRPr="00C061B7" w:rsidRDefault="00D022A6" w:rsidP="00D022A6">
            <w:r w:rsidRPr="00C061B7">
              <w:t>17:00 – 18:00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93E6578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9C79437" w14:textId="77777777" w:rsidR="00D022A6" w:rsidRPr="00C061B7" w:rsidRDefault="00D022A6" w:rsidP="00D022A6"/>
        </w:tc>
      </w:tr>
      <w:tr w:rsidR="00D022A6" w:rsidRPr="00C061B7" w14:paraId="2EA0EECB" w14:textId="77777777" w:rsidTr="00D022A6">
        <w:trPr>
          <w:trHeight w:val="590"/>
        </w:trPr>
        <w:tc>
          <w:tcPr>
            <w:tcW w:w="202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C2A290E" w14:textId="77777777" w:rsidR="00D022A6" w:rsidRPr="00C061B7" w:rsidRDefault="00D022A6" w:rsidP="00D022A6">
            <w:r w:rsidRPr="00C061B7">
              <w:t>18:00 – 19:00</w:t>
            </w:r>
          </w:p>
        </w:tc>
        <w:tc>
          <w:tcPr>
            <w:tcW w:w="40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75F8E4" w14:textId="77777777" w:rsidR="00D022A6" w:rsidRPr="00C061B7" w:rsidRDefault="00D022A6" w:rsidP="00D022A6"/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DA37F0" w14:textId="77777777" w:rsidR="00D022A6" w:rsidRPr="00C061B7" w:rsidRDefault="00D022A6" w:rsidP="00D022A6"/>
        </w:tc>
      </w:tr>
      <w:tr w:rsidR="00D022A6" w:rsidRPr="00C061B7" w14:paraId="56CD0DE5" w14:textId="77777777" w:rsidTr="00D022A6">
        <w:trPr>
          <w:trHeight w:val="454"/>
        </w:trPr>
        <w:tc>
          <w:tcPr>
            <w:tcW w:w="6096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FF1F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EF5BE34" w14:textId="77777777" w:rsidR="00D022A6" w:rsidRPr="00C061B7" w:rsidRDefault="00D022A6" w:rsidP="00D022A6">
            <w:r w:rsidRPr="00C061B7">
              <w:rPr>
                <w:b/>
              </w:rPr>
              <w:t>Gesamtzahl der Anlieferungen</w:t>
            </w:r>
          </w:p>
        </w:tc>
        <w:tc>
          <w:tcPr>
            <w:tcW w:w="35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FF1F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8ED6A3" w14:textId="77777777" w:rsidR="00D022A6" w:rsidRPr="00C061B7" w:rsidRDefault="00D022A6" w:rsidP="00D022A6"/>
        </w:tc>
      </w:tr>
    </w:tbl>
    <w:p w14:paraId="5ED2372D" w14:textId="77777777" w:rsidR="00307B22" w:rsidRPr="00C061B7" w:rsidRDefault="00307B22">
      <w:pPr>
        <w:spacing w:after="140"/>
      </w:pPr>
    </w:p>
    <w:p w14:paraId="69026AFE" w14:textId="77777777" w:rsidR="00307B22" w:rsidRPr="00C061B7" w:rsidRDefault="00033F7C">
      <w:pPr>
        <w:spacing w:after="160"/>
      </w:pPr>
      <w:r w:rsidRPr="00C061B7">
        <w:t>Protokoll geführt von:  __________________________________________________________</w:t>
      </w:r>
    </w:p>
    <w:p w14:paraId="1CCF7CC0" w14:textId="77777777" w:rsidR="00307B22" w:rsidRDefault="00033F7C">
      <w:r w:rsidRPr="00C061B7">
        <w:t>Unterschrift:  __________________________________________________________________</w:t>
      </w:r>
    </w:p>
    <w:sectPr w:rsidR="00307B22" w:rsidSect="00034616">
      <w:pgSz w:w="11906" w:h="16838"/>
      <w:pgMar w:top="964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8169366">
    <w:abstractNumId w:val="8"/>
  </w:num>
  <w:num w:numId="2" w16cid:durableId="1055009905">
    <w:abstractNumId w:val="6"/>
  </w:num>
  <w:num w:numId="3" w16cid:durableId="997342556">
    <w:abstractNumId w:val="5"/>
  </w:num>
  <w:num w:numId="4" w16cid:durableId="769787203">
    <w:abstractNumId w:val="4"/>
  </w:num>
  <w:num w:numId="5" w16cid:durableId="1474638261">
    <w:abstractNumId w:val="7"/>
  </w:num>
  <w:num w:numId="6" w16cid:durableId="788747387">
    <w:abstractNumId w:val="3"/>
  </w:num>
  <w:num w:numId="7" w16cid:durableId="726799400">
    <w:abstractNumId w:val="2"/>
  </w:num>
  <w:num w:numId="8" w16cid:durableId="184752734">
    <w:abstractNumId w:val="1"/>
  </w:num>
  <w:num w:numId="9" w16cid:durableId="238373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F7C"/>
    <w:rsid w:val="00034616"/>
    <w:rsid w:val="0006063C"/>
    <w:rsid w:val="000F7718"/>
    <w:rsid w:val="0015074B"/>
    <w:rsid w:val="00207047"/>
    <w:rsid w:val="0029639D"/>
    <w:rsid w:val="00307B22"/>
    <w:rsid w:val="00326F90"/>
    <w:rsid w:val="0065556C"/>
    <w:rsid w:val="007E3210"/>
    <w:rsid w:val="00AA1D8D"/>
    <w:rsid w:val="00B47730"/>
    <w:rsid w:val="00BC37D9"/>
    <w:rsid w:val="00C061B7"/>
    <w:rsid w:val="00CB0664"/>
    <w:rsid w:val="00D022A6"/>
    <w:rsid w:val="00D66EA2"/>
    <w:rsid w:val="00D97B23"/>
    <w:rsid w:val="00FC11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89D26"/>
  <w14:defaultImageDpi w14:val="300"/>
  <w15:docId w15:val="{E31D64B5-0F83-4D0B-8CDD-E622DB1E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rial" w:hAnsi="Arial"/>
      <w:sz w:val="20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Gerdemann, Dörte</cp:lastModifiedBy>
  <cp:revision>6</cp:revision>
  <dcterms:created xsi:type="dcterms:W3CDTF">2026-09-23T10:00:00Z</dcterms:created>
  <dcterms:modified xsi:type="dcterms:W3CDTF">2026-10-01T10:27:00Z</dcterms:modified>
  <cp:category/>
</cp:coreProperties>
</file>