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B0B99" w14:textId="77777777" w:rsidR="00723024" w:rsidRPr="00CB2974" w:rsidRDefault="005F2024">
      <w:pPr>
        <w:pStyle w:val="Titel"/>
        <w:rPr>
          <w:lang w:val="de-DE"/>
        </w:rPr>
      </w:pPr>
      <w:r w:rsidRPr="00CB2974">
        <w:rPr>
          <w:lang w:val="de-DE"/>
        </w:rPr>
        <w:t>Anlage 09 Unterauftragnehmer und Eignungsleihe</w:t>
      </w:r>
    </w:p>
    <w:p w14:paraId="7A18DBB3" w14:textId="77777777" w:rsidR="00723024" w:rsidRPr="00CB2974" w:rsidRDefault="005F2024">
      <w:pPr>
        <w:rPr>
          <w:lang w:val="de-DE"/>
        </w:rPr>
      </w:pPr>
      <w:r w:rsidRPr="00CB2974">
        <w:rPr>
          <w:lang w:val="de-DE"/>
        </w:rPr>
        <w:t>Mobile Sammlung, Transport und Entsorgung von Sonderabfall-Kleinmengen 2027</w:t>
      </w:r>
    </w:p>
    <w:p w14:paraId="26B14A41" w14:textId="77777777" w:rsidR="00723024" w:rsidRPr="00CB2974" w:rsidRDefault="005F2024">
      <w:pPr>
        <w:rPr>
          <w:lang w:val="de-DE"/>
        </w:rPr>
      </w:pPr>
      <w:r w:rsidRPr="00CB2974">
        <w:rPr>
          <w:lang w:val="de-DE"/>
        </w:rPr>
        <w:t>Bieter / Bietergemeinschaft: ______________________________________________</w:t>
      </w:r>
    </w:p>
    <w:p w14:paraId="7A7A6C90" w14:textId="77777777" w:rsidR="00723024" w:rsidRPr="00CB2974" w:rsidRDefault="005F2024">
      <w:pPr>
        <w:rPr>
          <w:lang w:val="de-DE"/>
        </w:rPr>
      </w:pPr>
      <w:r w:rsidRPr="00CB2974">
        <w:rPr>
          <w:lang w:val="de-DE"/>
        </w:rPr>
        <w:t>Angebotenes Los:  ☐ Los 1 Nordkreis   ☐ Los 2 Südkreis   ☐ beide Lose</w:t>
      </w:r>
    </w:p>
    <w:p w14:paraId="45A3BF0E" w14:textId="77777777" w:rsidR="00723024" w:rsidRPr="00CB2974" w:rsidRDefault="005F2024">
      <w:pPr>
        <w:pStyle w:val="berschrift1"/>
        <w:rPr>
          <w:lang w:val="de-DE"/>
        </w:rPr>
      </w:pPr>
      <w:r w:rsidRPr="00CB2974">
        <w:rPr>
          <w:lang w:val="de-DE"/>
        </w:rPr>
        <w:t>1 Verzeichnis der vorgesehenen Unternehmen</w:t>
      </w:r>
    </w:p>
    <w:p w14:paraId="35E567E9" w14:textId="77777777" w:rsidR="00723024" w:rsidRPr="00CB2974" w:rsidRDefault="005F2024">
      <w:pPr>
        <w:rPr>
          <w:lang w:val="de-DE"/>
        </w:rPr>
      </w:pPr>
      <w:r w:rsidRPr="00CB2974">
        <w:rPr>
          <w:lang w:val="de-DE"/>
        </w:rPr>
        <w:t>☐ Es werden keine Unterauftragnehmer oder weiteren Entsorgungsunternehmen eingesetzt und keine fremden Kapazitäten zum Nachweis der Eignung genutzt.</w:t>
      </w:r>
      <w:r w:rsidRPr="00CB2974">
        <w:rPr>
          <w:lang w:val="de-DE"/>
        </w:rPr>
        <w:br/>
        <w:t>☐ Die nachfolgend genannten Unternehmen werden eingesetzt beziehungsweise für eine Eignungsleihe herangezogen.</w:t>
      </w:r>
    </w:p>
    <w:p w14:paraId="3CD017BB" w14:textId="77777777" w:rsidR="00723024" w:rsidRDefault="005F2024">
      <w:r w:rsidRPr="00CB2974">
        <w:rPr>
          <w:lang w:val="de-DE"/>
        </w:rPr>
        <w:t xml:space="preserve">Alle vorgesehenen Unterauftragnehmer, weiteren Entsorgungsunternehmen und Unternehmen, deren Kapazitäten zum Nachweis der Eignung genutzt werden, sind anzugeben. Bei Nutzung von Anlagen Dritter sind auch deren Betreiber zu benennen. </w:t>
      </w:r>
      <w:r>
        <w:t>Bei Bedarf ist das Verzeichnis als gesonderte Anlage fortzuführen.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494"/>
        <w:gridCol w:w="737"/>
        <w:gridCol w:w="3005"/>
        <w:gridCol w:w="1304"/>
        <w:gridCol w:w="1984"/>
      </w:tblGrid>
      <w:tr w:rsidR="00723024" w14:paraId="55767A64" w14:textId="77777777">
        <w:trPr>
          <w:cantSplit/>
          <w:tblHeader/>
          <w:jc w:val="center"/>
        </w:trPr>
        <w:tc>
          <w:tcPr>
            <w:tcW w:w="2494" w:type="dxa"/>
            <w:shd w:val="clear" w:color="auto" w:fill="E7E6E6"/>
            <w:tcMar>
              <w:top w:w="95" w:type="dxa"/>
              <w:left w:w="95" w:type="dxa"/>
              <w:bottom w:w="95" w:type="dxa"/>
              <w:right w:w="95" w:type="dxa"/>
            </w:tcMar>
            <w:vAlign w:val="center"/>
          </w:tcPr>
          <w:p w14:paraId="162B42B8" w14:textId="77777777" w:rsidR="00723024" w:rsidRDefault="005F2024">
            <w:pPr>
              <w:spacing w:before="60" w:after="60"/>
            </w:pPr>
            <w:r>
              <w:rPr>
                <w:b/>
                <w:sz w:val="20"/>
              </w:rPr>
              <w:t>Unternehmen und Anschrift</w:t>
            </w:r>
          </w:p>
        </w:tc>
        <w:tc>
          <w:tcPr>
            <w:tcW w:w="737" w:type="dxa"/>
            <w:shd w:val="clear" w:color="auto" w:fill="E7E6E6"/>
            <w:tcMar>
              <w:top w:w="95" w:type="dxa"/>
              <w:left w:w="95" w:type="dxa"/>
              <w:bottom w:w="95" w:type="dxa"/>
              <w:right w:w="95" w:type="dxa"/>
            </w:tcMar>
            <w:vAlign w:val="center"/>
          </w:tcPr>
          <w:p w14:paraId="14AB41E5" w14:textId="77777777" w:rsidR="00723024" w:rsidRDefault="005F2024">
            <w:pPr>
              <w:spacing w:before="60" w:after="60"/>
            </w:pPr>
            <w:r>
              <w:rPr>
                <w:b/>
                <w:sz w:val="20"/>
              </w:rPr>
              <w:t>Los</w:t>
            </w:r>
          </w:p>
        </w:tc>
        <w:tc>
          <w:tcPr>
            <w:tcW w:w="3005" w:type="dxa"/>
            <w:shd w:val="clear" w:color="auto" w:fill="E7E6E6"/>
            <w:tcMar>
              <w:top w:w="95" w:type="dxa"/>
              <w:left w:w="95" w:type="dxa"/>
              <w:bottom w:w="95" w:type="dxa"/>
              <w:right w:w="95" w:type="dxa"/>
            </w:tcMar>
            <w:vAlign w:val="center"/>
          </w:tcPr>
          <w:p w14:paraId="090BB8C0" w14:textId="77777777" w:rsidR="00723024" w:rsidRPr="00CB2974" w:rsidRDefault="005F2024">
            <w:pPr>
              <w:spacing w:before="60" w:after="60"/>
              <w:rPr>
                <w:lang w:val="de-DE"/>
              </w:rPr>
            </w:pPr>
            <w:r w:rsidRPr="00CB2974">
              <w:rPr>
                <w:b/>
                <w:sz w:val="20"/>
                <w:lang w:val="de-DE"/>
              </w:rPr>
              <w:t>Leistungsteil / Tätigkeit und ggf. AVV-Schlüssel</w:t>
            </w:r>
          </w:p>
        </w:tc>
        <w:tc>
          <w:tcPr>
            <w:tcW w:w="1304" w:type="dxa"/>
            <w:shd w:val="clear" w:color="auto" w:fill="E7E6E6"/>
            <w:tcMar>
              <w:top w:w="95" w:type="dxa"/>
              <w:left w:w="95" w:type="dxa"/>
              <w:bottom w:w="95" w:type="dxa"/>
              <w:right w:w="95" w:type="dxa"/>
            </w:tcMar>
            <w:vAlign w:val="center"/>
          </w:tcPr>
          <w:p w14:paraId="21BB46F6" w14:textId="77777777" w:rsidR="00723024" w:rsidRDefault="005F2024">
            <w:pPr>
              <w:spacing w:before="60" w:after="60"/>
            </w:pPr>
            <w:r>
              <w:rPr>
                <w:b/>
                <w:sz w:val="20"/>
              </w:rPr>
              <w:t>Anteil ca. %¹</w:t>
            </w:r>
          </w:p>
        </w:tc>
        <w:tc>
          <w:tcPr>
            <w:tcW w:w="1984" w:type="dxa"/>
            <w:shd w:val="clear" w:color="auto" w:fill="E7E6E6"/>
            <w:tcMar>
              <w:top w:w="95" w:type="dxa"/>
              <w:left w:w="95" w:type="dxa"/>
              <w:bottom w:w="95" w:type="dxa"/>
              <w:right w:w="95" w:type="dxa"/>
            </w:tcMar>
            <w:vAlign w:val="center"/>
          </w:tcPr>
          <w:p w14:paraId="289E2176" w14:textId="77777777" w:rsidR="00723024" w:rsidRDefault="005F2024">
            <w:pPr>
              <w:spacing w:before="60" w:after="60"/>
            </w:pPr>
            <w:r>
              <w:rPr>
                <w:b/>
                <w:sz w:val="20"/>
              </w:rPr>
              <w:t>Eignungsleihe und genutzte Kapazität</w:t>
            </w:r>
          </w:p>
        </w:tc>
      </w:tr>
      <w:tr w:rsidR="00723024" w14:paraId="6AD4CF99" w14:textId="77777777">
        <w:trPr>
          <w:cantSplit/>
          <w:trHeight w:val="794"/>
          <w:jc w:val="center"/>
        </w:trPr>
        <w:tc>
          <w:tcPr>
            <w:tcW w:w="2494" w:type="dxa"/>
            <w:shd w:val="clear" w:color="auto" w:fill="FFFFFF"/>
            <w:tcMar>
              <w:top w:w="95" w:type="dxa"/>
              <w:left w:w="95" w:type="dxa"/>
              <w:bottom w:w="95" w:type="dxa"/>
              <w:right w:w="95" w:type="dxa"/>
            </w:tcMar>
            <w:vAlign w:val="center"/>
          </w:tcPr>
          <w:p w14:paraId="3D4235F4" w14:textId="77777777" w:rsidR="00723024" w:rsidRDefault="00723024">
            <w:pPr>
              <w:spacing w:before="60" w:after="60"/>
            </w:pPr>
          </w:p>
        </w:tc>
        <w:tc>
          <w:tcPr>
            <w:tcW w:w="737" w:type="dxa"/>
            <w:shd w:val="clear" w:color="auto" w:fill="FFFFFF"/>
            <w:tcMar>
              <w:top w:w="95" w:type="dxa"/>
              <w:left w:w="95" w:type="dxa"/>
              <w:bottom w:w="95" w:type="dxa"/>
              <w:right w:w="95" w:type="dxa"/>
            </w:tcMar>
            <w:vAlign w:val="center"/>
          </w:tcPr>
          <w:p w14:paraId="301CB380" w14:textId="77777777" w:rsidR="00723024" w:rsidRDefault="00723024">
            <w:pPr>
              <w:spacing w:before="60" w:after="60"/>
            </w:pPr>
          </w:p>
        </w:tc>
        <w:tc>
          <w:tcPr>
            <w:tcW w:w="3005" w:type="dxa"/>
            <w:shd w:val="clear" w:color="auto" w:fill="FFFFFF"/>
            <w:tcMar>
              <w:top w:w="95" w:type="dxa"/>
              <w:left w:w="95" w:type="dxa"/>
              <w:bottom w:w="95" w:type="dxa"/>
              <w:right w:w="95" w:type="dxa"/>
            </w:tcMar>
            <w:vAlign w:val="center"/>
          </w:tcPr>
          <w:p w14:paraId="581EF184" w14:textId="77777777" w:rsidR="00723024" w:rsidRDefault="00723024">
            <w:pPr>
              <w:spacing w:before="60" w:after="60"/>
            </w:pPr>
          </w:p>
        </w:tc>
        <w:tc>
          <w:tcPr>
            <w:tcW w:w="1304" w:type="dxa"/>
            <w:shd w:val="clear" w:color="auto" w:fill="FFFFFF"/>
            <w:tcMar>
              <w:top w:w="95" w:type="dxa"/>
              <w:left w:w="95" w:type="dxa"/>
              <w:bottom w:w="95" w:type="dxa"/>
              <w:right w:w="95" w:type="dxa"/>
            </w:tcMar>
            <w:vAlign w:val="center"/>
          </w:tcPr>
          <w:p w14:paraId="362441C0" w14:textId="77777777" w:rsidR="00723024" w:rsidRDefault="00723024">
            <w:pPr>
              <w:spacing w:before="60" w:after="60"/>
            </w:pPr>
          </w:p>
        </w:tc>
        <w:tc>
          <w:tcPr>
            <w:tcW w:w="1984" w:type="dxa"/>
            <w:shd w:val="clear" w:color="auto" w:fill="FFFFFF"/>
            <w:tcMar>
              <w:top w:w="95" w:type="dxa"/>
              <w:left w:w="95" w:type="dxa"/>
              <w:bottom w:w="95" w:type="dxa"/>
              <w:right w:w="95" w:type="dxa"/>
            </w:tcMar>
            <w:vAlign w:val="center"/>
          </w:tcPr>
          <w:p w14:paraId="27FB32B3" w14:textId="77777777" w:rsidR="00723024" w:rsidRDefault="005F2024">
            <w:pPr>
              <w:spacing w:before="60" w:after="60"/>
            </w:pPr>
            <w:r>
              <w:rPr>
                <w:sz w:val="20"/>
              </w:rPr>
              <w:t>☐ ja  ☐ nein</w:t>
            </w:r>
            <w:r>
              <w:rPr>
                <w:sz w:val="20"/>
              </w:rPr>
              <w:br/>
              <w:t>Kapazität:</w:t>
            </w:r>
          </w:p>
        </w:tc>
      </w:tr>
      <w:tr w:rsidR="00723024" w14:paraId="5E5FB595" w14:textId="77777777">
        <w:trPr>
          <w:cantSplit/>
          <w:trHeight w:val="794"/>
          <w:jc w:val="center"/>
        </w:trPr>
        <w:tc>
          <w:tcPr>
            <w:tcW w:w="2494" w:type="dxa"/>
            <w:shd w:val="clear" w:color="auto" w:fill="FFFFFF"/>
            <w:tcMar>
              <w:top w:w="95" w:type="dxa"/>
              <w:left w:w="95" w:type="dxa"/>
              <w:bottom w:w="95" w:type="dxa"/>
              <w:right w:w="95" w:type="dxa"/>
            </w:tcMar>
            <w:vAlign w:val="center"/>
          </w:tcPr>
          <w:p w14:paraId="012D00DE" w14:textId="77777777" w:rsidR="00723024" w:rsidRDefault="00723024">
            <w:pPr>
              <w:spacing w:before="60" w:after="60"/>
            </w:pPr>
          </w:p>
        </w:tc>
        <w:tc>
          <w:tcPr>
            <w:tcW w:w="737" w:type="dxa"/>
            <w:shd w:val="clear" w:color="auto" w:fill="FFFFFF"/>
            <w:tcMar>
              <w:top w:w="95" w:type="dxa"/>
              <w:left w:w="95" w:type="dxa"/>
              <w:bottom w:w="95" w:type="dxa"/>
              <w:right w:w="95" w:type="dxa"/>
            </w:tcMar>
            <w:vAlign w:val="center"/>
          </w:tcPr>
          <w:p w14:paraId="368707DC" w14:textId="77777777" w:rsidR="00723024" w:rsidRDefault="00723024">
            <w:pPr>
              <w:spacing w:before="60" w:after="60"/>
            </w:pPr>
          </w:p>
        </w:tc>
        <w:tc>
          <w:tcPr>
            <w:tcW w:w="3005" w:type="dxa"/>
            <w:shd w:val="clear" w:color="auto" w:fill="FFFFFF"/>
            <w:tcMar>
              <w:top w:w="95" w:type="dxa"/>
              <w:left w:w="95" w:type="dxa"/>
              <w:bottom w:w="95" w:type="dxa"/>
              <w:right w:w="95" w:type="dxa"/>
            </w:tcMar>
            <w:vAlign w:val="center"/>
          </w:tcPr>
          <w:p w14:paraId="75455A23" w14:textId="77777777" w:rsidR="00723024" w:rsidRDefault="00723024">
            <w:pPr>
              <w:spacing w:before="60" w:after="60"/>
            </w:pPr>
          </w:p>
        </w:tc>
        <w:tc>
          <w:tcPr>
            <w:tcW w:w="1304" w:type="dxa"/>
            <w:shd w:val="clear" w:color="auto" w:fill="FFFFFF"/>
            <w:tcMar>
              <w:top w:w="95" w:type="dxa"/>
              <w:left w:w="95" w:type="dxa"/>
              <w:bottom w:w="95" w:type="dxa"/>
              <w:right w:w="95" w:type="dxa"/>
            </w:tcMar>
            <w:vAlign w:val="center"/>
          </w:tcPr>
          <w:p w14:paraId="009FE682" w14:textId="77777777" w:rsidR="00723024" w:rsidRDefault="00723024">
            <w:pPr>
              <w:spacing w:before="60" w:after="60"/>
            </w:pPr>
          </w:p>
        </w:tc>
        <w:tc>
          <w:tcPr>
            <w:tcW w:w="1984" w:type="dxa"/>
            <w:shd w:val="clear" w:color="auto" w:fill="FFFFFF"/>
            <w:tcMar>
              <w:top w:w="95" w:type="dxa"/>
              <w:left w:w="95" w:type="dxa"/>
              <w:bottom w:w="95" w:type="dxa"/>
              <w:right w:w="95" w:type="dxa"/>
            </w:tcMar>
            <w:vAlign w:val="center"/>
          </w:tcPr>
          <w:p w14:paraId="115AAB06" w14:textId="77777777" w:rsidR="00723024" w:rsidRDefault="005F2024">
            <w:pPr>
              <w:spacing w:before="60" w:after="60"/>
            </w:pPr>
            <w:r>
              <w:rPr>
                <w:sz w:val="20"/>
              </w:rPr>
              <w:t>☐ ja  ☐ nein</w:t>
            </w:r>
            <w:r>
              <w:rPr>
                <w:sz w:val="20"/>
              </w:rPr>
              <w:br/>
              <w:t>Kapazität:</w:t>
            </w:r>
          </w:p>
        </w:tc>
      </w:tr>
      <w:tr w:rsidR="00723024" w14:paraId="30F33B50" w14:textId="77777777">
        <w:trPr>
          <w:cantSplit/>
          <w:trHeight w:val="794"/>
          <w:jc w:val="center"/>
        </w:trPr>
        <w:tc>
          <w:tcPr>
            <w:tcW w:w="2494" w:type="dxa"/>
            <w:shd w:val="clear" w:color="auto" w:fill="FFFFFF"/>
            <w:tcMar>
              <w:top w:w="95" w:type="dxa"/>
              <w:left w:w="95" w:type="dxa"/>
              <w:bottom w:w="95" w:type="dxa"/>
              <w:right w:w="95" w:type="dxa"/>
            </w:tcMar>
            <w:vAlign w:val="center"/>
          </w:tcPr>
          <w:p w14:paraId="18C60782" w14:textId="77777777" w:rsidR="00723024" w:rsidRDefault="00723024">
            <w:pPr>
              <w:spacing w:before="60" w:after="60"/>
            </w:pPr>
          </w:p>
        </w:tc>
        <w:tc>
          <w:tcPr>
            <w:tcW w:w="737" w:type="dxa"/>
            <w:shd w:val="clear" w:color="auto" w:fill="FFFFFF"/>
            <w:tcMar>
              <w:top w:w="95" w:type="dxa"/>
              <w:left w:w="95" w:type="dxa"/>
              <w:bottom w:w="95" w:type="dxa"/>
              <w:right w:w="95" w:type="dxa"/>
            </w:tcMar>
            <w:vAlign w:val="center"/>
          </w:tcPr>
          <w:p w14:paraId="001AD774" w14:textId="77777777" w:rsidR="00723024" w:rsidRDefault="00723024">
            <w:pPr>
              <w:spacing w:before="60" w:after="60"/>
            </w:pPr>
          </w:p>
        </w:tc>
        <w:tc>
          <w:tcPr>
            <w:tcW w:w="3005" w:type="dxa"/>
            <w:shd w:val="clear" w:color="auto" w:fill="FFFFFF"/>
            <w:tcMar>
              <w:top w:w="95" w:type="dxa"/>
              <w:left w:w="95" w:type="dxa"/>
              <w:bottom w:w="95" w:type="dxa"/>
              <w:right w:w="95" w:type="dxa"/>
            </w:tcMar>
            <w:vAlign w:val="center"/>
          </w:tcPr>
          <w:p w14:paraId="20C82CB9" w14:textId="77777777" w:rsidR="00723024" w:rsidRDefault="00723024">
            <w:pPr>
              <w:spacing w:before="60" w:after="60"/>
            </w:pPr>
          </w:p>
        </w:tc>
        <w:tc>
          <w:tcPr>
            <w:tcW w:w="1304" w:type="dxa"/>
            <w:shd w:val="clear" w:color="auto" w:fill="FFFFFF"/>
            <w:tcMar>
              <w:top w:w="95" w:type="dxa"/>
              <w:left w:w="95" w:type="dxa"/>
              <w:bottom w:w="95" w:type="dxa"/>
              <w:right w:w="95" w:type="dxa"/>
            </w:tcMar>
            <w:vAlign w:val="center"/>
          </w:tcPr>
          <w:p w14:paraId="3A6875CC" w14:textId="77777777" w:rsidR="00723024" w:rsidRDefault="00723024">
            <w:pPr>
              <w:spacing w:before="60" w:after="60"/>
            </w:pPr>
          </w:p>
        </w:tc>
        <w:tc>
          <w:tcPr>
            <w:tcW w:w="1984" w:type="dxa"/>
            <w:shd w:val="clear" w:color="auto" w:fill="FFFFFF"/>
            <w:tcMar>
              <w:top w:w="95" w:type="dxa"/>
              <w:left w:w="95" w:type="dxa"/>
              <w:bottom w:w="95" w:type="dxa"/>
              <w:right w:w="95" w:type="dxa"/>
            </w:tcMar>
            <w:vAlign w:val="center"/>
          </w:tcPr>
          <w:p w14:paraId="547BEB00" w14:textId="77777777" w:rsidR="00723024" w:rsidRDefault="005F2024">
            <w:pPr>
              <w:spacing w:before="60" w:after="60"/>
            </w:pPr>
            <w:r>
              <w:rPr>
                <w:sz w:val="20"/>
              </w:rPr>
              <w:t>☐ ja  ☐ nein</w:t>
            </w:r>
            <w:r>
              <w:rPr>
                <w:sz w:val="20"/>
              </w:rPr>
              <w:br/>
              <w:t>Kapazität:</w:t>
            </w:r>
          </w:p>
        </w:tc>
      </w:tr>
    </w:tbl>
    <w:p w14:paraId="7E373D82" w14:textId="77777777" w:rsidR="00723024" w:rsidRPr="00CB2974" w:rsidRDefault="005F2024">
      <w:pPr>
        <w:rPr>
          <w:lang w:val="de-DE"/>
        </w:rPr>
      </w:pPr>
      <w:r w:rsidRPr="00CB2974">
        <w:rPr>
          <w:sz w:val="18"/>
          <w:lang w:val="de-DE"/>
        </w:rPr>
        <w:t>¹ Bezogen auf den Leistungsumfang des jeweiligen Loses; bei reiner finanzieller Eignungsleihe ohne eigene Leistungsausführung „entfällt“ eintragen.</w:t>
      </w:r>
    </w:p>
    <w:p w14:paraId="283F8F13" w14:textId="77777777" w:rsidR="00723024" w:rsidRPr="00CB2974" w:rsidRDefault="005F2024">
      <w:pPr>
        <w:pStyle w:val="berschrift1"/>
        <w:rPr>
          <w:lang w:val="de-DE"/>
        </w:rPr>
      </w:pPr>
      <w:r w:rsidRPr="00CB2974">
        <w:rPr>
          <w:lang w:val="de-DE"/>
        </w:rPr>
        <w:t>2 Zuordnung und Vorlage der Nachweise</w:t>
      </w:r>
    </w:p>
    <w:p w14:paraId="2960A6A4" w14:textId="311A879E" w:rsidR="00723024" w:rsidRPr="00CB2974" w:rsidRDefault="005F2024" w:rsidP="00CB2974">
      <w:pPr>
        <w:jc w:val="both"/>
        <w:rPr>
          <w:lang w:val="de-DE"/>
        </w:rPr>
      </w:pPr>
      <w:r w:rsidRPr="00CB2974">
        <w:rPr>
          <w:lang w:val="de-DE"/>
        </w:rPr>
        <w:t xml:space="preserve">Mit dem Angebot sind die in Abschnitt </w:t>
      </w:r>
      <w:r w:rsidR="00042CC8">
        <w:rPr>
          <w:lang w:val="de-DE"/>
        </w:rPr>
        <w:t xml:space="preserve">9.3 </w:t>
      </w:r>
      <w:r w:rsidRPr="00CB2974">
        <w:rPr>
          <w:lang w:val="de-DE"/>
        </w:rPr>
        <w:t>der Aufforderung zur Angebotsabgabe geforderten Nachweise für die jeweils übernommenen Tätigkeiten vorzulegen. Dazu gehören, soweit einschlägig, Entsorgungsfachbetriebszertifikate, Erlaubnisse nach § 54 KrWG oder Nachweise einer Ausnahme, Anlagen- und Zwischenlagergenehmigungen, NGS-Nachweise sowie Fahrzeug- und Personalnachweise. Die dort zugelassenen Nachweisformen gelten auch für diese Unternehmen.</w:t>
      </w:r>
    </w:p>
    <w:p w14:paraId="7BE5BA24" w14:textId="77777777" w:rsidR="00723024" w:rsidRPr="00CB2974" w:rsidRDefault="005F2024" w:rsidP="00CB2974">
      <w:pPr>
        <w:jc w:val="both"/>
        <w:rPr>
          <w:lang w:val="de-DE"/>
        </w:rPr>
      </w:pPr>
      <w:r w:rsidRPr="00CB2974">
        <w:rPr>
          <w:lang w:val="de-DE"/>
        </w:rPr>
        <w:t>Unternehmen, Leistungsteil, Los und Nachweis müssen eindeutig zugeordnet sein. Ein eindeutiger Verweis auf die eingereichten Nachweise genügt. Eine eigene Entsorgungsanlage des Bieters ist nicht erforderlich. Bei Eignungsleihe ist für jedes kapazitätsgebende Unternehmen zusätzlich die folgende Verpflichtungserklärung einzureichen.</w:t>
      </w:r>
    </w:p>
    <w:p w14:paraId="3722EBBE" w14:textId="77777777" w:rsidR="00723024" w:rsidRPr="00CB2974" w:rsidRDefault="005F2024" w:rsidP="00CB2974">
      <w:pPr>
        <w:jc w:val="both"/>
        <w:rPr>
          <w:lang w:val="de-DE"/>
        </w:rPr>
      </w:pPr>
      <w:r w:rsidRPr="00CB2974">
        <w:rPr>
          <w:lang w:val="de-DE"/>
        </w:rPr>
        <w:t>Änderungen sind dem Auftraggeber unverzüglich mitzuteilen. Für Änderungen nach Zuschlag gelten die Zustimmungsvoraussetzungen der Leistungsbeschreibung. Die gesetzlichen Regelungen zur Ersetzung von Unternehmen nach § 36 Abs. 5 und § 47 Abs. 2 VgV bleiben unberührt.</w:t>
      </w:r>
    </w:p>
    <w:p w14:paraId="51BAAAD2" w14:textId="77777777" w:rsidR="00723024" w:rsidRPr="00CB2974" w:rsidRDefault="005F2024">
      <w:pPr>
        <w:rPr>
          <w:lang w:val="de-DE"/>
        </w:rPr>
      </w:pPr>
      <w:r w:rsidRPr="00CB2974">
        <w:rPr>
          <w:lang w:val="de-DE"/>
        </w:rPr>
        <w:br w:type="page"/>
      </w:r>
    </w:p>
    <w:p w14:paraId="0138091E" w14:textId="77777777" w:rsidR="00723024" w:rsidRPr="00CB2974" w:rsidRDefault="005F2024">
      <w:pPr>
        <w:pStyle w:val="berschrift1"/>
        <w:rPr>
          <w:lang w:val="de-DE"/>
        </w:rPr>
      </w:pPr>
      <w:r w:rsidRPr="00CB2974">
        <w:rPr>
          <w:lang w:val="de-DE"/>
        </w:rPr>
        <w:lastRenderedPageBreak/>
        <w:t>3 Verpflichtungserklärung bei Eignungsleihe</w:t>
      </w:r>
    </w:p>
    <w:p w14:paraId="5DC27AAB" w14:textId="77777777" w:rsidR="00723024" w:rsidRPr="00CB2974" w:rsidRDefault="005F2024">
      <w:pPr>
        <w:rPr>
          <w:lang w:val="de-DE"/>
        </w:rPr>
      </w:pPr>
      <w:r w:rsidRPr="00CB2974">
        <w:rPr>
          <w:lang w:val="de-DE"/>
        </w:rPr>
        <w:t>Für jedes Unternehmen, dessen Kapazitäten der Bieter zum Nachweis der Eignung nutzt, gesondert auszufüllen und durch dieses Unternehmen in Textform abzugeben (§ 47 Abs. 1 VgV).</w:t>
      </w:r>
    </w:p>
    <w:p w14:paraId="08E8E9DD" w14:textId="77777777" w:rsidR="00723024" w:rsidRPr="00CB2974" w:rsidRDefault="005F2024">
      <w:pPr>
        <w:spacing w:after="180"/>
        <w:rPr>
          <w:lang w:val="de-DE"/>
        </w:rPr>
      </w:pPr>
      <w:r w:rsidRPr="00CB2974">
        <w:rPr>
          <w:lang w:val="de-DE"/>
        </w:rPr>
        <w:t>Kapazitätsgebendes Unternehmen und vollständige Anschrift:</w:t>
      </w:r>
      <w:r w:rsidRPr="00CB2974">
        <w:rPr>
          <w:lang w:val="de-DE"/>
        </w:rPr>
        <w:br/>
        <w:t>____________________________________________________________________________</w:t>
      </w:r>
    </w:p>
    <w:p w14:paraId="6A6065E6" w14:textId="77777777" w:rsidR="00723024" w:rsidRPr="00CB2974" w:rsidRDefault="005F2024">
      <w:pPr>
        <w:spacing w:after="180"/>
        <w:rPr>
          <w:lang w:val="de-DE"/>
        </w:rPr>
      </w:pPr>
      <w:r w:rsidRPr="00CB2974">
        <w:rPr>
          <w:lang w:val="de-DE"/>
        </w:rPr>
        <w:t>Bieter / Bietergemeinschaft:</w:t>
      </w:r>
      <w:r w:rsidRPr="00CB2974">
        <w:rPr>
          <w:lang w:val="de-DE"/>
        </w:rPr>
        <w:br/>
        <w:t>____________________________________________________________________________</w:t>
      </w:r>
    </w:p>
    <w:p w14:paraId="0F32259D" w14:textId="77777777" w:rsidR="00723024" w:rsidRPr="00CB2974" w:rsidRDefault="005F2024">
      <w:pPr>
        <w:rPr>
          <w:lang w:val="de-DE"/>
        </w:rPr>
      </w:pPr>
      <w:r w:rsidRPr="00CB2974">
        <w:rPr>
          <w:lang w:val="de-DE"/>
        </w:rPr>
        <w:t>Betroffenes Los:  ☐ Los 1 Nordkreis   ☐ Los 2 Südkreis   ☐ beide Lose</w:t>
      </w:r>
    </w:p>
    <w:p w14:paraId="11D9B195" w14:textId="77777777" w:rsidR="00723024" w:rsidRPr="00CB2974" w:rsidRDefault="005F2024">
      <w:pPr>
        <w:rPr>
          <w:lang w:val="de-DE"/>
        </w:rPr>
      </w:pPr>
      <w:r w:rsidRPr="00CB2974">
        <w:rPr>
          <w:lang w:val="de-DE"/>
        </w:rPr>
        <w:t>Art der Eignungsleihe:</w:t>
      </w:r>
      <w:r w:rsidRPr="00CB2974">
        <w:rPr>
          <w:lang w:val="de-DE"/>
        </w:rPr>
        <w:br/>
        <w:t>☐ wirtschaftliche und finanzielle Leistungsfähigkeit</w:t>
      </w:r>
      <w:r w:rsidRPr="00CB2974">
        <w:rPr>
          <w:lang w:val="de-DE"/>
        </w:rPr>
        <w:br/>
        <w:t>☐ technische und berufliche Leistungsfähigkeit</w:t>
      </w:r>
    </w:p>
    <w:p w14:paraId="677E67C9" w14:textId="77777777" w:rsidR="00723024" w:rsidRPr="00CB2974" w:rsidRDefault="005F2024">
      <w:pPr>
        <w:spacing w:after="180"/>
        <w:rPr>
          <w:lang w:val="de-DE"/>
        </w:rPr>
      </w:pPr>
      <w:r w:rsidRPr="00CB2974">
        <w:rPr>
          <w:lang w:val="de-DE"/>
        </w:rPr>
        <w:t>Eignungskriterium, für das unsere Kapazitäten genutzt werden:</w:t>
      </w:r>
      <w:r w:rsidRPr="00CB2974">
        <w:rPr>
          <w:lang w:val="de-DE"/>
        </w:rPr>
        <w:br/>
        <w:t>____________________________________________________________________________</w:t>
      </w:r>
    </w:p>
    <w:p w14:paraId="77606EDF" w14:textId="77777777" w:rsidR="00723024" w:rsidRPr="00CB2974" w:rsidRDefault="005F2024">
      <w:pPr>
        <w:spacing w:after="180"/>
        <w:rPr>
          <w:lang w:val="de-DE"/>
        </w:rPr>
      </w:pPr>
      <w:r w:rsidRPr="00CB2974">
        <w:rPr>
          <w:lang w:val="de-DE"/>
        </w:rPr>
        <w:t>Konkret bereitgestellte Mittel und Kapazitäten einschließlich Umfang und Dauer:</w:t>
      </w:r>
      <w:r w:rsidRPr="00CB2974">
        <w:rPr>
          <w:lang w:val="de-DE"/>
        </w:rPr>
        <w:br/>
        <w:t>____________________________________________________________________________</w:t>
      </w:r>
      <w:r w:rsidRPr="00CB2974">
        <w:rPr>
          <w:lang w:val="de-DE"/>
        </w:rPr>
        <w:br/>
        <w:t>____________________________________________________________________________</w:t>
      </w:r>
    </w:p>
    <w:p w14:paraId="498A4D95" w14:textId="77777777" w:rsidR="00723024" w:rsidRPr="00CB2974" w:rsidRDefault="005F2024">
      <w:pPr>
        <w:spacing w:after="180"/>
        <w:rPr>
          <w:lang w:val="de-DE"/>
        </w:rPr>
      </w:pPr>
      <w:r w:rsidRPr="00CB2974">
        <w:rPr>
          <w:lang w:val="de-DE"/>
        </w:rPr>
        <w:t>Von uns selbst auszuführende Tätigkeiten und zugehöriger Leistungsumfang:</w:t>
      </w:r>
      <w:r w:rsidRPr="00CB2974">
        <w:rPr>
          <w:lang w:val="de-DE"/>
        </w:rPr>
        <w:br/>
        <w:t>____________________________________________________________________________</w:t>
      </w:r>
    </w:p>
    <w:p w14:paraId="59CF2E9C" w14:textId="77777777" w:rsidR="00723024" w:rsidRPr="00CB2974" w:rsidRDefault="005F2024" w:rsidP="00CB2974">
      <w:pPr>
        <w:jc w:val="both"/>
        <w:rPr>
          <w:lang w:val="de-DE"/>
        </w:rPr>
      </w:pPr>
      <w:r w:rsidRPr="00CB2974">
        <w:rPr>
          <w:lang w:val="de-DE"/>
        </w:rPr>
        <w:t>Wir verpflichten uns, dem oben genannten Bieter im Fall der Zuschlagserteilung die bezeichneten Mittel und Kapazitäten für die Auftragsausführung tatsächlich zur Verfügung zu stellen. Dies gilt für die gesamte Vertragslaufzeit vom 01.01.2027 bis 31.12.2027, soweit die Mittel und Kapazitäten für die übernommenen Leistungen benötigt werden.</w:t>
      </w:r>
    </w:p>
    <w:p w14:paraId="7C3BFC92" w14:textId="77777777" w:rsidR="00723024" w:rsidRPr="00CB2974" w:rsidRDefault="005F2024" w:rsidP="00CB2974">
      <w:pPr>
        <w:jc w:val="both"/>
        <w:rPr>
          <w:lang w:val="de-DE"/>
        </w:rPr>
      </w:pPr>
      <w:r w:rsidRPr="00CB2974">
        <w:rPr>
          <w:lang w:val="de-DE"/>
        </w:rPr>
        <w:t>Soweit unsere Ausbildungs- oder Befähigungsnachweise oder unsere einschlägige berufliche Erfahrung genutzt werden, führen wir die Leistungen, für die diese Kapazitäten benötigt werden, selbst aus (§ 47 Abs. 1 VgV).</w:t>
      </w:r>
    </w:p>
    <w:p w14:paraId="24556E71" w14:textId="77777777" w:rsidR="00723024" w:rsidRPr="00CB2974" w:rsidRDefault="005F2024" w:rsidP="00CB2974">
      <w:pPr>
        <w:jc w:val="both"/>
        <w:rPr>
          <w:lang w:val="de-DE"/>
        </w:rPr>
      </w:pPr>
      <w:r w:rsidRPr="00CB2974">
        <w:rPr>
          <w:lang w:val="de-DE"/>
        </w:rPr>
        <w:t>Wir erfüllen die für die in Anspruch genommenen Kapazitäten geltenden Eignungsanforderungen. Unsere Nachweise sind den betroffenen Tätigkeiten und Losen zugeordnet und dieser Erklärung beigefügt beziehungsweise im Angebot eindeutig bezeichnet.</w:t>
      </w:r>
    </w:p>
    <w:p w14:paraId="7C7AB333" w14:textId="77777777" w:rsidR="00723024" w:rsidRPr="00CB2974" w:rsidRDefault="005F2024" w:rsidP="00CB2974">
      <w:pPr>
        <w:rPr>
          <w:lang w:val="de-DE"/>
        </w:rPr>
      </w:pPr>
      <w:r w:rsidRPr="00CB2974">
        <w:rPr>
          <w:lang w:val="de-DE"/>
        </w:rPr>
        <w:t>Ausschlussgründe nach §§ 123, 124 GWB:</w:t>
      </w:r>
      <w:r w:rsidRPr="00CB2974">
        <w:rPr>
          <w:lang w:val="de-DE"/>
        </w:rPr>
        <w:br/>
        <w:t>☐ liegen nicht vor.</w:t>
      </w:r>
      <w:r w:rsidRPr="00CB2974">
        <w:rPr>
          <w:lang w:val="de-DE"/>
        </w:rPr>
        <w:br/>
        <w:t>☐ sind in einer beigefügten Erklärung einschließlich etwaiger Selbstreinigungsmaßnahmen nach § 125 GWB offengelegt.</w:t>
      </w:r>
    </w:p>
    <w:p w14:paraId="0A3996AE" w14:textId="77777777" w:rsidR="00723024" w:rsidRDefault="005F2024" w:rsidP="00CB2974">
      <w:pPr>
        <w:jc w:val="both"/>
        <w:rPr>
          <w:lang w:val="de-DE"/>
        </w:rPr>
      </w:pPr>
      <w:r w:rsidRPr="00CB2974">
        <w:rPr>
          <w:lang w:val="de-DE"/>
        </w:rPr>
        <w:t>Bei Eignungsleihe hinsichtlich der wirtschaftlichen und finanziellen Leistungsfähigkeit übernehmen wir, sofern der Auftraggeber dies verlangt, gemeinsam mit dem Bieter die Haftung für die Auftragsausführung entsprechend dem Umfang der Eignungsleihe (§ 47 Abs. 3 VgV).</w:t>
      </w:r>
    </w:p>
    <w:p w14:paraId="0074BD91" w14:textId="77777777" w:rsidR="00CB2974" w:rsidRPr="00CB2974" w:rsidRDefault="00CB2974" w:rsidP="00CB2974">
      <w:pPr>
        <w:jc w:val="both"/>
        <w:rPr>
          <w:lang w:val="de-DE"/>
        </w:rPr>
      </w:pPr>
    </w:p>
    <w:p w14:paraId="5E563B18" w14:textId="77777777" w:rsidR="00723024" w:rsidRPr="00CB2974" w:rsidRDefault="005F2024">
      <w:pPr>
        <w:rPr>
          <w:lang w:val="de-DE"/>
        </w:rPr>
      </w:pPr>
      <w:r w:rsidRPr="00CB2974">
        <w:rPr>
          <w:lang w:val="de-DE"/>
        </w:rPr>
        <w:t>Ort / Datum: __________________________________________________________</w:t>
      </w:r>
    </w:p>
    <w:p w14:paraId="2D25F62A" w14:textId="77777777" w:rsidR="00723024" w:rsidRPr="00CB2974" w:rsidRDefault="005F2024">
      <w:pPr>
        <w:rPr>
          <w:lang w:val="de-DE"/>
        </w:rPr>
      </w:pPr>
      <w:r w:rsidRPr="00CB2974">
        <w:rPr>
          <w:lang w:val="de-DE"/>
        </w:rPr>
        <w:t>Name und Funktion der erklärenden Person: _________________________________</w:t>
      </w:r>
    </w:p>
    <w:p w14:paraId="2461790F" w14:textId="77777777" w:rsidR="00723024" w:rsidRPr="00CB2974" w:rsidRDefault="005F2024">
      <w:pPr>
        <w:rPr>
          <w:lang w:val="de-DE"/>
        </w:rPr>
      </w:pPr>
      <w:r w:rsidRPr="00CB2974">
        <w:rPr>
          <w:lang w:val="de-DE"/>
        </w:rPr>
        <w:t>Erklärung in Textform: __________________________________________________</w:t>
      </w:r>
    </w:p>
    <w:p w14:paraId="4A6DF915" w14:textId="77777777" w:rsidR="00723024" w:rsidRPr="00CB2974" w:rsidRDefault="005F2024">
      <w:pPr>
        <w:rPr>
          <w:lang w:val="de-DE"/>
        </w:rPr>
      </w:pPr>
      <w:r w:rsidRPr="00CB2974">
        <w:rPr>
          <w:lang w:val="de-DE"/>
        </w:rPr>
        <w:t>Anlagen / Bezeichnung der zugehörigen Nachweise: ___________________________</w:t>
      </w:r>
    </w:p>
    <w:sectPr w:rsidR="00723024" w:rsidRPr="00CB2974" w:rsidSect="00034616">
      <w:headerReference w:type="default" r:id="rId8"/>
      <w:footerReference w:type="default" r:id="rId9"/>
      <w:pgSz w:w="11906" w:h="16838"/>
      <w:pgMar w:top="1134" w:right="1134" w:bottom="1020" w:left="124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E748C" w14:textId="77777777" w:rsidR="008A554A" w:rsidRDefault="008A554A">
      <w:pPr>
        <w:spacing w:after="0" w:line="240" w:lineRule="auto"/>
      </w:pPr>
      <w:r>
        <w:separator/>
      </w:r>
    </w:p>
  </w:endnote>
  <w:endnote w:type="continuationSeparator" w:id="0">
    <w:p w14:paraId="1B5AC517" w14:textId="77777777" w:rsidR="008A554A" w:rsidRDefault="008A5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F4C0C" w14:textId="77777777" w:rsidR="00723024" w:rsidRDefault="005F2024">
    <w:pPr>
      <w:pStyle w:val="Fuzeile"/>
      <w:jc w:val="right"/>
    </w:pPr>
    <w:r>
      <w:rPr>
        <w:sz w:val="18"/>
      </w:rPr>
      <w:t xml:space="preserve">Anlage 09 | Seite </w:t>
    </w:r>
    <w:r>
      <w:fldChar w:fldCharType="begin"/>
    </w:r>
    <w:r>
      <w:instrText>PAGE</w:instrText>
    </w:r>
    <w:r>
      <w:fldChar w:fldCharType="separate"/>
    </w:r>
    <w:r w:rsidR="00CB297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D638F" w14:textId="77777777" w:rsidR="008A554A" w:rsidRDefault="008A554A">
      <w:pPr>
        <w:spacing w:after="0" w:line="240" w:lineRule="auto"/>
      </w:pPr>
      <w:r>
        <w:separator/>
      </w:r>
    </w:p>
  </w:footnote>
  <w:footnote w:type="continuationSeparator" w:id="0">
    <w:p w14:paraId="3387537C" w14:textId="77777777" w:rsidR="008A554A" w:rsidRDefault="008A5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91A09" w14:textId="77777777" w:rsidR="00723024" w:rsidRDefault="005F2024">
    <w:r>
      <w:rPr>
        <w:color w:val="646464"/>
        <w:sz w:val="16"/>
      </w:rPr>
      <w:t>AWIGO | Vergabeunterlagen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750542182">
    <w:abstractNumId w:val="8"/>
  </w:num>
  <w:num w:numId="2" w16cid:durableId="2016766599">
    <w:abstractNumId w:val="6"/>
  </w:num>
  <w:num w:numId="3" w16cid:durableId="696584465">
    <w:abstractNumId w:val="5"/>
  </w:num>
  <w:num w:numId="4" w16cid:durableId="558712486">
    <w:abstractNumId w:val="4"/>
  </w:num>
  <w:num w:numId="5" w16cid:durableId="2003585639">
    <w:abstractNumId w:val="7"/>
  </w:num>
  <w:num w:numId="6" w16cid:durableId="1042631481">
    <w:abstractNumId w:val="3"/>
  </w:num>
  <w:num w:numId="7" w16cid:durableId="543950818">
    <w:abstractNumId w:val="2"/>
  </w:num>
  <w:num w:numId="8" w16cid:durableId="2035302425">
    <w:abstractNumId w:val="1"/>
  </w:num>
  <w:num w:numId="9" w16cid:durableId="1272669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CC8"/>
    <w:rsid w:val="0006063C"/>
    <w:rsid w:val="0015074B"/>
    <w:rsid w:val="0029639D"/>
    <w:rsid w:val="00326F90"/>
    <w:rsid w:val="005F2024"/>
    <w:rsid w:val="00723024"/>
    <w:rsid w:val="008A554A"/>
    <w:rsid w:val="00AA1D8D"/>
    <w:rsid w:val="00B47730"/>
    <w:rsid w:val="00BD2E08"/>
    <w:rsid w:val="00CB0664"/>
    <w:rsid w:val="00CB2974"/>
    <w:rsid w:val="00D97B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D93F4B"/>
  <w14:defaultImageDpi w14:val="300"/>
  <w15:docId w15:val="{9B843EDA-303A-4F86-ACCE-879F5B0C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2" w:lineRule="auto"/>
    </w:pPr>
    <w:rPr>
      <w:rFonts w:ascii="Arial" w:hAnsi="Arial"/>
      <w:color w:val="000000"/>
    </w:rPr>
  </w:style>
  <w:style w:type="paragraph" w:styleId="berschrift1">
    <w:name w:val="heading 1"/>
    <w:basedOn w:val="Standard"/>
    <w:next w:val="Standard"/>
    <w:link w:val="berschrift1Zchn"/>
    <w:uiPriority w:val="9"/>
    <w:qFormat/>
    <w:rsid w:val="00FC693F"/>
    <w:pPr>
      <w:keepNext/>
      <w:keepLines/>
      <w:spacing w:before="280"/>
      <w:outlineLvl w:val="0"/>
    </w:pPr>
    <w:rPr>
      <w:rFonts w:asciiTheme="majorHAnsi" w:eastAsiaTheme="majorEastAsia" w:hAnsiTheme="majorHAnsi" w:cstheme="majorBidi"/>
      <w:b/>
      <w:bCs/>
      <w:sz w:val="28"/>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berschrift3">
    <w:name w:val="heading 3"/>
    <w:basedOn w:val="Standard"/>
    <w:next w:val="Standard"/>
    <w:link w:val="berschrift3Zchn"/>
    <w:uiPriority w:val="9"/>
    <w:unhideWhenUsed/>
    <w:qFormat/>
    <w:rsid w:val="00FC693F"/>
    <w:pPr>
      <w:keepNext/>
      <w:keepLines/>
      <w:spacing w:before="160" w:after="60"/>
      <w:outlineLvl w:val="2"/>
    </w:pPr>
    <w:rPr>
      <w:rFonts w:asciiTheme="majorHAnsi" w:eastAsiaTheme="majorEastAsia" w:hAnsiTheme="majorHAnsi" w:cstheme="majorBidi"/>
      <w:b/>
      <w:bCs/>
      <w:color w:val="1F1F1F"/>
      <w:sz w:val="2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spacing w:line="240" w:lineRule="auto"/>
      <w:contextualSpacing/>
    </w:pPr>
    <w:rPr>
      <w:rFonts w:asciiTheme="majorHAnsi" w:eastAsiaTheme="majorEastAsia" w:hAnsiTheme="majorHAnsi" w:cstheme="majorBidi"/>
      <w:b/>
      <w:spacing w:val="5"/>
      <w:kern w:val="28"/>
      <w:sz w:val="40"/>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4467</Characters>
  <Application>Microsoft Office Word</Application>
  <DocSecurity>0</DocSecurity>
  <Lines>72</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Gerdemann, Dörte</cp:lastModifiedBy>
  <cp:revision>3</cp:revision>
  <dcterms:created xsi:type="dcterms:W3CDTF">2026-10-01T10:35:00Z</dcterms:created>
  <dcterms:modified xsi:type="dcterms:W3CDTF">2026-10-15T07:46:00Z</dcterms:modified>
  <cp:category/>
</cp:coreProperties>
</file>