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A78F2" w14:textId="5664F2F4" w:rsidR="006B7769" w:rsidRPr="00491950" w:rsidRDefault="00F200C1">
      <w:pPr>
        <w:pStyle w:val="berschrift1"/>
        <w:rPr>
          <w:color w:val="auto"/>
          <w:sz w:val="24"/>
          <w:szCs w:val="24"/>
          <w:lang w:val="de-DE"/>
        </w:rPr>
      </w:pPr>
      <w:r w:rsidRPr="00F200C1">
        <w:rPr>
          <w:color w:val="auto"/>
          <w:sz w:val="32"/>
          <w:szCs w:val="32"/>
          <w:lang w:val="de-DE"/>
        </w:rPr>
        <w:t>Formblatt Teilnahmeerklärung des Leistungserbringers</w:t>
      </w:r>
      <w:r w:rsidR="00491950" w:rsidRPr="00F200C1">
        <w:rPr>
          <w:color w:val="auto"/>
          <w:sz w:val="32"/>
          <w:szCs w:val="32"/>
          <w:lang w:val="de-DE"/>
        </w:rPr>
        <w:br/>
      </w:r>
    </w:p>
    <w:p w14:paraId="474EC21E" w14:textId="77777777" w:rsidR="006B7769" w:rsidRPr="00F200C1" w:rsidRDefault="00F200C1">
      <w:pPr>
        <w:rPr>
          <w:b/>
          <w:bCs/>
          <w:sz w:val="24"/>
          <w:szCs w:val="24"/>
          <w:lang w:val="de-DE"/>
        </w:rPr>
      </w:pPr>
      <w:r w:rsidRPr="00F200C1">
        <w:rPr>
          <w:b/>
          <w:bCs/>
          <w:sz w:val="24"/>
          <w:szCs w:val="24"/>
          <w:lang w:val="de-DE"/>
        </w:rPr>
        <w:t>Vertrag zur Besonderen Versorgung gemäß § 140a SGB V – Ambulante Varizenbehandlung (</w:t>
      </w:r>
      <w:proofErr w:type="spellStart"/>
      <w:r w:rsidRPr="00F200C1">
        <w:rPr>
          <w:b/>
          <w:bCs/>
          <w:sz w:val="24"/>
          <w:szCs w:val="24"/>
          <w:lang w:val="de-DE"/>
        </w:rPr>
        <w:t>endoluminale</w:t>
      </w:r>
      <w:proofErr w:type="spellEnd"/>
      <w:r w:rsidRPr="00F200C1">
        <w:rPr>
          <w:b/>
          <w:bCs/>
          <w:sz w:val="24"/>
          <w:szCs w:val="24"/>
          <w:lang w:val="de-DE"/>
        </w:rPr>
        <w:t xml:space="preserve"> Verfahren – Lasertherapie/Radiofrequenzablation)</w:t>
      </w:r>
    </w:p>
    <w:p w14:paraId="62CB143E" w14:textId="1DB2688B" w:rsidR="006B7769" w:rsidRPr="00491950" w:rsidRDefault="00F200C1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 xml:space="preserve">Hiermit erkläre ich verbindlich den Beitritt zum Vertrag zur Besonderen Versorgung gemäß § 140a SGB V über die ambulante Behandlung von Varikosen der unteren Extremitäten mit </w:t>
      </w:r>
      <w:proofErr w:type="spellStart"/>
      <w:r w:rsidRPr="00491950">
        <w:rPr>
          <w:sz w:val="24"/>
          <w:szCs w:val="24"/>
          <w:lang w:val="de-DE"/>
        </w:rPr>
        <w:t>endoluminalen</w:t>
      </w:r>
      <w:proofErr w:type="spellEnd"/>
      <w:r w:rsidRPr="00491950">
        <w:rPr>
          <w:sz w:val="24"/>
          <w:szCs w:val="24"/>
          <w:lang w:val="de-DE"/>
        </w:rPr>
        <w:t xml:space="preserve"> Verfahren (Lasertherapie oder Radiofrequenzablation) zwischen der AOK Rheinland-Pfalz/Saarland – Die Gesundheitskasse und den teilnehmenden Leistungserbringern.</w:t>
      </w:r>
      <w:r w:rsidR="001522FB">
        <w:rPr>
          <w:sz w:val="24"/>
          <w:szCs w:val="24"/>
          <w:lang w:val="de-DE"/>
        </w:rPr>
        <w:br/>
      </w:r>
      <w:r w:rsidRPr="00491950">
        <w:rPr>
          <w:sz w:val="24"/>
          <w:szCs w:val="24"/>
          <w:lang w:val="de-DE"/>
        </w:rPr>
        <w:t xml:space="preserve">Ich erkenne die Vertragsbedingungen einschließlich aller Anlagen (Anlage 1–4) </w:t>
      </w:r>
      <w:r w:rsidR="001522FB">
        <w:rPr>
          <w:sz w:val="24"/>
          <w:szCs w:val="24"/>
          <w:lang w:val="de-DE"/>
        </w:rPr>
        <w:t xml:space="preserve">sowie die Anforderungen aus den Vergabeunterlagen </w:t>
      </w:r>
      <w:r w:rsidRPr="00491950">
        <w:rPr>
          <w:sz w:val="24"/>
          <w:szCs w:val="24"/>
          <w:lang w:val="de-DE"/>
        </w:rPr>
        <w:t>in der jeweils gültigen Fassung als verbindlich an und verpflichte mich, die darin festgelegten fachlichen, organisatorischen und technischen Voraussetzungen zu erfüllen und nachzuweisen.</w:t>
      </w:r>
      <w:r w:rsidR="001522FB">
        <w:rPr>
          <w:sz w:val="24"/>
          <w:szCs w:val="24"/>
          <w:lang w:val="de-DE"/>
        </w:rPr>
        <w:br/>
      </w:r>
      <w:r w:rsidRPr="00491950">
        <w:rPr>
          <w:sz w:val="24"/>
          <w:szCs w:val="24"/>
          <w:lang w:val="de-DE"/>
        </w:rPr>
        <w:t xml:space="preserve">Ich bestätige, dass alle geforderten Nachweise gemäß </w:t>
      </w:r>
      <w:r w:rsidR="001522FB">
        <w:rPr>
          <w:sz w:val="24"/>
          <w:szCs w:val="24"/>
          <w:lang w:val="de-DE"/>
        </w:rPr>
        <w:t xml:space="preserve">dem Formblatt </w:t>
      </w:r>
      <w:r w:rsidRPr="00491950">
        <w:rPr>
          <w:sz w:val="24"/>
          <w:szCs w:val="24"/>
          <w:lang w:val="de-DE"/>
        </w:rPr>
        <w:t xml:space="preserve"> </w:t>
      </w:r>
      <w:r w:rsidR="001522FB">
        <w:rPr>
          <w:sz w:val="24"/>
          <w:szCs w:val="24"/>
          <w:lang w:val="de-DE"/>
        </w:rPr>
        <w:t>„</w:t>
      </w:r>
      <w:r w:rsidRPr="00491950">
        <w:rPr>
          <w:sz w:val="24"/>
          <w:szCs w:val="24"/>
          <w:lang w:val="de-DE"/>
        </w:rPr>
        <w:t>Nachweisführung</w:t>
      </w:r>
      <w:r w:rsidR="001522FB">
        <w:rPr>
          <w:sz w:val="24"/>
          <w:szCs w:val="24"/>
          <w:lang w:val="de-DE"/>
        </w:rPr>
        <w:t>“</w:t>
      </w:r>
      <w:r w:rsidRPr="00491950">
        <w:rPr>
          <w:sz w:val="24"/>
          <w:szCs w:val="24"/>
          <w:lang w:val="de-DE"/>
        </w:rPr>
        <w:t xml:space="preserve"> vollständig beigefügt sind</w:t>
      </w:r>
      <w:r w:rsidR="001522FB">
        <w:rPr>
          <w:sz w:val="24"/>
          <w:szCs w:val="24"/>
          <w:lang w:val="de-DE"/>
        </w:rPr>
        <w:t>.</w:t>
      </w:r>
      <w:r w:rsidR="001522FB">
        <w:rPr>
          <w:sz w:val="24"/>
          <w:szCs w:val="24"/>
          <w:lang w:val="de-DE"/>
        </w:rPr>
        <w:br/>
      </w:r>
      <w:r w:rsidRPr="00491950">
        <w:rPr>
          <w:sz w:val="24"/>
          <w:szCs w:val="24"/>
          <w:lang w:val="de-DE"/>
        </w:rPr>
        <w:t>Mir ist bekannt, dass der Vertrag auf Grundlage eines Open-House-Verfahrens ohne Exklusivität und ohne individuelle Preisverhandlung geschlossen wird und der Beitritt jederzeit bis zum 31.12.20</w:t>
      </w:r>
      <w:r w:rsidR="001522FB">
        <w:rPr>
          <w:sz w:val="24"/>
          <w:szCs w:val="24"/>
          <w:lang w:val="de-DE"/>
        </w:rPr>
        <w:t>27</w:t>
      </w:r>
      <w:r w:rsidRPr="00491950">
        <w:rPr>
          <w:sz w:val="24"/>
          <w:szCs w:val="24"/>
          <w:lang w:val="de-DE"/>
        </w:rPr>
        <w:t xml:space="preserve"> möglich ist. Der Vertrag tritt frühestens zum 01.01.2026 in Kraft.</w:t>
      </w:r>
      <w:r w:rsidR="001522FB">
        <w:rPr>
          <w:sz w:val="24"/>
          <w:szCs w:val="24"/>
          <w:lang w:val="de-DE"/>
        </w:rPr>
        <w:br/>
      </w:r>
      <w:r w:rsidRPr="00491950">
        <w:rPr>
          <w:sz w:val="24"/>
          <w:szCs w:val="24"/>
          <w:lang w:val="de-DE"/>
        </w:rPr>
        <w:t>Ich erkläre, dass ich mit der elektronischen Abrechnung nach § 295 Abs. 1b SGB V einverstanden bin und die Datenschutzvorgaben der DSGVO, des BDSG sowie des SGB X, insbesondere des § 295a SGB V, einhalte.</w:t>
      </w:r>
    </w:p>
    <w:p w14:paraId="53C84DAA" w14:textId="46584601" w:rsidR="001522FB" w:rsidRPr="001522FB" w:rsidRDefault="00F200C1" w:rsidP="001522FB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 xml:space="preserve">Mit der Abgabe dieser Teilnahmeerklärung beantrage </w:t>
      </w:r>
      <w:r w:rsidR="001522FB">
        <w:rPr>
          <w:sz w:val="24"/>
          <w:szCs w:val="24"/>
          <w:lang w:val="de-DE"/>
        </w:rPr>
        <w:t xml:space="preserve">ich </w:t>
      </w:r>
      <w:r w:rsidRPr="00491950">
        <w:rPr>
          <w:sz w:val="24"/>
          <w:szCs w:val="24"/>
          <w:lang w:val="de-DE"/>
        </w:rPr>
        <w:t>den Abschluss des Vertrages mit der AOK Rheinland-Pfalz/Saarland.</w:t>
      </w:r>
    </w:p>
    <w:p w14:paraId="5DFAB82B" w14:textId="1281D95C" w:rsidR="00491950" w:rsidRPr="00491950" w:rsidRDefault="00491950">
      <w:pPr>
        <w:rPr>
          <w:sz w:val="24"/>
          <w:szCs w:val="24"/>
          <w:lang w:val="de-DE"/>
        </w:rPr>
      </w:pPr>
    </w:p>
    <w:p w14:paraId="07DE6633" w14:textId="240DCB91" w:rsidR="006B7769" w:rsidRPr="00491950" w:rsidRDefault="00F200C1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 xml:space="preserve">Ort, Datum: </w:t>
      </w:r>
      <w:r w:rsidR="00B37910" w:rsidRPr="00B37910">
        <w:rPr>
          <w:lang w:val="de-DE"/>
        </w:rPr>
        <w:t xml:space="preserve"> </w:t>
      </w:r>
      <w:permStart w:id="1338203737" w:edGrp="everyone"/>
      <w:r w:rsidR="00B37910" w:rsidRPr="00B37910">
        <w:rPr>
          <w:lang w:val="de-DE"/>
        </w:rPr>
        <w:t xml:space="preserve">     </w:t>
      </w:r>
      <w:r w:rsidR="00B37910">
        <w:rPr>
          <w:lang w:val="de-DE"/>
        </w:rPr>
        <w:t xml:space="preserve"> </w:t>
      </w:r>
      <w:permEnd w:id="1338203737"/>
      <w:r w:rsidRPr="00491950">
        <w:rPr>
          <w:sz w:val="24"/>
          <w:szCs w:val="24"/>
          <w:lang w:val="de-DE"/>
        </w:rPr>
        <w:t>___________________________</w:t>
      </w:r>
    </w:p>
    <w:p w14:paraId="7CEEF544" w14:textId="77777777" w:rsidR="00491950" w:rsidRPr="00491950" w:rsidRDefault="00491950">
      <w:pPr>
        <w:rPr>
          <w:sz w:val="24"/>
          <w:szCs w:val="24"/>
          <w:lang w:val="de-DE"/>
        </w:rPr>
      </w:pPr>
    </w:p>
    <w:p w14:paraId="7A035BCF" w14:textId="7FF2D96A" w:rsidR="006B7769" w:rsidRPr="00491950" w:rsidRDefault="00F200C1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>Stempel / Unterschrift des Leistungserbringers:</w:t>
      </w:r>
      <w:r w:rsidR="00B37910">
        <w:rPr>
          <w:sz w:val="24"/>
          <w:szCs w:val="24"/>
          <w:lang w:val="de-DE"/>
        </w:rPr>
        <w:t xml:space="preserve"> </w:t>
      </w:r>
      <w:r w:rsidR="00B37910" w:rsidRPr="000D0753">
        <w:t xml:space="preserve"> </w:t>
      </w:r>
      <w:permStart w:id="1789199829" w:edGrp="everyone"/>
      <w:r w:rsidR="00B37910" w:rsidRPr="000D0753">
        <w:t xml:space="preserve">     </w:t>
      </w:r>
      <w:permEnd w:id="1789199829"/>
      <w:r w:rsidRPr="00491950">
        <w:rPr>
          <w:sz w:val="24"/>
          <w:szCs w:val="24"/>
          <w:lang w:val="de-DE"/>
        </w:rPr>
        <w:t xml:space="preserve"> ___________________________</w:t>
      </w:r>
    </w:p>
    <w:p w14:paraId="6DE6179F" w14:textId="77777777" w:rsidR="006B7769" w:rsidRPr="00491950" w:rsidRDefault="006B7769">
      <w:pPr>
        <w:rPr>
          <w:sz w:val="24"/>
          <w:szCs w:val="24"/>
          <w:lang w:val="de-DE"/>
        </w:rPr>
      </w:pPr>
    </w:p>
    <w:p w14:paraId="0E48582B" w14:textId="77777777" w:rsidR="001522FB" w:rsidRPr="00491950" w:rsidRDefault="001522FB" w:rsidP="001522FB">
      <w:pPr>
        <w:pStyle w:val="berschrift2"/>
        <w:rPr>
          <w:color w:val="auto"/>
          <w:sz w:val="24"/>
          <w:szCs w:val="24"/>
          <w:lang w:val="de-DE"/>
        </w:rPr>
      </w:pPr>
      <w:r w:rsidRPr="00F200C1">
        <w:rPr>
          <w:color w:val="auto"/>
          <w:sz w:val="28"/>
          <w:szCs w:val="28"/>
          <w:lang w:val="de-DE"/>
        </w:rPr>
        <w:lastRenderedPageBreak/>
        <w:t>Angaben zum Leistungserbringer</w:t>
      </w:r>
      <w:r w:rsidRPr="00F200C1">
        <w:rPr>
          <w:color w:val="auto"/>
          <w:sz w:val="28"/>
          <w:szCs w:val="28"/>
          <w:lang w:val="de-DE"/>
        </w:rPr>
        <w:br/>
      </w:r>
    </w:p>
    <w:p w14:paraId="086B195B" w14:textId="77777777" w:rsidR="001522FB" w:rsidRPr="00491950" w:rsidRDefault="001522FB" w:rsidP="001522FB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>Name/Firma des Leistungserbringers:</w:t>
      </w:r>
    </w:p>
    <w:p w14:paraId="0FB86039" w14:textId="77777777" w:rsidR="001522FB" w:rsidRDefault="001522FB" w:rsidP="001522FB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>Betriebsstätte/Adresse: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1522FB" w14:paraId="7CCB02C2" w14:textId="77777777" w:rsidTr="001522FB">
        <w:tc>
          <w:tcPr>
            <w:tcW w:w="4315" w:type="dxa"/>
          </w:tcPr>
          <w:p w14:paraId="75D64F57" w14:textId="37E2EAA0" w:rsidR="001522FB" w:rsidRDefault="001522FB" w:rsidP="001522FB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Name/Firma des Leistungserbringers</w:t>
            </w:r>
          </w:p>
        </w:tc>
        <w:tc>
          <w:tcPr>
            <w:tcW w:w="4315" w:type="dxa"/>
          </w:tcPr>
          <w:p w14:paraId="6DA7CCB3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  <w:p w14:paraId="0FD5E0A3" w14:textId="48F36B3F" w:rsidR="001522FB" w:rsidRDefault="00B37910" w:rsidP="001522FB">
            <w:pPr>
              <w:rPr>
                <w:sz w:val="24"/>
                <w:szCs w:val="24"/>
                <w:lang w:val="de-DE"/>
              </w:rPr>
            </w:pPr>
            <w:r w:rsidRPr="000D0753">
              <w:t xml:space="preserve"> </w:t>
            </w:r>
            <w:permStart w:id="8154329" w:edGrp="everyone"/>
            <w:r w:rsidRPr="000D0753">
              <w:t xml:space="preserve">     </w:t>
            </w:r>
            <w:permEnd w:id="8154329"/>
          </w:p>
          <w:p w14:paraId="6E3E08A7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  <w:p w14:paraId="6E9B9CE6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  <w:p w14:paraId="39AEAA60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</w:tc>
      </w:tr>
      <w:tr w:rsidR="001522FB" w14:paraId="14111820" w14:textId="77777777" w:rsidTr="001522FB">
        <w:tc>
          <w:tcPr>
            <w:tcW w:w="4315" w:type="dxa"/>
          </w:tcPr>
          <w:p w14:paraId="1335BD2C" w14:textId="4CB7D98C" w:rsidR="001522FB" w:rsidRDefault="001522FB" w:rsidP="001522FB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Betriebsstätte/Adresse</w:t>
            </w:r>
          </w:p>
        </w:tc>
        <w:tc>
          <w:tcPr>
            <w:tcW w:w="4315" w:type="dxa"/>
          </w:tcPr>
          <w:p w14:paraId="13B28DB0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  <w:p w14:paraId="42B4E14F" w14:textId="0F689A6E" w:rsidR="001522FB" w:rsidRDefault="00B37910" w:rsidP="001522FB">
            <w:pPr>
              <w:rPr>
                <w:sz w:val="24"/>
                <w:szCs w:val="24"/>
                <w:lang w:val="de-DE"/>
              </w:rPr>
            </w:pPr>
            <w:r w:rsidRPr="000D0753">
              <w:t xml:space="preserve"> </w:t>
            </w:r>
            <w:permStart w:id="1335037997" w:edGrp="everyone"/>
            <w:r w:rsidRPr="000D0753">
              <w:t xml:space="preserve">     </w:t>
            </w:r>
            <w:permEnd w:id="1335037997"/>
          </w:p>
          <w:p w14:paraId="0FA6FBA8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</w:tc>
      </w:tr>
      <w:tr w:rsidR="001522FB" w14:paraId="6A0E2075" w14:textId="77777777" w:rsidTr="001522FB">
        <w:tc>
          <w:tcPr>
            <w:tcW w:w="4315" w:type="dxa"/>
          </w:tcPr>
          <w:p w14:paraId="012CFDAF" w14:textId="360CC258" w:rsidR="001522FB" w:rsidRPr="00491950" w:rsidRDefault="001522FB" w:rsidP="001522FB">
            <w:pPr>
              <w:rPr>
                <w:sz w:val="24"/>
                <w:szCs w:val="24"/>
                <w:lang w:val="de-DE"/>
              </w:rPr>
            </w:pPr>
            <w:r w:rsidRPr="00491950">
              <w:rPr>
                <w:sz w:val="24"/>
                <w:szCs w:val="24"/>
                <w:lang w:val="de-DE"/>
              </w:rPr>
              <w:t>Institutionskennzeichen (IK)</w:t>
            </w:r>
          </w:p>
          <w:p w14:paraId="6ED75106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4315" w:type="dxa"/>
          </w:tcPr>
          <w:p w14:paraId="644190FD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  <w:p w14:paraId="14C69962" w14:textId="25B9BE5D" w:rsidR="001522FB" w:rsidRDefault="00B37910" w:rsidP="001522FB">
            <w:pPr>
              <w:rPr>
                <w:sz w:val="24"/>
                <w:szCs w:val="24"/>
                <w:lang w:val="de-DE"/>
              </w:rPr>
            </w:pPr>
            <w:r w:rsidRPr="000D0753">
              <w:t xml:space="preserve"> </w:t>
            </w:r>
            <w:permStart w:id="230437427" w:edGrp="everyone"/>
            <w:r w:rsidRPr="000D0753">
              <w:t xml:space="preserve">     </w:t>
            </w:r>
            <w:permEnd w:id="230437427"/>
          </w:p>
          <w:p w14:paraId="554C455F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</w:tc>
      </w:tr>
      <w:tr w:rsidR="001522FB" w14:paraId="6EF37DB3" w14:textId="77777777" w:rsidTr="001522FB">
        <w:tc>
          <w:tcPr>
            <w:tcW w:w="4315" w:type="dxa"/>
          </w:tcPr>
          <w:p w14:paraId="046F75F7" w14:textId="430D28FF" w:rsidR="001522FB" w:rsidRPr="00491950" w:rsidRDefault="001522FB" w:rsidP="001522FB">
            <w:pPr>
              <w:rPr>
                <w:sz w:val="24"/>
                <w:szCs w:val="24"/>
                <w:lang w:val="de-DE"/>
              </w:rPr>
            </w:pPr>
            <w:r w:rsidRPr="00491950">
              <w:rPr>
                <w:sz w:val="24"/>
                <w:szCs w:val="24"/>
                <w:lang w:val="de-DE"/>
              </w:rPr>
              <w:t>BSNR (falls zutreffend)</w:t>
            </w:r>
          </w:p>
          <w:p w14:paraId="3B000544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4315" w:type="dxa"/>
          </w:tcPr>
          <w:p w14:paraId="196FD643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  <w:p w14:paraId="06976F1C" w14:textId="07832939" w:rsidR="001522FB" w:rsidRDefault="00B37910" w:rsidP="001522FB">
            <w:pPr>
              <w:rPr>
                <w:sz w:val="24"/>
                <w:szCs w:val="24"/>
                <w:lang w:val="de-DE"/>
              </w:rPr>
            </w:pPr>
            <w:r w:rsidRPr="000D0753">
              <w:t xml:space="preserve"> </w:t>
            </w:r>
            <w:permStart w:id="1694782398" w:edGrp="everyone"/>
            <w:r w:rsidRPr="000D0753">
              <w:t xml:space="preserve">     </w:t>
            </w:r>
            <w:permEnd w:id="1694782398"/>
          </w:p>
          <w:p w14:paraId="0AD6D69A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</w:tc>
      </w:tr>
      <w:tr w:rsidR="001522FB" w14:paraId="757DD1B1" w14:textId="77777777" w:rsidTr="001522FB">
        <w:tc>
          <w:tcPr>
            <w:tcW w:w="4315" w:type="dxa"/>
          </w:tcPr>
          <w:p w14:paraId="794331A1" w14:textId="21D3E05B" w:rsidR="001522FB" w:rsidRPr="00491950" w:rsidRDefault="001522FB" w:rsidP="001522FB">
            <w:pPr>
              <w:rPr>
                <w:sz w:val="24"/>
                <w:szCs w:val="24"/>
                <w:lang w:val="de-DE"/>
              </w:rPr>
            </w:pPr>
            <w:r w:rsidRPr="00491950">
              <w:rPr>
                <w:sz w:val="24"/>
                <w:szCs w:val="24"/>
                <w:lang w:val="de-DE"/>
              </w:rPr>
              <w:t>Telefon / E-Mail</w:t>
            </w:r>
          </w:p>
          <w:p w14:paraId="0E2A3F3B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4315" w:type="dxa"/>
          </w:tcPr>
          <w:p w14:paraId="3DA44407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  <w:p w14:paraId="67BE702B" w14:textId="68175D35" w:rsidR="001522FB" w:rsidRDefault="00B37910" w:rsidP="001522FB">
            <w:pPr>
              <w:rPr>
                <w:sz w:val="24"/>
                <w:szCs w:val="24"/>
                <w:lang w:val="de-DE"/>
              </w:rPr>
            </w:pPr>
            <w:r w:rsidRPr="000D0753">
              <w:t xml:space="preserve"> </w:t>
            </w:r>
            <w:permStart w:id="632047824" w:edGrp="everyone"/>
            <w:r w:rsidRPr="000D0753">
              <w:t xml:space="preserve">     </w:t>
            </w:r>
            <w:permEnd w:id="632047824"/>
          </w:p>
          <w:p w14:paraId="05C87003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</w:tc>
      </w:tr>
      <w:tr w:rsidR="001522FB" w14:paraId="40693733" w14:textId="77777777" w:rsidTr="001522FB">
        <w:tc>
          <w:tcPr>
            <w:tcW w:w="4315" w:type="dxa"/>
          </w:tcPr>
          <w:p w14:paraId="3C0116C7" w14:textId="10D39ADA" w:rsidR="001522FB" w:rsidRPr="00491950" w:rsidRDefault="001522FB" w:rsidP="001522FB">
            <w:pPr>
              <w:rPr>
                <w:sz w:val="24"/>
                <w:szCs w:val="24"/>
                <w:lang w:val="de-DE"/>
              </w:rPr>
            </w:pPr>
            <w:r w:rsidRPr="00491950">
              <w:rPr>
                <w:sz w:val="24"/>
                <w:szCs w:val="24"/>
                <w:lang w:val="de-DE"/>
              </w:rPr>
              <w:t>Fachrichtung</w:t>
            </w:r>
          </w:p>
          <w:p w14:paraId="76E272C0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4315" w:type="dxa"/>
          </w:tcPr>
          <w:p w14:paraId="6DD45461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  <w:p w14:paraId="30E71F90" w14:textId="1F9A0DED" w:rsidR="001522FB" w:rsidRDefault="00B37910" w:rsidP="001522FB">
            <w:pPr>
              <w:rPr>
                <w:sz w:val="24"/>
                <w:szCs w:val="24"/>
                <w:lang w:val="de-DE"/>
              </w:rPr>
            </w:pPr>
            <w:r w:rsidRPr="000D0753">
              <w:t xml:space="preserve"> </w:t>
            </w:r>
            <w:permStart w:id="715010752" w:edGrp="everyone"/>
            <w:r w:rsidRPr="000D0753">
              <w:t xml:space="preserve">     </w:t>
            </w:r>
            <w:permEnd w:id="715010752"/>
          </w:p>
          <w:p w14:paraId="68592EE7" w14:textId="77777777" w:rsidR="001522FB" w:rsidRDefault="001522FB" w:rsidP="001522FB">
            <w:pPr>
              <w:rPr>
                <w:sz w:val="24"/>
                <w:szCs w:val="24"/>
                <w:lang w:val="de-DE"/>
              </w:rPr>
            </w:pPr>
          </w:p>
        </w:tc>
      </w:tr>
    </w:tbl>
    <w:p w14:paraId="2F502BF9" w14:textId="77777777" w:rsidR="001522FB" w:rsidRPr="00491950" w:rsidRDefault="001522FB" w:rsidP="001522FB">
      <w:pPr>
        <w:rPr>
          <w:sz w:val="24"/>
          <w:szCs w:val="24"/>
          <w:lang w:val="de-DE"/>
        </w:rPr>
      </w:pPr>
    </w:p>
    <w:p w14:paraId="6A715FAD" w14:textId="77777777" w:rsidR="00B37910" w:rsidRDefault="001522FB" w:rsidP="001522FB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 xml:space="preserve">Art des Verfahrens: </w:t>
      </w:r>
    </w:p>
    <w:p w14:paraId="7D24814C" w14:textId="268C2B99" w:rsidR="001522FB" w:rsidRPr="00491950" w:rsidRDefault="00B37910" w:rsidP="001522FB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br/>
      </w:r>
      <w:r w:rsidR="001522FB" w:rsidRPr="00491950">
        <w:rPr>
          <w:sz w:val="24"/>
          <w:szCs w:val="24"/>
          <w:lang w:val="de-DE"/>
        </w:rPr>
        <w:t xml:space="preserve"> </w:t>
      </w:r>
      <w:r w:rsidRPr="00B37910">
        <w:rPr>
          <w:lang w:val="de-DE"/>
        </w:rPr>
        <w:t xml:space="preserve"> </w:t>
      </w:r>
      <w:permStart w:id="764681985" w:edGrp="everyone"/>
      <w:r w:rsidRPr="00B37910">
        <w:rPr>
          <w:lang w:val="de-DE"/>
        </w:rPr>
        <w:t xml:space="preserve">     </w:t>
      </w:r>
      <w:r>
        <w:rPr>
          <w:lang w:val="de-DE"/>
        </w:rPr>
        <w:t xml:space="preserve"> </w:t>
      </w:r>
      <w:permEnd w:id="764681985"/>
      <w:r>
        <w:rPr>
          <w:sz w:val="24"/>
          <w:szCs w:val="24"/>
          <w:lang w:val="de-DE"/>
        </w:rPr>
        <w:t xml:space="preserve"> L</w:t>
      </w:r>
      <w:r w:rsidR="001522FB" w:rsidRPr="00491950">
        <w:rPr>
          <w:sz w:val="24"/>
          <w:szCs w:val="24"/>
          <w:lang w:val="de-DE"/>
        </w:rPr>
        <w:t xml:space="preserve">asertherapie   </w:t>
      </w:r>
      <w:r w:rsidRPr="00B37910">
        <w:rPr>
          <w:lang w:val="de-DE"/>
        </w:rPr>
        <w:t xml:space="preserve"> </w:t>
      </w:r>
      <w:permStart w:id="989022093" w:edGrp="everyone"/>
      <w:r w:rsidRPr="00B37910">
        <w:rPr>
          <w:lang w:val="de-DE"/>
        </w:rPr>
        <w:t xml:space="preserve">     </w:t>
      </w:r>
      <w:permEnd w:id="989022093"/>
      <w:r>
        <w:rPr>
          <w:sz w:val="24"/>
          <w:szCs w:val="24"/>
          <w:lang w:val="de-DE"/>
        </w:rPr>
        <w:t xml:space="preserve"> R</w:t>
      </w:r>
      <w:r w:rsidR="001522FB" w:rsidRPr="00491950">
        <w:rPr>
          <w:sz w:val="24"/>
          <w:szCs w:val="24"/>
          <w:lang w:val="de-DE"/>
        </w:rPr>
        <w:t xml:space="preserve">adiofrequenzablation  </w:t>
      </w:r>
      <w:r w:rsidRPr="00B37910">
        <w:rPr>
          <w:lang w:val="de-DE"/>
        </w:rPr>
        <w:t xml:space="preserve"> </w:t>
      </w:r>
      <w:permStart w:id="1747531161" w:edGrp="everyone"/>
      <w:r w:rsidRPr="00B37910">
        <w:rPr>
          <w:lang w:val="de-DE"/>
        </w:rPr>
        <w:t xml:space="preserve">     </w:t>
      </w:r>
      <w:permEnd w:id="1747531161"/>
      <w:r w:rsidR="001522FB" w:rsidRPr="00491950">
        <w:rPr>
          <w:sz w:val="24"/>
          <w:szCs w:val="24"/>
          <w:lang w:val="de-DE"/>
        </w:rPr>
        <w:t xml:space="preserve"> beide</w:t>
      </w:r>
    </w:p>
    <w:p w14:paraId="09E1D9E1" w14:textId="77777777" w:rsidR="001522FB" w:rsidRDefault="001522FB" w:rsidP="001522FB">
      <w:pPr>
        <w:pStyle w:val="berschrift2"/>
        <w:rPr>
          <w:sz w:val="24"/>
          <w:szCs w:val="24"/>
          <w:lang w:val="de-DE"/>
        </w:rPr>
      </w:pPr>
    </w:p>
    <w:p w14:paraId="2E9B1383" w14:textId="20E84668" w:rsidR="001522FB" w:rsidRDefault="001522FB" w:rsidP="001522FB">
      <w:pPr>
        <w:pStyle w:val="berschrift2"/>
        <w:rPr>
          <w:color w:val="auto"/>
          <w:sz w:val="28"/>
          <w:szCs w:val="28"/>
          <w:lang w:val="de-DE"/>
        </w:rPr>
      </w:pPr>
      <w:r w:rsidRPr="00491950">
        <w:rPr>
          <w:sz w:val="24"/>
          <w:szCs w:val="24"/>
          <w:lang w:val="de-DE"/>
        </w:rPr>
        <w:t>Gewünschter Vertragsbeginn (frühestens 01.01.2026):</w:t>
      </w:r>
      <w:r>
        <w:rPr>
          <w:sz w:val="24"/>
          <w:szCs w:val="24"/>
          <w:lang w:val="de-DE"/>
        </w:rPr>
        <w:br/>
      </w:r>
    </w:p>
    <w:p w14:paraId="7B0472BA" w14:textId="7D04EE2D" w:rsidR="001522FB" w:rsidRDefault="00B37910" w:rsidP="001522FB">
      <w:pPr>
        <w:rPr>
          <w:lang w:val="de-DE"/>
        </w:rPr>
      </w:pPr>
      <w:r w:rsidRPr="000D0753">
        <w:t xml:space="preserve"> </w:t>
      </w:r>
      <w:permStart w:id="1665997424" w:edGrp="everyone"/>
      <w:r w:rsidRPr="000D0753">
        <w:t xml:space="preserve">     </w:t>
      </w:r>
      <w:r>
        <w:t xml:space="preserve">        </w:t>
      </w:r>
      <w:permEnd w:id="1665997424"/>
    </w:p>
    <w:p w14:paraId="7488FC56" w14:textId="77777777" w:rsidR="001522FB" w:rsidRDefault="001522FB" w:rsidP="001522FB">
      <w:pPr>
        <w:rPr>
          <w:lang w:val="de-DE"/>
        </w:rPr>
      </w:pPr>
    </w:p>
    <w:p w14:paraId="6D2DE40F" w14:textId="77777777" w:rsidR="001522FB" w:rsidRDefault="001522FB" w:rsidP="001522FB">
      <w:pPr>
        <w:rPr>
          <w:lang w:val="de-DE"/>
        </w:rPr>
      </w:pPr>
    </w:p>
    <w:p w14:paraId="6940612B" w14:textId="77777777" w:rsidR="001522FB" w:rsidRDefault="001522FB" w:rsidP="001522FB">
      <w:pPr>
        <w:rPr>
          <w:lang w:val="de-DE"/>
        </w:rPr>
      </w:pPr>
    </w:p>
    <w:p w14:paraId="5CB8D701" w14:textId="77777777" w:rsidR="001522FB" w:rsidRDefault="001522FB" w:rsidP="001522FB">
      <w:pPr>
        <w:rPr>
          <w:lang w:val="de-DE"/>
        </w:rPr>
      </w:pPr>
    </w:p>
    <w:p w14:paraId="76AC1368" w14:textId="77777777" w:rsidR="001522FB" w:rsidRPr="001522FB" w:rsidRDefault="001522FB" w:rsidP="001522FB">
      <w:pPr>
        <w:rPr>
          <w:lang w:val="de-DE"/>
        </w:rPr>
      </w:pPr>
    </w:p>
    <w:p w14:paraId="2F251FAE" w14:textId="1A7C5379" w:rsidR="006B7769" w:rsidRPr="00F200C1" w:rsidRDefault="00F200C1">
      <w:pPr>
        <w:pStyle w:val="berschrift2"/>
        <w:rPr>
          <w:color w:val="auto"/>
          <w:sz w:val="28"/>
          <w:szCs w:val="28"/>
          <w:lang w:val="de-DE"/>
        </w:rPr>
      </w:pPr>
      <w:r w:rsidRPr="00F200C1">
        <w:rPr>
          <w:color w:val="auto"/>
          <w:sz w:val="28"/>
          <w:szCs w:val="28"/>
          <w:lang w:val="de-DE"/>
        </w:rPr>
        <w:t>Gegenzeichnung durch die AOK Rheinland-Pfalz/Saarland</w:t>
      </w:r>
    </w:p>
    <w:p w14:paraId="2E7E0296" w14:textId="77777777" w:rsidR="00491950" w:rsidRPr="00491950" w:rsidRDefault="00491950" w:rsidP="00491950">
      <w:pPr>
        <w:rPr>
          <w:sz w:val="24"/>
          <w:szCs w:val="24"/>
          <w:lang w:val="de-DE"/>
        </w:rPr>
      </w:pPr>
    </w:p>
    <w:p w14:paraId="3E3D25DC" w14:textId="77777777" w:rsidR="006B7769" w:rsidRPr="00491950" w:rsidRDefault="00F200C1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>Der Beitritt des Leistungserbringers wird hiermit bestätigt.</w:t>
      </w:r>
    </w:p>
    <w:p w14:paraId="4AE245FC" w14:textId="77777777" w:rsidR="006B7769" w:rsidRPr="00491950" w:rsidRDefault="00F200C1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>Ort, Datum: ___________________________</w:t>
      </w:r>
    </w:p>
    <w:p w14:paraId="3899B57E" w14:textId="77777777" w:rsidR="001522FB" w:rsidRDefault="001522FB">
      <w:pPr>
        <w:rPr>
          <w:sz w:val="24"/>
          <w:szCs w:val="24"/>
          <w:lang w:val="de-DE"/>
        </w:rPr>
      </w:pPr>
    </w:p>
    <w:p w14:paraId="1E8FE94F" w14:textId="77777777" w:rsidR="001522FB" w:rsidRDefault="001522FB">
      <w:pPr>
        <w:rPr>
          <w:sz w:val="24"/>
          <w:szCs w:val="24"/>
          <w:lang w:val="de-DE"/>
        </w:rPr>
      </w:pPr>
    </w:p>
    <w:p w14:paraId="65A39EF3" w14:textId="7BD46768" w:rsidR="006B7769" w:rsidRPr="00491950" w:rsidRDefault="00F200C1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>Unterschrift AOK: ___________________________</w:t>
      </w:r>
    </w:p>
    <w:p w14:paraId="5115B847" w14:textId="77777777" w:rsidR="006B7769" w:rsidRPr="00491950" w:rsidRDefault="00F200C1">
      <w:pPr>
        <w:rPr>
          <w:sz w:val="24"/>
          <w:szCs w:val="24"/>
          <w:lang w:val="de-DE"/>
        </w:rPr>
      </w:pPr>
      <w:r w:rsidRPr="00491950">
        <w:rPr>
          <w:sz w:val="24"/>
          <w:szCs w:val="24"/>
          <w:lang w:val="de-DE"/>
        </w:rPr>
        <w:t>Name / Funktion: ___________________________</w:t>
      </w:r>
    </w:p>
    <w:sectPr w:rsidR="006B7769" w:rsidRPr="00491950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486FA" w14:textId="77777777" w:rsidR="00F200C1" w:rsidRDefault="00F200C1" w:rsidP="00F200C1">
      <w:pPr>
        <w:spacing w:after="0" w:line="240" w:lineRule="auto"/>
      </w:pPr>
      <w:r>
        <w:separator/>
      </w:r>
    </w:p>
  </w:endnote>
  <w:endnote w:type="continuationSeparator" w:id="0">
    <w:p w14:paraId="0FC00B8F" w14:textId="77777777" w:rsidR="00F200C1" w:rsidRDefault="00F200C1" w:rsidP="00F20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62FBF" w14:textId="41FFE5C0" w:rsidR="00F200C1" w:rsidRPr="00F200C1" w:rsidRDefault="00F200C1" w:rsidP="00F200C1">
    <w:pPr>
      <w:pBdr>
        <w:top w:val="single" w:sz="4" w:space="1" w:color="auto"/>
      </w:pBdr>
      <w:tabs>
        <w:tab w:val="right" w:pos="9072"/>
      </w:tabs>
      <w:rPr>
        <w:rFonts w:ascii="Arial" w:hAnsi="Arial" w:cs="Arial"/>
        <w:sz w:val="20"/>
        <w:szCs w:val="20"/>
        <w:lang w:val="de-DE"/>
      </w:rPr>
    </w:pPr>
    <w:r w:rsidRPr="00F200C1">
      <w:rPr>
        <w:rFonts w:ascii="Arial" w:hAnsi="Arial" w:cs="Arial"/>
        <w:sz w:val="20"/>
        <w:szCs w:val="20"/>
        <w:lang w:val="de-DE"/>
      </w:rPr>
      <w:t>Vertrag ambulante Venentherapie – AOK RPS</w:t>
    </w:r>
    <w:r w:rsidRPr="00F200C1">
      <w:rPr>
        <w:rFonts w:ascii="Arial" w:hAnsi="Arial" w:cs="Arial"/>
        <w:sz w:val="20"/>
        <w:szCs w:val="20"/>
        <w:lang w:val="de-DE"/>
      </w:rPr>
      <w:tab/>
      <w:t xml:space="preserve">Seite </w:t>
    </w:r>
    <w:r w:rsidRPr="00AC2649">
      <w:rPr>
        <w:rFonts w:ascii="Arial" w:hAnsi="Arial" w:cs="Arial"/>
        <w:sz w:val="20"/>
        <w:szCs w:val="20"/>
      </w:rPr>
      <w:fldChar w:fldCharType="begin"/>
    </w:r>
    <w:r w:rsidRPr="00F200C1">
      <w:rPr>
        <w:rFonts w:ascii="Arial" w:hAnsi="Arial" w:cs="Arial"/>
        <w:sz w:val="20"/>
        <w:szCs w:val="20"/>
        <w:lang w:val="de-DE"/>
      </w:rPr>
      <w:instrText xml:space="preserve"> PAGE </w:instrText>
    </w:r>
    <w:r w:rsidRPr="00AC2649">
      <w:rPr>
        <w:rFonts w:ascii="Arial" w:hAnsi="Arial" w:cs="Arial"/>
        <w:sz w:val="20"/>
        <w:szCs w:val="20"/>
      </w:rPr>
      <w:fldChar w:fldCharType="separate"/>
    </w:r>
    <w:r w:rsidRPr="00F200C1">
      <w:rPr>
        <w:rFonts w:ascii="Arial" w:hAnsi="Arial" w:cs="Arial"/>
        <w:sz w:val="20"/>
        <w:szCs w:val="20"/>
        <w:lang w:val="de-DE"/>
      </w:rPr>
      <w:t>2</w:t>
    </w:r>
    <w:r w:rsidRPr="00AC2649">
      <w:rPr>
        <w:rFonts w:ascii="Arial" w:hAnsi="Arial" w:cs="Arial"/>
        <w:sz w:val="20"/>
        <w:szCs w:val="20"/>
      </w:rPr>
      <w:fldChar w:fldCharType="end"/>
    </w:r>
    <w:r w:rsidRPr="00F200C1">
      <w:rPr>
        <w:rFonts w:ascii="Arial" w:hAnsi="Arial" w:cs="Arial"/>
        <w:sz w:val="20"/>
        <w:szCs w:val="20"/>
        <w:lang w:val="de-DE"/>
      </w:rPr>
      <w:t xml:space="preserve"> von </w:t>
    </w:r>
    <w:r w:rsidRPr="00AC2649">
      <w:rPr>
        <w:rFonts w:ascii="Arial" w:hAnsi="Arial" w:cs="Arial"/>
        <w:sz w:val="20"/>
        <w:szCs w:val="20"/>
      </w:rPr>
      <w:fldChar w:fldCharType="begin"/>
    </w:r>
    <w:r w:rsidRPr="00F200C1">
      <w:rPr>
        <w:rFonts w:ascii="Arial" w:hAnsi="Arial" w:cs="Arial"/>
        <w:sz w:val="20"/>
        <w:szCs w:val="20"/>
        <w:lang w:val="de-DE"/>
      </w:rPr>
      <w:instrText xml:space="preserve"> NUMPAGES  </w:instrText>
    </w:r>
    <w:r w:rsidRPr="00AC2649">
      <w:rPr>
        <w:rFonts w:ascii="Arial" w:hAnsi="Arial" w:cs="Arial"/>
        <w:sz w:val="20"/>
        <w:szCs w:val="20"/>
      </w:rPr>
      <w:fldChar w:fldCharType="separate"/>
    </w:r>
    <w:r w:rsidRPr="00F200C1">
      <w:rPr>
        <w:rFonts w:ascii="Arial" w:hAnsi="Arial" w:cs="Arial"/>
        <w:sz w:val="20"/>
        <w:szCs w:val="20"/>
        <w:lang w:val="de-DE"/>
      </w:rPr>
      <w:t>5</w:t>
    </w:r>
    <w:r w:rsidRPr="00AC2649">
      <w:rPr>
        <w:rFonts w:ascii="Arial" w:hAnsi="Arial" w:cs="Arial"/>
        <w:sz w:val="20"/>
        <w:szCs w:val="20"/>
      </w:rPr>
      <w:fldChar w:fldCharType="end"/>
    </w:r>
  </w:p>
  <w:p w14:paraId="3267D711" w14:textId="1EBC89D1" w:rsidR="00F200C1" w:rsidRPr="00F200C1" w:rsidRDefault="00F200C1">
    <w:pPr>
      <w:pStyle w:val="Fuzeile"/>
      <w:rPr>
        <w:lang w:val="de-DE"/>
      </w:rPr>
    </w:pPr>
  </w:p>
  <w:p w14:paraId="370003F7" w14:textId="77777777" w:rsidR="00F200C1" w:rsidRPr="00F200C1" w:rsidRDefault="00F200C1">
    <w:pPr>
      <w:pStyle w:val="Fuzeil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419B7" w14:textId="77777777" w:rsidR="00F200C1" w:rsidRDefault="00F200C1" w:rsidP="00F200C1">
      <w:pPr>
        <w:spacing w:after="0" w:line="240" w:lineRule="auto"/>
      </w:pPr>
      <w:r>
        <w:separator/>
      </w:r>
    </w:p>
  </w:footnote>
  <w:footnote w:type="continuationSeparator" w:id="0">
    <w:p w14:paraId="7068DF89" w14:textId="77777777" w:rsidR="00F200C1" w:rsidRDefault="00F200C1" w:rsidP="00F200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2182015">
    <w:abstractNumId w:val="8"/>
  </w:num>
  <w:num w:numId="2" w16cid:durableId="601567796">
    <w:abstractNumId w:val="6"/>
  </w:num>
  <w:num w:numId="3" w16cid:durableId="199245528">
    <w:abstractNumId w:val="5"/>
  </w:num>
  <w:num w:numId="4" w16cid:durableId="931669489">
    <w:abstractNumId w:val="4"/>
  </w:num>
  <w:num w:numId="5" w16cid:durableId="628628962">
    <w:abstractNumId w:val="7"/>
  </w:num>
  <w:num w:numId="6" w16cid:durableId="1167671603">
    <w:abstractNumId w:val="3"/>
  </w:num>
  <w:num w:numId="7" w16cid:durableId="1119955650">
    <w:abstractNumId w:val="2"/>
  </w:num>
  <w:num w:numId="8" w16cid:durableId="217713164">
    <w:abstractNumId w:val="1"/>
  </w:num>
  <w:num w:numId="9" w16cid:durableId="1028415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FBpsZ97hnK01o6GdwNF0Z/yWEOE0zlYqaHX86r8nlkOkusVsqHzKd9dnD/5hkS9Ig+cueyBzzLr7GK9h4XaNw==" w:salt="0EdjLoKwrLp01XP/f98BU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2FB"/>
    <w:rsid w:val="00203E7D"/>
    <w:rsid w:val="0029639D"/>
    <w:rsid w:val="00326F90"/>
    <w:rsid w:val="003E1BBF"/>
    <w:rsid w:val="00491950"/>
    <w:rsid w:val="005C5A41"/>
    <w:rsid w:val="006B7769"/>
    <w:rsid w:val="008464AA"/>
    <w:rsid w:val="00AA1D8D"/>
    <w:rsid w:val="00B37910"/>
    <w:rsid w:val="00B47730"/>
    <w:rsid w:val="00CB0664"/>
    <w:rsid w:val="00DB0EE2"/>
    <w:rsid w:val="00F200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23482"/>
  <w14:defaultImageDpi w14:val="300"/>
  <w15:docId w15:val="{480F6FEE-2D5D-47EF-B4A6-547CD6D5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2085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Schiffmann, Bernd [RPS]</cp:lastModifiedBy>
  <cp:revision>6</cp:revision>
  <dcterms:created xsi:type="dcterms:W3CDTF">2025-11-04T08:18:00Z</dcterms:created>
  <dcterms:modified xsi:type="dcterms:W3CDTF">2025-11-11T16:34:00Z</dcterms:modified>
  <cp:category/>
</cp:coreProperties>
</file>