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tblpY="990"/>
        <w:tblW w:w="5000" w:type="pct"/>
        <w:tblLayout w:type="fixed"/>
        <w:tblLook w:val="04A0" w:firstRow="1" w:lastRow="0" w:firstColumn="1" w:lastColumn="0" w:noHBand="0" w:noVBand="1"/>
      </w:tblPr>
      <w:tblGrid>
        <w:gridCol w:w="1664"/>
        <w:gridCol w:w="3487"/>
        <w:gridCol w:w="1663"/>
        <w:gridCol w:w="3601"/>
      </w:tblGrid>
      <w:tr w:rsidR="00C51D9E" w14:paraId="3F59281F" w14:textId="77777777" w:rsidTr="00210841">
        <w:tc>
          <w:tcPr>
            <w:tcW w:w="1672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378A12" w14:textId="020BA1A2" w:rsidR="00C51D9E" w:rsidRDefault="008E7608" w:rsidP="00210841">
            <w:r>
              <w:rPr>
                <w:b/>
                <w:sz w:val="16"/>
              </w:rPr>
              <w:t>Projekt</w:t>
            </w:r>
            <w:r w:rsidR="003C20E8">
              <w:rPr>
                <w:b/>
                <w:sz w:val="16"/>
              </w:rPr>
              <w:t>-Nr.:</w:t>
            </w:r>
            <w:r>
              <w:rPr>
                <w:b/>
                <w:sz w:val="16"/>
              </w:rPr>
              <w:t xml:space="preserve"> / Baumaßnahme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5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B883BF" w14:textId="60D66535" w:rsidR="00C51D9E" w:rsidRDefault="00C51D9E" w:rsidP="00210841">
            <w:r>
              <w:t>7106506-000 / Delbus Betriebshof Delmenhorst</w:t>
            </w:r>
          </w:p>
        </w:tc>
        <w:tc>
          <w:tcPr>
            <w:tcW w:w="1672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A2FA80" w14:textId="5A41F364" w:rsidR="00C51D9E" w:rsidRDefault="008E7608" w:rsidP="00210841">
            <w:r>
              <w:rPr>
                <w:b/>
                <w:sz w:val="16"/>
              </w:rPr>
              <w:t>Gewerk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6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70B83F" w14:textId="4E95CCD8" w:rsidR="00C51D9E" w:rsidRDefault="00C51D9E" w:rsidP="00210841">
            <w:r>
              <w:t>Toranlagen</w:t>
            </w:r>
          </w:p>
        </w:tc>
      </w:tr>
      <w:tr w:rsidR="00C51D9E" w14:paraId="2990848A" w14:textId="77777777" w:rsidTr="00210841">
        <w:trPr>
          <w:trHeight w:val="399"/>
        </w:trPr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6501EE" w14:textId="1344625A" w:rsidR="00C51D9E" w:rsidRDefault="008E7608" w:rsidP="00210841">
            <w:r>
              <w:rPr>
                <w:b/>
                <w:sz w:val="16"/>
              </w:rPr>
              <w:t>Vergabenummer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07EB0A" w14:textId="464E1C01" w:rsidR="00C51D9E" w:rsidRPr="00D62985" w:rsidRDefault="00D62985" w:rsidP="00210841">
            <w:r w:rsidRPr="00D62985">
              <w:rPr>
                <w:lang w:val="de-DE"/>
              </w:rPr>
              <w:t>Y-BSAG-2026-0029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0C7D4" w14:textId="63E06B75" w:rsidR="00C51D9E" w:rsidRDefault="008E7608" w:rsidP="00210841">
            <w:r>
              <w:rPr>
                <w:b/>
                <w:sz w:val="16"/>
              </w:rPr>
              <w:t>Bieter / Unternehmen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621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F111E" w14:textId="4F0E5928" w:rsidR="00C51D9E" w:rsidRDefault="00C51D9E" w:rsidP="00210841"/>
        </w:tc>
      </w:tr>
      <w:tr w:rsidR="00C51D9E" w14:paraId="5770628C" w14:textId="77777777" w:rsidTr="00210841">
        <w:trPr>
          <w:trHeight w:val="433"/>
        </w:trPr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397767" w14:textId="417DC767" w:rsidR="00C51D9E" w:rsidRDefault="008E7608" w:rsidP="00210841">
            <w:r>
              <w:rPr>
                <w:b/>
                <w:sz w:val="16"/>
              </w:rPr>
              <w:t>Angebotsdatum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67905" w14:textId="6D3CC2E9" w:rsidR="00C51D9E" w:rsidRDefault="00C51D9E" w:rsidP="00210841"/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7D7D0B" w14:textId="77777777" w:rsidR="00C51D9E" w:rsidRDefault="008E7608" w:rsidP="00210841">
            <w:r>
              <w:rPr>
                <w:b/>
                <w:sz w:val="16"/>
              </w:rPr>
              <w:t>Ansprechpartner</w:t>
            </w:r>
          </w:p>
        </w:tc>
        <w:tc>
          <w:tcPr>
            <w:tcW w:w="3621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331319" w14:textId="747F3EC0" w:rsidR="00C51D9E" w:rsidRDefault="00C51D9E" w:rsidP="00210841"/>
        </w:tc>
      </w:tr>
      <w:tr w:rsidR="00F57449" w:rsidRPr="00E87D90" w14:paraId="5D7B83FA" w14:textId="77777777" w:rsidTr="00210841">
        <w:trPr>
          <w:trHeight w:val="241"/>
        </w:trPr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1C1CF" w14:textId="77777777" w:rsidR="00F57449" w:rsidRDefault="00F57449" w:rsidP="00210841">
            <w:pPr>
              <w:rPr>
                <w:b/>
                <w:sz w:val="16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250675" w14:textId="77777777" w:rsidR="00F57449" w:rsidRDefault="00F57449" w:rsidP="00210841"/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756B54" w14:textId="77777777" w:rsidR="00F57449" w:rsidRDefault="00F57449" w:rsidP="00210841">
            <w:pPr>
              <w:rPr>
                <w:b/>
                <w:sz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A35187" w14:textId="6B52C361" w:rsidR="00F57449" w:rsidRPr="00E87D90" w:rsidRDefault="00792579" w:rsidP="00210841">
            <w:pPr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E87D90">
              <w:rPr>
                <w:color w:val="808080" w:themeColor="background1" w:themeShade="80"/>
                <w:sz w:val="16"/>
                <w:szCs w:val="16"/>
              </w:rPr>
              <w:t xml:space="preserve">Graue Felder - </w:t>
            </w:r>
            <w:r w:rsidR="00131D41" w:rsidRPr="00E87D90">
              <w:rPr>
                <w:color w:val="808080" w:themeColor="background1" w:themeShade="80"/>
                <w:sz w:val="16"/>
                <w:szCs w:val="16"/>
              </w:rPr>
              <w:t>Eintrag</w:t>
            </w:r>
            <w:r w:rsidR="00C75AE0" w:rsidRPr="00E87D90">
              <w:rPr>
                <w:color w:val="808080" w:themeColor="background1" w:themeShade="80"/>
                <w:sz w:val="16"/>
                <w:szCs w:val="16"/>
              </w:rPr>
              <w:t xml:space="preserve"> durch den Bieter</w:t>
            </w:r>
          </w:p>
        </w:tc>
      </w:tr>
    </w:tbl>
    <w:p w14:paraId="104C627A" w14:textId="4499D907" w:rsidR="00937FA4" w:rsidRDefault="00210841" w:rsidP="00937FA4">
      <w:pPr>
        <w:pStyle w:val="BAVTitel"/>
        <w:tabs>
          <w:tab w:val="left" w:pos="7492"/>
        </w:tabs>
        <w:rPr>
          <w:rFonts w:cstheme="majorHAnsi"/>
          <w:color w:val="1F497D" w:themeColor="text2"/>
          <w:sz w:val="36"/>
          <w:szCs w:val="36"/>
        </w:rPr>
      </w:pPr>
      <w:r w:rsidRPr="003D19B7">
        <w:rPr>
          <w:rFonts w:cstheme="majorHAnsi"/>
          <w:color w:val="1F497D" w:themeColor="text2"/>
          <w:sz w:val="36"/>
          <w:szCs w:val="36"/>
        </w:rPr>
        <w:t>Bieterangabenverzeichni</w:t>
      </w:r>
      <w:r w:rsidR="00671D15">
        <w:rPr>
          <w:rFonts w:cstheme="majorHAnsi"/>
          <w:color w:val="1F497D" w:themeColor="text2"/>
          <w:sz w:val="36"/>
          <w:szCs w:val="36"/>
        </w:rPr>
        <w:t>s</w:t>
      </w:r>
    </w:p>
    <w:p w14:paraId="579198AE" w14:textId="77777777" w:rsidR="00937FA4" w:rsidRPr="00937FA4" w:rsidRDefault="00937FA4" w:rsidP="0006288A">
      <w:pPr>
        <w:pStyle w:val="BAVTitel"/>
        <w:tabs>
          <w:tab w:val="left" w:pos="7492"/>
        </w:tabs>
        <w:spacing w:before="0" w:after="0" w:line="20" w:lineRule="exact"/>
        <w:rPr>
          <w:rFonts w:cstheme="majorHAnsi"/>
          <w:color w:val="1F497D" w:themeColor="text2"/>
          <w:sz w:val="36"/>
          <w:szCs w:val="36"/>
        </w:rPr>
      </w:pPr>
    </w:p>
    <w:p w14:paraId="2A4C70F9" w14:textId="01EA3052" w:rsidR="009F3327" w:rsidRPr="00985C03" w:rsidRDefault="009F3327" w:rsidP="00304D2B">
      <w:pPr>
        <w:pStyle w:val="BAVberschrift"/>
        <w:tabs>
          <w:tab w:val="left" w:pos="7492"/>
        </w:tabs>
      </w:pPr>
      <w:r w:rsidRPr="00985C03">
        <w:t>Hinweise für den Bieter</w:t>
      </w:r>
    </w:p>
    <w:p w14:paraId="61B1202A" w14:textId="77777777" w:rsidR="00FE035B" w:rsidRDefault="009F3327" w:rsidP="00FE035B">
      <w:pPr>
        <w:spacing w:after="20"/>
        <w:ind w:left="360" w:hanging="360"/>
      </w:pPr>
      <w:r>
        <w:t xml:space="preserve">Dieses Bieterangabenverzeichnis ist Bestandteil der Angebotsunterlagen und vollständig ausgefüllt sowie rechtsverbindlich </w:t>
      </w:r>
    </w:p>
    <w:p w14:paraId="6F601C51" w14:textId="46AC792A" w:rsidR="007416AA" w:rsidRDefault="009F3327" w:rsidP="00FE035B">
      <w:pPr>
        <w:spacing w:after="20"/>
        <w:ind w:left="360" w:hanging="360"/>
      </w:pPr>
      <w:r>
        <w:t>unterschrieben mit dem Angebot einzureichen.</w:t>
      </w:r>
    </w:p>
    <w:p w14:paraId="0D81851B" w14:textId="552B4F8D" w:rsidR="00C51D9E" w:rsidRPr="00985C03" w:rsidRDefault="008E7608" w:rsidP="007416AA">
      <w:pPr>
        <w:pStyle w:val="BAVberschrift"/>
      </w:pPr>
      <w:r w:rsidRPr="00985C03">
        <w:t>Geschätzte Dauer der Bauarbeiten</w:t>
      </w:r>
    </w:p>
    <w:p w14:paraId="3CDC1408" w14:textId="77777777" w:rsidR="00C51D9E" w:rsidRDefault="008E7608">
      <w:r>
        <w:t>Der Bieter gibt für jeden Baukörper und die darunter aufgeführten Arbeiten die geschätzte Ausführungsdauer in Arbeitstagen (AT) an.</w:t>
      </w:r>
    </w:p>
    <w:p w14:paraId="61F94BB9" w14:textId="45554D04" w:rsidR="00C51D9E" w:rsidRDefault="00245B06">
      <w:pPr>
        <w:spacing w:after="40"/>
      </w:pPr>
      <w:r>
        <w:rPr>
          <w:b/>
        </w:rPr>
        <w:t>Gebäudeteil: Werkstatt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6077"/>
        <w:gridCol w:w="4338"/>
      </w:tblGrid>
      <w:tr w:rsidR="00C51D9E" w14:paraId="2B9509BF" w14:textId="77777777" w:rsidTr="00F82175">
        <w:trPr>
          <w:tblHeader/>
        </w:trPr>
        <w:tc>
          <w:tcPr>
            <w:tcW w:w="6077" w:type="dxa"/>
            <w:shd w:val="clear" w:color="auto" w:fill="5B657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DAE9B9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7"/>
              </w:rPr>
              <w:t>Arbeiten / Teilleistung</w:t>
            </w:r>
          </w:p>
        </w:tc>
        <w:tc>
          <w:tcPr>
            <w:tcW w:w="4338" w:type="dxa"/>
            <w:shd w:val="clear" w:color="auto" w:fill="5B657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53F29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7"/>
              </w:rPr>
              <w:t>Geschätzte Dauer</w:t>
            </w:r>
          </w:p>
        </w:tc>
      </w:tr>
      <w:tr w:rsidR="00C51D9E" w14:paraId="2DDA3A71" w14:textId="77777777" w:rsidTr="00F82175">
        <w:trPr>
          <w:trHeight w:val="500"/>
        </w:trPr>
        <w:tc>
          <w:tcPr>
            <w:tcW w:w="6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A3B5FD" w14:textId="2C3E64BF" w:rsidR="00C51D9E" w:rsidRDefault="00C51D9E">
            <w:r>
              <w:t>Faltore</w:t>
            </w:r>
          </w:p>
        </w:tc>
        <w:tc>
          <w:tcPr>
            <w:tcW w:w="43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8956F9" w14:textId="77777777" w:rsidR="00C51D9E" w:rsidRDefault="008E7608">
            <w:pPr>
              <w:jc w:val="center"/>
            </w:pPr>
            <w:r>
              <w:rPr>
                <w:sz w:val="17"/>
              </w:rPr>
              <w:t>ca. ______ AT</w:t>
            </w:r>
          </w:p>
        </w:tc>
      </w:tr>
      <w:tr w:rsidR="00C51D9E" w14:paraId="0120E8FF" w14:textId="77777777" w:rsidTr="00F82175">
        <w:trPr>
          <w:trHeight w:val="500"/>
        </w:trPr>
        <w:tc>
          <w:tcPr>
            <w:tcW w:w="6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00CC6E" w14:textId="40E87A23" w:rsidR="00C51D9E" w:rsidRDefault="00C51D9E">
            <w:r>
              <w:t>Schnelllauftor innen</w:t>
            </w:r>
          </w:p>
        </w:tc>
        <w:tc>
          <w:tcPr>
            <w:tcW w:w="43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F6776" w14:textId="4C4147DC" w:rsidR="00C51D9E" w:rsidRDefault="008E7608">
            <w:pPr>
              <w:jc w:val="center"/>
            </w:pPr>
            <w:r>
              <w:rPr>
                <w:sz w:val="17"/>
              </w:rPr>
              <w:t>ca. ______ AT</w:t>
            </w:r>
          </w:p>
        </w:tc>
      </w:tr>
    </w:tbl>
    <w:p w14:paraId="7CB825B4" w14:textId="77777777" w:rsidR="00C51D9E" w:rsidRDefault="008E7608">
      <w:pPr>
        <w:spacing w:before="20" w:after="80"/>
        <w:jc w:val="right"/>
      </w:pPr>
      <w:r>
        <w:rPr>
          <w:i/>
          <w:color w:val="969696"/>
          <w:sz w:val="14"/>
        </w:rPr>
        <w:t>Tabulatur in der letzten Zelle für weitere Zeilen.</w:t>
      </w:r>
    </w:p>
    <w:p w14:paraId="63520317" w14:textId="65745DB5" w:rsidR="006575C4" w:rsidRPr="00985C03" w:rsidRDefault="00D93F47" w:rsidP="00D93F47">
      <w:pPr>
        <w:pStyle w:val="BAVberschrift"/>
      </w:pPr>
      <w:r w:rsidRPr="00985C03">
        <w:t>Hinweis Bieterangaben</w:t>
      </w:r>
    </w:p>
    <w:p w14:paraId="241500A6" w14:textId="77777777" w:rsidR="00FE035B" w:rsidRDefault="008E7608" w:rsidP="00FE035B">
      <w:pPr>
        <w:spacing w:after="20"/>
        <w:ind w:left="360" w:hanging="360"/>
      </w:pPr>
      <w:r>
        <w:t>Die Eintragungen benennen</w:t>
      </w:r>
      <w:r w:rsidR="00B41C0E">
        <w:t>,</w:t>
      </w:r>
      <w:r>
        <w:t xml:space="preserve"> die für die jeweils angeführte LV-Position angebotenen Produkte, Fabrikate, Typen, Systeme und </w:t>
      </w:r>
    </w:p>
    <w:p w14:paraId="6BACAB7F" w14:textId="632BD847" w:rsidR="00C51D9E" w:rsidRDefault="008E7608" w:rsidP="00FE035B">
      <w:pPr>
        <w:spacing w:after="20"/>
        <w:ind w:left="360" w:hanging="360"/>
      </w:pPr>
      <w:r>
        <w:t>sonstigen geforderten Merkmale.</w:t>
      </w:r>
    </w:p>
    <w:p w14:paraId="00A41753" w14:textId="77777777" w:rsidR="00A94297" w:rsidRDefault="008E7608" w:rsidP="00A94297">
      <w:pPr>
        <w:spacing w:after="20"/>
        <w:ind w:left="360" w:hanging="360"/>
      </w:pPr>
      <w:r>
        <w:t>Die angebotenen Produkte und Ausführungen müssen sämtliche Anforderungen der Leistungsbeschreibung und der übrigen</w:t>
      </w:r>
      <w:r w:rsidR="00A94297">
        <w:t xml:space="preserve"> </w:t>
      </w:r>
    </w:p>
    <w:p w14:paraId="5A3C191A" w14:textId="465D3416" w:rsidR="00C51D9E" w:rsidRDefault="008E7608" w:rsidP="00A94297">
      <w:pPr>
        <w:spacing w:after="20"/>
        <w:ind w:left="360" w:hanging="360"/>
      </w:pPr>
      <w:r>
        <w:t>Vergabeunterlagen erfüllen.</w:t>
      </w:r>
    </w:p>
    <w:p w14:paraId="4E9BDEEC" w14:textId="77777777" w:rsidR="00C51D9E" w:rsidRDefault="008E7608" w:rsidP="00A94297">
      <w:pPr>
        <w:spacing w:after="20"/>
        <w:ind w:left="360" w:hanging="360"/>
      </w:pPr>
      <w:r>
        <w:t>Produktdatenblätter sind nur bei den Positionen beizufügen, bei denen dies ausdrücklich verlangt wird.</w:t>
      </w:r>
    </w:p>
    <w:p w14:paraId="0B8555D2" w14:textId="77777777" w:rsidR="00A94297" w:rsidRDefault="008E7608" w:rsidP="00A94297">
      <w:pPr>
        <w:spacing w:after="20"/>
        <w:ind w:left="360" w:hanging="360"/>
      </w:pPr>
      <w:r>
        <w:t xml:space="preserve">Das Verzeichnis dient der Prüfung, Aufklärung und Wertung des Angebotes und ersetzt nicht spätere Dokumentations- und </w:t>
      </w:r>
    </w:p>
    <w:p w14:paraId="4CC3F3D4" w14:textId="4B3D58D2" w:rsidR="00C51D9E" w:rsidRDefault="008E7608" w:rsidP="00A94297">
      <w:pPr>
        <w:spacing w:after="20"/>
        <w:ind w:left="360" w:hanging="360"/>
      </w:pPr>
      <w:r>
        <w:t>Revisionsunterlagen.</w:t>
      </w:r>
    </w:p>
    <w:p w14:paraId="3C0B582D" w14:textId="77777777" w:rsidR="00CF5F0D" w:rsidRDefault="00CF5F0D" w:rsidP="00A94297">
      <w:pPr>
        <w:spacing w:after="20"/>
        <w:ind w:left="360" w:hanging="360"/>
      </w:pPr>
    </w:p>
    <w:p w14:paraId="04B1097D" w14:textId="77777777" w:rsidR="00CF5F0D" w:rsidRDefault="00CF5F0D" w:rsidP="00A94297">
      <w:pPr>
        <w:spacing w:after="20"/>
        <w:ind w:left="360" w:hanging="360"/>
      </w:pPr>
    </w:p>
    <w:p w14:paraId="371D5976" w14:textId="77777777" w:rsidR="00CF5F0D" w:rsidRDefault="00CF5F0D" w:rsidP="00A94297">
      <w:pPr>
        <w:spacing w:after="20"/>
        <w:ind w:left="360" w:hanging="360"/>
      </w:pPr>
    </w:p>
    <w:p w14:paraId="52637AA1" w14:textId="77777777" w:rsidR="00CF5F0D" w:rsidRDefault="00CF5F0D" w:rsidP="00A94297">
      <w:pPr>
        <w:spacing w:after="20"/>
        <w:ind w:left="360" w:hanging="360"/>
      </w:pPr>
    </w:p>
    <w:p w14:paraId="1A4FD585" w14:textId="77777777" w:rsidR="00CF5F0D" w:rsidRDefault="00CF5F0D" w:rsidP="00A94297">
      <w:pPr>
        <w:spacing w:after="20"/>
        <w:ind w:left="360" w:hanging="360"/>
      </w:pPr>
    </w:p>
    <w:p w14:paraId="72C30A6C" w14:textId="77777777" w:rsidR="00F82175" w:rsidRDefault="00F82175" w:rsidP="00A94297">
      <w:pPr>
        <w:spacing w:after="20"/>
        <w:ind w:left="360" w:hanging="360"/>
      </w:pPr>
    </w:p>
    <w:p w14:paraId="59F43EE6" w14:textId="77777777" w:rsidR="00F82175" w:rsidRDefault="00F82175" w:rsidP="00A94297">
      <w:pPr>
        <w:spacing w:after="20"/>
        <w:ind w:left="360" w:hanging="360"/>
      </w:pPr>
    </w:p>
    <w:p w14:paraId="540E5E12" w14:textId="77777777" w:rsidR="00CF5F0D" w:rsidRDefault="00CF5F0D" w:rsidP="00A94297">
      <w:pPr>
        <w:spacing w:after="20"/>
        <w:ind w:left="360" w:hanging="360"/>
      </w:pPr>
    </w:p>
    <w:p w14:paraId="7AD5494E" w14:textId="77777777" w:rsidR="00CF5F0D" w:rsidRDefault="00CF5F0D" w:rsidP="00A94297">
      <w:pPr>
        <w:spacing w:after="20"/>
        <w:ind w:left="360" w:hanging="360"/>
      </w:pPr>
    </w:p>
    <w:p w14:paraId="7A83D8AC" w14:textId="77777777" w:rsidR="00CF5F0D" w:rsidRDefault="00CF5F0D" w:rsidP="00A94297">
      <w:pPr>
        <w:spacing w:after="20"/>
        <w:ind w:left="360" w:hanging="360"/>
      </w:pPr>
    </w:p>
    <w:p w14:paraId="693EDC06" w14:textId="77777777" w:rsidR="00CF5F0D" w:rsidRDefault="00CF5F0D" w:rsidP="00A94297">
      <w:pPr>
        <w:spacing w:after="20"/>
        <w:ind w:left="360" w:hanging="360"/>
      </w:pPr>
    </w:p>
    <w:p w14:paraId="146DDBAB" w14:textId="182F9A95" w:rsidR="00C51D9E" w:rsidRDefault="008E7608">
      <w:pPr>
        <w:pStyle w:val="BAVberschrift"/>
      </w:pPr>
      <w:r>
        <w:lastRenderedPageBreak/>
        <w:t>Bieterangaben zu den Positionen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2356"/>
        <w:gridCol w:w="2753"/>
        <w:gridCol w:w="2355"/>
        <w:gridCol w:w="2951"/>
      </w:tblGrid>
      <w:tr w:rsidR="00C51D9E" w14:paraId="5B6D0979" w14:textId="77777777" w:rsidTr="00817E1E">
        <w:trPr>
          <w:tblHeader/>
        </w:trPr>
        <w:tc>
          <w:tcPr>
            <w:tcW w:w="2356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0E5D1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Position</w:t>
            </w:r>
          </w:p>
        </w:tc>
        <w:tc>
          <w:tcPr>
            <w:tcW w:w="2753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CD73B2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Kurztext</w:t>
            </w:r>
          </w:p>
        </w:tc>
        <w:tc>
          <w:tcPr>
            <w:tcW w:w="2355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DC354E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Geforderte Bieterangaben</w:t>
            </w:r>
          </w:p>
        </w:tc>
        <w:tc>
          <w:tcPr>
            <w:tcW w:w="2951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F5A94F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Eintragung durch den Bieter</w:t>
            </w:r>
          </w:p>
        </w:tc>
      </w:tr>
      <w:tr w:rsidR="00C51D9E" w14:paraId="445F6603" w14:textId="77777777" w:rsidTr="00817E1E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F76B7E" w14:textId="77777777" w:rsidR="004A36F9" w:rsidRDefault="004A36F9" w:rsidP="00762FB3">
            <w:pPr>
              <w:ind w:left="490"/>
              <w:rPr>
                <w:sz w:val="16"/>
                <w:szCs w:val="16"/>
              </w:rPr>
            </w:pPr>
            <w:r>
              <w:t>01.01.01.0020</w:t>
            </w:r>
          </w:p>
          <w:p w14:paraId="28A6B69B" w14:textId="09699EA2" w:rsidR="00840AEA" w:rsidRDefault="00840AEA" w:rsidP="00762FB3">
            <w:pPr>
              <w:ind w:left="490"/>
              <w:rPr>
                <w:sz w:val="16"/>
                <w:szCs w:val="16"/>
              </w:rPr>
            </w:pPr>
          </w:p>
          <w:p w14:paraId="011155A1" w14:textId="1FB426D9" w:rsidR="00762FB3" w:rsidRPr="00D65B54" w:rsidRDefault="00762FB3" w:rsidP="004A36F9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4D488" w14:textId="77777777" w:rsidR="004A36F9" w:rsidRDefault="004A36F9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Faltor, kraftbetätigt</w:t>
            </w:r>
          </w:p>
          <w:p w14:paraId="110EBFD5" w14:textId="54406D7E" w:rsidR="00C51D9E" w:rsidRPr="00D65B54" w:rsidRDefault="00C51D9E">
            <w:pPr>
              <w:rPr>
                <w:sz w:val="16"/>
                <w:szCs w:val="16"/>
              </w:rPr>
            </w:pP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C2BFD4" w14:textId="77777777" w:rsidR="000623AB" w:rsidRDefault="004A36F9">
            <w:pPr>
              <w:jc w:val="right"/>
            </w:pPr>
            <w:r>
              <w:t>Fabrikat:</w:t>
            </w:r>
          </w:p>
          <w:p w14:paraId="05291956" w14:textId="5E96F85C" w:rsidR="004A36F9" w:rsidRDefault="004A36F9">
            <w:pPr>
              <w:jc w:val="right"/>
            </w:pPr>
            <w:r>
              <w:br/>
              <w:t>Typ:</w:t>
            </w:r>
          </w:p>
          <w:p w14:paraId="22D5D46F" w14:textId="77777777" w:rsidR="00B76EEE" w:rsidRDefault="00B76EEE">
            <w:pPr>
              <w:jc w:val="right"/>
            </w:pPr>
          </w:p>
          <w:p w14:paraId="350965ED" w14:textId="545B71D8" w:rsidR="00B76EEE" w:rsidRDefault="00C36957">
            <w:pPr>
              <w:jc w:val="right"/>
              <w:rPr>
                <w:sz w:val="16"/>
                <w:szCs w:val="16"/>
              </w:rPr>
            </w:pPr>
            <w:r>
              <w:t xml:space="preserve">ges. </w:t>
            </w:r>
            <w:r w:rsidR="00B76EEE">
              <w:t>Ud-Wert Tor</w:t>
            </w:r>
            <w:r>
              <w:t>:</w:t>
            </w:r>
          </w:p>
          <w:p w14:paraId="4882A0D3" w14:textId="77777777" w:rsidR="00C51D9E" w:rsidRDefault="00C51D9E">
            <w:pPr>
              <w:jc w:val="right"/>
              <w:rPr>
                <w:sz w:val="16"/>
                <w:szCs w:val="16"/>
              </w:rPr>
            </w:pPr>
          </w:p>
          <w:p w14:paraId="7DE206A6" w14:textId="487D9F63" w:rsidR="00AD5791" w:rsidRPr="00D65B54" w:rsidRDefault="00AD57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(Produktdatenblatt beilegen)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60374" w14:textId="46E9083D" w:rsidR="00962FEA" w:rsidRPr="00D65B54" w:rsidRDefault="00962FEA" w:rsidP="00962FEA">
            <w:pPr>
              <w:rPr>
                <w:sz w:val="16"/>
                <w:szCs w:val="16"/>
              </w:rPr>
            </w:pPr>
          </w:p>
        </w:tc>
      </w:tr>
      <w:tr w:rsidR="001779CB" w14:paraId="0FB68825" w14:textId="77777777" w:rsidTr="00817E1E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B5161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01.01.01.0040</w:t>
            </w:r>
          </w:p>
          <w:p w14:paraId="693CD1CB" w14:textId="3F9A8432" w:rsidR="001779CB" w:rsidRDefault="001779CB" w:rsidP="001779CB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A56FC4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Schnelllauftor innen</w:t>
            </w:r>
          </w:p>
          <w:p w14:paraId="5D49385A" w14:textId="49DD44DC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7D0133" w14:textId="77777777" w:rsidR="00B00DAD" w:rsidRDefault="001779CB" w:rsidP="001779CB">
            <w:pPr>
              <w:jc w:val="right"/>
            </w:pPr>
            <w:r>
              <w:t>Fabrikat:</w:t>
            </w:r>
          </w:p>
          <w:p w14:paraId="0D44880D" w14:textId="5335369D" w:rsidR="001779CB" w:rsidRDefault="001779CB" w:rsidP="001779CB">
            <w:pPr>
              <w:jc w:val="right"/>
            </w:pPr>
            <w:r>
              <w:br/>
              <w:t>Typ:</w:t>
            </w:r>
          </w:p>
          <w:p w14:paraId="1671A88E" w14:textId="77777777" w:rsidR="00447697" w:rsidRDefault="00447697" w:rsidP="001779CB">
            <w:pPr>
              <w:jc w:val="right"/>
            </w:pPr>
          </w:p>
          <w:p w14:paraId="657D857C" w14:textId="66444F92" w:rsidR="00447697" w:rsidRDefault="00447697" w:rsidP="001779CB">
            <w:pPr>
              <w:jc w:val="right"/>
              <w:rPr>
                <w:sz w:val="16"/>
                <w:szCs w:val="16"/>
              </w:rPr>
            </w:pPr>
            <w:r>
              <w:t>Öffnungsgeschwindigkeit (m/s):</w:t>
            </w:r>
          </w:p>
          <w:p w14:paraId="1BE2847B" w14:textId="77777777" w:rsidR="001779CB" w:rsidRDefault="001779CB" w:rsidP="001779CB">
            <w:pPr>
              <w:jc w:val="right"/>
              <w:rPr>
                <w:sz w:val="16"/>
                <w:szCs w:val="16"/>
              </w:rPr>
            </w:pPr>
          </w:p>
          <w:p w14:paraId="5D03CC34" w14:textId="5C0130E8" w:rsidR="00B00DAD" w:rsidRDefault="00B00DAD" w:rsidP="001779C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(Produktdatenblatt beilegen)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BDDC3A" w14:textId="77777777" w:rsidR="001779CB" w:rsidRPr="00D65B54" w:rsidRDefault="001779CB" w:rsidP="001779CB">
            <w:pPr>
              <w:rPr>
                <w:sz w:val="16"/>
                <w:szCs w:val="16"/>
              </w:rPr>
            </w:pPr>
          </w:p>
        </w:tc>
      </w:tr>
    </w:tbl>
    <w:p w14:paraId="505202C8" w14:textId="77777777" w:rsidR="00C51D9E" w:rsidRDefault="008E7608">
      <w:pPr>
        <w:spacing w:before="20"/>
        <w:jc w:val="right"/>
      </w:pPr>
      <w:r>
        <w:rPr>
          <w:i/>
          <w:color w:val="969696"/>
          <w:sz w:val="14"/>
        </w:rPr>
        <w:t>Tabulatur in der letzten Zelle für weitere Zeilen.</w:t>
      </w:r>
    </w:p>
    <w:p w14:paraId="75418320" w14:textId="77777777" w:rsidR="00C51D9E" w:rsidRDefault="008E7608">
      <w:pPr>
        <w:pStyle w:val="BAVberschrift"/>
      </w:pPr>
      <w:r>
        <w:t>Erklärung und Unterschrift des Bieters</w:t>
      </w:r>
    </w:p>
    <w:p w14:paraId="6D5065F9" w14:textId="77777777" w:rsidR="00C51D9E" w:rsidRDefault="008E7608">
      <w:r>
        <w:t>Der Bieter bestätigt, dass die vorstehenden Angaben die angebotenen Produkte und Ausführungen wiedergeben und Bestandteil seines Angebotes sind.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2804"/>
        <w:gridCol w:w="2804"/>
        <w:gridCol w:w="4807"/>
      </w:tblGrid>
      <w:tr w:rsidR="00C51D9E" w14:paraId="632E595E" w14:textId="77777777" w:rsidTr="00E635E2">
        <w:tc>
          <w:tcPr>
            <w:tcW w:w="277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64EB55" w14:textId="77777777" w:rsidR="00C51D9E" w:rsidRDefault="008E7608">
            <w:pPr>
              <w:jc w:val="center"/>
            </w:pPr>
            <w:r>
              <w:rPr>
                <w:b/>
                <w:sz w:val="16"/>
              </w:rPr>
              <w:t>Ort</w:t>
            </w:r>
          </w:p>
        </w:tc>
        <w:tc>
          <w:tcPr>
            <w:tcW w:w="277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A4E8AD" w14:textId="77777777" w:rsidR="00C51D9E" w:rsidRDefault="008E7608">
            <w:pPr>
              <w:jc w:val="center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w="4762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F3C05" w14:textId="77777777" w:rsidR="00C51D9E" w:rsidRDefault="008E7608">
            <w:pPr>
              <w:jc w:val="center"/>
            </w:pPr>
            <w:r>
              <w:rPr>
                <w:b/>
                <w:sz w:val="16"/>
              </w:rPr>
              <w:t>Firmenstempel / rechtsverbindliche Unterschrift</w:t>
            </w:r>
          </w:p>
        </w:tc>
      </w:tr>
      <w:tr w:rsidR="00C51D9E" w14:paraId="4E11EC57" w14:textId="77777777" w:rsidTr="00E635E2">
        <w:trPr>
          <w:trHeight w:val="850"/>
        </w:trPr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744EB" w14:textId="77777777" w:rsidR="00C51D9E" w:rsidRDefault="00C51D9E"/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B8FB5" w14:textId="77777777" w:rsidR="00C51D9E" w:rsidRDefault="00C51D9E"/>
        </w:tc>
        <w:tc>
          <w:tcPr>
            <w:tcW w:w="4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516A1" w14:textId="77777777" w:rsidR="00C51D9E" w:rsidRDefault="00C51D9E"/>
        </w:tc>
      </w:tr>
    </w:tbl>
    <w:p w14:paraId="4E20C72F" w14:textId="2F550BAA" w:rsidR="00A17D9C" w:rsidRPr="00A17D9C" w:rsidRDefault="00F76CEE" w:rsidP="00F76CEE">
      <w:pPr>
        <w:tabs>
          <w:tab w:val="left" w:pos="9232"/>
        </w:tabs>
      </w:pPr>
      <w:r>
        <w:tab/>
      </w:r>
    </w:p>
    <w:sectPr w:rsidR="00A17D9C" w:rsidRPr="00A17D9C" w:rsidSect="00C4103C">
      <w:headerReference w:type="default" r:id="rId11"/>
      <w:footerReference w:type="default" r:id="rId12"/>
      <w:headerReference w:type="first" r:id="rId13"/>
      <w:pgSz w:w="12240" w:h="15840"/>
      <w:pgMar w:top="1418" w:right="567" w:bottom="567" w:left="1418" w:header="19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F2CE6" w14:textId="77777777" w:rsidR="000666A2" w:rsidRDefault="000666A2">
      <w:pPr>
        <w:spacing w:after="0" w:line="240" w:lineRule="auto"/>
      </w:pPr>
      <w:r>
        <w:separator/>
      </w:r>
    </w:p>
  </w:endnote>
  <w:endnote w:type="continuationSeparator" w:id="0">
    <w:p w14:paraId="56BE8081" w14:textId="77777777" w:rsidR="000666A2" w:rsidRDefault="00066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564C" w14:textId="78C1C106" w:rsidR="003F4903" w:rsidRDefault="003F4903" w:rsidP="00F76CEE">
    <w:pPr>
      <w:pStyle w:val="Fuzeile"/>
      <w:jc w:val="right"/>
      <w:rPr>
        <w:color w:val="4F81BD" w:themeColor="accent1"/>
      </w:rPr>
    </w:pPr>
    <w:r>
      <w:rPr>
        <w:color w:val="4F81BD" w:themeColor="accent1"/>
        <w:lang w:val="de-DE"/>
      </w:rPr>
      <w:t xml:space="preserve">Seite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de-DE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  <w:lang w:val="de-DE"/>
      </w:rPr>
      <w:t xml:space="preserve"> von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\* Arabisch \*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de-DE"/>
      </w:rPr>
      <w:t>2</w:t>
    </w:r>
    <w:r>
      <w:rPr>
        <w:color w:val="4F81BD" w:themeColor="accent1"/>
      </w:rPr>
      <w:fldChar w:fldCharType="end"/>
    </w:r>
  </w:p>
  <w:p w14:paraId="12016F80" w14:textId="5C6F00CB" w:rsidR="00C51D9E" w:rsidRDefault="00C51D9E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FC596" w14:textId="77777777" w:rsidR="000666A2" w:rsidRDefault="000666A2">
      <w:pPr>
        <w:spacing w:after="0" w:line="240" w:lineRule="auto"/>
      </w:pPr>
      <w:r>
        <w:separator/>
      </w:r>
    </w:p>
  </w:footnote>
  <w:footnote w:type="continuationSeparator" w:id="0">
    <w:p w14:paraId="7FB28AAB" w14:textId="77777777" w:rsidR="000666A2" w:rsidRDefault="00066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34BA" w14:textId="77777777" w:rsidR="00F93BDA" w:rsidRDefault="00E21BD0">
    <w:pPr>
      <w:spacing w:after="40"/>
    </w:pPr>
    <w:r>
      <w:rPr>
        <w:noProof/>
      </w:rPr>
      <w:drawing>
        <wp:inline distT="0" distB="0" distL="0" distR="0" wp14:anchorId="1C1BAC3E" wp14:editId="6CAB7833">
          <wp:extent cx="4111200" cy="4882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m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11200" cy="488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51CB" w14:textId="12AF45D7" w:rsidR="00C51D9E" w:rsidRPr="003D19B7" w:rsidRDefault="00C947D5" w:rsidP="00FE14E1">
    <w:pPr>
      <w:pStyle w:val="Kopfzeile"/>
      <w:rPr>
        <w:rFonts w:asciiTheme="majorHAnsi" w:hAnsiTheme="majorHAnsi" w:cstheme="majorHAnsi"/>
        <w:b/>
        <w:bCs/>
        <w:sz w:val="36"/>
        <w:szCs w:val="36"/>
      </w:rPr>
    </w:pPr>
    <w:r w:rsidRPr="003D19B7">
      <w:rPr>
        <w:rFonts w:asciiTheme="majorHAnsi" w:hAnsiTheme="majorHAnsi" w:cstheme="majorHAnsi"/>
        <w:b/>
        <w:bCs/>
        <w:noProof/>
        <w:color w:val="1F497D" w:themeColor="text2"/>
        <w:sz w:val="36"/>
        <w:szCs w:val="36"/>
      </w:rPr>
      <w:drawing>
        <wp:anchor distT="0" distB="0" distL="114300" distR="114300" simplePos="0" relativeHeight="251658240" behindDoc="0" locked="0" layoutInCell="1" allowOverlap="1" wp14:anchorId="6C025E8A" wp14:editId="01F1FAC4">
          <wp:simplePos x="0" y="0"/>
          <wp:positionH relativeFrom="column">
            <wp:posOffset>3723640</wp:posOffset>
          </wp:positionH>
          <wp:positionV relativeFrom="paragraph">
            <wp:posOffset>-58420</wp:posOffset>
          </wp:positionV>
          <wp:extent cx="4111200" cy="488298"/>
          <wp:effectExtent l="0" t="0" r="4445" b="1905"/>
          <wp:wrapSquare wrapText="bothSides"/>
          <wp:docPr id="1395568595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1200" cy="488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1C85" w:rsidRPr="003D19B7">
      <w:rPr>
        <w:rFonts w:asciiTheme="majorHAnsi" w:hAnsiTheme="majorHAnsi" w:cstheme="majorHAnsi"/>
        <w:b/>
        <w:bCs/>
        <w:noProof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BB0FAF"/>
    <w:multiLevelType w:val="multilevel"/>
    <w:tmpl w:val="C3345948"/>
    <w:lvl w:ilvl="0">
      <w:start w:val="1"/>
      <w:numFmt w:val="decimalZero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80" w:hanging="49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1440"/>
      </w:pPr>
      <w:rPr>
        <w:rFonts w:hint="default"/>
      </w:rPr>
    </w:lvl>
  </w:abstractNum>
  <w:abstractNum w:abstractNumId="10" w15:restartNumberingAfterBreak="0">
    <w:nsid w:val="5BBF73D4"/>
    <w:multiLevelType w:val="multilevel"/>
    <w:tmpl w:val="AAEE0DE6"/>
    <w:lvl w:ilvl="0">
      <w:start w:val="1"/>
      <w:numFmt w:val="decimalZero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80" w:hanging="49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1440"/>
      </w:pPr>
      <w:rPr>
        <w:rFonts w:hint="default"/>
      </w:rPr>
    </w:lvl>
  </w:abstractNum>
  <w:abstractNum w:abstractNumId="11" w15:restartNumberingAfterBreak="0">
    <w:nsid w:val="6476611E"/>
    <w:multiLevelType w:val="multilevel"/>
    <w:tmpl w:val="08A4D9E2"/>
    <w:lvl w:ilvl="0">
      <w:start w:val="1"/>
      <w:numFmt w:val="decimalZero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457403896">
    <w:abstractNumId w:val="8"/>
  </w:num>
  <w:num w:numId="2" w16cid:durableId="961425686">
    <w:abstractNumId w:val="6"/>
  </w:num>
  <w:num w:numId="3" w16cid:durableId="1815826478">
    <w:abstractNumId w:val="5"/>
  </w:num>
  <w:num w:numId="4" w16cid:durableId="3439106">
    <w:abstractNumId w:val="4"/>
  </w:num>
  <w:num w:numId="5" w16cid:durableId="203492488">
    <w:abstractNumId w:val="7"/>
  </w:num>
  <w:num w:numId="6" w16cid:durableId="468127912">
    <w:abstractNumId w:val="3"/>
  </w:num>
  <w:num w:numId="7" w16cid:durableId="130486933">
    <w:abstractNumId w:val="2"/>
  </w:num>
  <w:num w:numId="8" w16cid:durableId="2068649479">
    <w:abstractNumId w:val="1"/>
  </w:num>
  <w:num w:numId="9" w16cid:durableId="827861180">
    <w:abstractNumId w:val="0"/>
  </w:num>
  <w:num w:numId="10" w16cid:durableId="547452123">
    <w:abstractNumId w:val="11"/>
  </w:num>
  <w:num w:numId="11" w16cid:durableId="1071074606">
    <w:abstractNumId w:val="10"/>
  </w:num>
  <w:num w:numId="12" w16cid:durableId="10115679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73"/>
    <w:rsid w:val="00001616"/>
    <w:rsid w:val="00011528"/>
    <w:rsid w:val="00012692"/>
    <w:rsid w:val="00034616"/>
    <w:rsid w:val="0006063C"/>
    <w:rsid w:val="0006144B"/>
    <w:rsid w:val="00061863"/>
    <w:rsid w:val="000623AB"/>
    <w:rsid w:val="0006288A"/>
    <w:rsid w:val="000666A2"/>
    <w:rsid w:val="000A561A"/>
    <w:rsid w:val="000D18D1"/>
    <w:rsid w:val="00124245"/>
    <w:rsid w:val="00131D41"/>
    <w:rsid w:val="0013748D"/>
    <w:rsid w:val="0015074B"/>
    <w:rsid w:val="0015395D"/>
    <w:rsid w:val="00174A46"/>
    <w:rsid w:val="001775F6"/>
    <w:rsid w:val="001779CB"/>
    <w:rsid w:val="001942FB"/>
    <w:rsid w:val="001B7FAE"/>
    <w:rsid w:val="001C4CB2"/>
    <w:rsid w:val="001D1D1A"/>
    <w:rsid w:val="001E337F"/>
    <w:rsid w:val="001E33DA"/>
    <w:rsid w:val="00210841"/>
    <w:rsid w:val="00216FB4"/>
    <w:rsid w:val="00236CA5"/>
    <w:rsid w:val="00245B06"/>
    <w:rsid w:val="00271DD4"/>
    <w:rsid w:val="00282B7A"/>
    <w:rsid w:val="00292055"/>
    <w:rsid w:val="0029639D"/>
    <w:rsid w:val="002A31FF"/>
    <w:rsid w:val="002A4A3D"/>
    <w:rsid w:val="002B4B03"/>
    <w:rsid w:val="002F2BF9"/>
    <w:rsid w:val="002F5073"/>
    <w:rsid w:val="00304D2B"/>
    <w:rsid w:val="00311628"/>
    <w:rsid w:val="00313E7D"/>
    <w:rsid w:val="00323FEF"/>
    <w:rsid w:val="00326F90"/>
    <w:rsid w:val="00354803"/>
    <w:rsid w:val="00370085"/>
    <w:rsid w:val="00371C06"/>
    <w:rsid w:val="00391693"/>
    <w:rsid w:val="003C20E8"/>
    <w:rsid w:val="003C5F0A"/>
    <w:rsid w:val="003C7716"/>
    <w:rsid w:val="003D19B7"/>
    <w:rsid w:val="003E5771"/>
    <w:rsid w:val="003F4903"/>
    <w:rsid w:val="004020B6"/>
    <w:rsid w:val="00405D96"/>
    <w:rsid w:val="004149DB"/>
    <w:rsid w:val="00447697"/>
    <w:rsid w:val="00455711"/>
    <w:rsid w:val="00471AA0"/>
    <w:rsid w:val="0047458F"/>
    <w:rsid w:val="00485C97"/>
    <w:rsid w:val="00497DEC"/>
    <w:rsid w:val="004A0063"/>
    <w:rsid w:val="004A0099"/>
    <w:rsid w:val="004A36F9"/>
    <w:rsid w:val="004A3E0F"/>
    <w:rsid w:val="004C2EB1"/>
    <w:rsid w:val="004C78BC"/>
    <w:rsid w:val="004D732C"/>
    <w:rsid w:val="005001F1"/>
    <w:rsid w:val="0050266B"/>
    <w:rsid w:val="005263DB"/>
    <w:rsid w:val="00530075"/>
    <w:rsid w:val="0053402D"/>
    <w:rsid w:val="00541369"/>
    <w:rsid w:val="00541D1E"/>
    <w:rsid w:val="00553A3B"/>
    <w:rsid w:val="00585A10"/>
    <w:rsid w:val="00593DBC"/>
    <w:rsid w:val="005C27E9"/>
    <w:rsid w:val="00613EBE"/>
    <w:rsid w:val="0064101E"/>
    <w:rsid w:val="00653595"/>
    <w:rsid w:val="006575C4"/>
    <w:rsid w:val="00661BD2"/>
    <w:rsid w:val="00671D15"/>
    <w:rsid w:val="00671F8B"/>
    <w:rsid w:val="00682823"/>
    <w:rsid w:val="006A028D"/>
    <w:rsid w:val="006A382D"/>
    <w:rsid w:val="006A3C0D"/>
    <w:rsid w:val="006C395E"/>
    <w:rsid w:val="006D44DB"/>
    <w:rsid w:val="00732E2C"/>
    <w:rsid w:val="007416AA"/>
    <w:rsid w:val="00753252"/>
    <w:rsid w:val="00762FB3"/>
    <w:rsid w:val="00792579"/>
    <w:rsid w:val="00793574"/>
    <w:rsid w:val="007A63B1"/>
    <w:rsid w:val="007C4D0F"/>
    <w:rsid w:val="007D299A"/>
    <w:rsid w:val="007F4486"/>
    <w:rsid w:val="00817E1E"/>
    <w:rsid w:val="00826039"/>
    <w:rsid w:val="0082692D"/>
    <w:rsid w:val="00836667"/>
    <w:rsid w:val="00840AEA"/>
    <w:rsid w:val="0084159E"/>
    <w:rsid w:val="00842456"/>
    <w:rsid w:val="0086449E"/>
    <w:rsid w:val="00874955"/>
    <w:rsid w:val="008911C9"/>
    <w:rsid w:val="008A024E"/>
    <w:rsid w:val="008B4474"/>
    <w:rsid w:val="008C64C8"/>
    <w:rsid w:val="008C7C36"/>
    <w:rsid w:val="008E7608"/>
    <w:rsid w:val="00903F62"/>
    <w:rsid w:val="00927FF1"/>
    <w:rsid w:val="00937FA4"/>
    <w:rsid w:val="00954D32"/>
    <w:rsid w:val="00962FEA"/>
    <w:rsid w:val="00985C03"/>
    <w:rsid w:val="009D0E23"/>
    <w:rsid w:val="009F3327"/>
    <w:rsid w:val="00A0520B"/>
    <w:rsid w:val="00A17D9C"/>
    <w:rsid w:val="00A37815"/>
    <w:rsid w:val="00A86F86"/>
    <w:rsid w:val="00A94297"/>
    <w:rsid w:val="00A9785A"/>
    <w:rsid w:val="00A97E9E"/>
    <w:rsid w:val="00AA1D8D"/>
    <w:rsid w:val="00AD22C9"/>
    <w:rsid w:val="00AD5791"/>
    <w:rsid w:val="00B00DAD"/>
    <w:rsid w:val="00B301EC"/>
    <w:rsid w:val="00B41C0E"/>
    <w:rsid w:val="00B47730"/>
    <w:rsid w:val="00B576B3"/>
    <w:rsid w:val="00B76EEE"/>
    <w:rsid w:val="00BA4AE6"/>
    <w:rsid w:val="00BA57B3"/>
    <w:rsid w:val="00BA60E6"/>
    <w:rsid w:val="00BB115C"/>
    <w:rsid w:val="00BC0EF3"/>
    <w:rsid w:val="00BE1544"/>
    <w:rsid w:val="00C011FA"/>
    <w:rsid w:val="00C158CD"/>
    <w:rsid w:val="00C26043"/>
    <w:rsid w:val="00C36957"/>
    <w:rsid w:val="00C4103C"/>
    <w:rsid w:val="00C434B8"/>
    <w:rsid w:val="00C4480E"/>
    <w:rsid w:val="00C51D9E"/>
    <w:rsid w:val="00C51E7D"/>
    <w:rsid w:val="00C53E84"/>
    <w:rsid w:val="00C75AE0"/>
    <w:rsid w:val="00C77BA0"/>
    <w:rsid w:val="00C947D5"/>
    <w:rsid w:val="00CA4EEB"/>
    <w:rsid w:val="00CA7A78"/>
    <w:rsid w:val="00CB0664"/>
    <w:rsid w:val="00CC7F3C"/>
    <w:rsid w:val="00CE0DB6"/>
    <w:rsid w:val="00CE4CA2"/>
    <w:rsid w:val="00CF5F0D"/>
    <w:rsid w:val="00CF7EE2"/>
    <w:rsid w:val="00D06A92"/>
    <w:rsid w:val="00D172B5"/>
    <w:rsid w:val="00D428A4"/>
    <w:rsid w:val="00D50C58"/>
    <w:rsid w:val="00D523C6"/>
    <w:rsid w:val="00D62985"/>
    <w:rsid w:val="00D65B54"/>
    <w:rsid w:val="00D66839"/>
    <w:rsid w:val="00D85B12"/>
    <w:rsid w:val="00D91C85"/>
    <w:rsid w:val="00D93F47"/>
    <w:rsid w:val="00DB35AF"/>
    <w:rsid w:val="00DF5A0F"/>
    <w:rsid w:val="00E05A00"/>
    <w:rsid w:val="00E21BD0"/>
    <w:rsid w:val="00E228D3"/>
    <w:rsid w:val="00E23749"/>
    <w:rsid w:val="00E23E81"/>
    <w:rsid w:val="00E26816"/>
    <w:rsid w:val="00E2762C"/>
    <w:rsid w:val="00E61686"/>
    <w:rsid w:val="00E635E2"/>
    <w:rsid w:val="00E85298"/>
    <w:rsid w:val="00E87D90"/>
    <w:rsid w:val="00E9338D"/>
    <w:rsid w:val="00E945D4"/>
    <w:rsid w:val="00EF2644"/>
    <w:rsid w:val="00EF2FAE"/>
    <w:rsid w:val="00F006E0"/>
    <w:rsid w:val="00F04F79"/>
    <w:rsid w:val="00F10F33"/>
    <w:rsid w:val="00F11BF2"/>
    <w:rsid w:val="00F257B6"/>
    <w:rsid w:val="00F25F5C"/>
    <w:rsid w:val="00F57449"/>
    <w:rsid w:val="00F612E6"/>
    <w:rsid w:val="00F76CEE"/>
    <w:rsid w:val="00F82175"/>
    <w:rsid w:val="00F871AB"/>
    <w:rsid w:val="00F93BDA"/>
    <w:rsid w:val="00FC2773"/>
    <w:rsid w:val="00FC693F"/>
    <w:rsid w:val="00FD2A8F"/>
    <w:rsid w:val="00FE035B"/>
    <w:rsid w:val="00FE14E1"/>
    <w:rsid w:val="00FF505C"/>
    <w:rsid w:val="00FF62DB"/>
    <w:rsid w:val="3D32F7E1"/>
    <w:rsid w:val="3F06B711"/>
    <w:rsid w:val="6558BAB6"/>
    <w:rsid w:val="6F55B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F074ED85-1A62-45B4-BABD-DB99A995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AVberschrift">
    <w:name w:val="BAV Überschrift"/>
    <w:basedOn w:val="Standard"/>
    <w:pPr>
      <w:keepNext/>
      <w:spacing w:before="160" w:after="60"/>
    </w:pPr>
    <w:rPr>
      <w:b/>
      <w:color w:val="1F497D"/>
      <w:sz w:val="22"/>
      <w:u w:val="single"/>
    </w:rPr>
  </w:style>
  <w:style w:type="paragraph" w:customStyle="1" w:styleId="BAVTitel">
    <w:name w:val="BAV Titel"/>
    <w:basedOn w:val="Standard"/>
    <w:pPr>
      <w:spacing w:before="40" w:after="160"/>
    </w:pPr>
    <w:rPr>
      <w:b/>
      <w:color w:val="1F497D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6C831AD65ECC4A840FB7D6CB5B5361" ma:contentTypeVersion="13" ma:contentTypeDescription="Ein neues Dokument erstellen." ma:contentTypeScope="" ma:versionID="87c24fc5abdecc001f09222305e8d56b">
  <xsd:schema xmlns:xsd="http://www.w3.org/2001/XMLSchema" xmlns:xs="http://www.w3.org/2001/XMLSchema" xmlns:p="http://schemas.microsoft.com/office/2006/metadata/properties" xmlns:ns2="7394f4ed-1e32-4122-8f06-9fc97de6b7c6" xmlns:ns3="0c73bd38-966e-4c08-8e4e-ea2a516eb71e" targetNamespace="http://schemas.microsoft.com/office/2006/metadata/properties" ma:root="true" ma:fieldsID="87bc070046987dca3c0b6d2615ac9efb" ns2:_="" ns3:_="">
    <xsd:import namespace="7394f4ed-1e32-4122-8f06-9fc97de6b7c6"/>
    <xsd:import namespace="0c73bd38-966e-4c08-8e4e-ea2a516eb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4f4ed-1e32-4122-8f06-9fc97de6b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123c07-0da8-48eb-9d3a-29fc8bdd09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3bd38-966e-4c08-8e4e-ea2a516eb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e916a4-4df7-45c6-9e25-537fc15104f7}" ma:internalName="TaxCatchAll" ma:showField="CatchAllData" ma:web="0c73bd38-966e-4c08-8e4e-ea2a516eb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73bd38-966e-4c08-8e4e-ea2a516eb71e" xsi:nil="true"/>
    <lcf76f155ced4ddcb4097134ff3c332f xmlns="7394f4ed-1e32-4122-8f06-9fc97de6b7c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C507F-EF9C-4FDC-A790-73788F26C1D5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25CDCF-F711-4C9E-815D-7F28F3524A7C}">
  <ds:schemaRefs>
    <ds:schemaRef ds:uri="http://schemas.microsoft.com/office/2006/metadata/properties"/>
    <ds:schemaRef ds:uri="http://schemas.microsoft.com/office/infopath/2007/PartnerControls"/>
    <ds:schemaRef ds:uri="87499c12-2826-43d9-83ba-ad8e1576423e"/>
    <ds:schemaRef ds:uri="f55d4312-0e97-425d-942e-f9c5153ff3de"/>
  </ds:schemaRefs>
</ds:datastoreItem>
</file>

<file path=customXml/itemProps4.xml><?xml version="1.0" encoding="utf-8"?>
<ds:datastoreItem xmlns:ds="http://schemas.openxmlformats.org/officeDocument/2006/customXml" ds:itemID="{E7BC0EC9-3B1A-4FD1-A387-1F3BF318D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1756</Characters>
  <Application>Microsoft Office Word</Application>
  <DocSecurity>0</DocSecurity>
  <Lines>103</Lines>
  <Paragraphs>64</Paragraphs>
  <ScaleCrop>false</ScaleCrop>
  <Manager/>
  <Company/>
  <LinksUpToDate>false</LinksUpToDate>
  <CharactersWithSpaces>1923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Wiederverwendbare Blankovorlage</dc:subject>
  <dc:creator>Zlotos, Ralf</dc:creator>
  <cp:keywords/>
  <dc:description>generated by python-docx</dc:description>
  <cp:lastModifiedBy>Zlotos, Ralf</cp:lastModifiedBy>
  <cp:revision>157</cp:revision>
  <dcterms:created xsi:type="dcterms:W3CDTF">2026-09-26T10:53:00Z</dcterms:created>
  <dcterms:modified xsi:type="dcterms:W3CDTF">2026-10-26T13:35:00Z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0x010100776C831AD65ECC4A840FB7D6CB5B5361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  <property fmtid="{D5CDD505-2E9C-101B-9397-08002B2CF9AE}" pid="5" name="Order">
    <vt:r8>8346000</vt:r8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</Properties>
</file>