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C627A" w14:textId="4499D907" w:rsidR="00937FA4" w:rsidRDefault="00210841" w:rsidP="00937FA4">
      <w:pPr>
        <w:pStyle w:val="BAVTitel"/>
        <w:tabs>
          <w:tab w:val="left" w:pos="7492"/>
        </w:tabs>
        <w:rPr>
          <w:rFonts w:cstheme="majorHAnsi"/>
          <w:color w:val="1F497D" w:themeColor="text2"/>
          <w:sz w:val="36"/>
          <w:szCs w:val="36"/>
        </w:rPr>
      </w:pPr>
      <w:r w:rsidRPr="003D19B7">
        <w:rPr>
          <w:rFonts w:cstheme="majorHAnsi"/>
          <w:color w:val="1F497D" w:themeColor="text2"/>
          <w:sz w:val="36"/>
          <w:szCs w:val="36"/>
        </w:rPr>
        <w:t>Bieterangabenverzeichni</w:t>
      </w:r>
      <w:r w:rsidR="00671D15">
        <w:rPr>
          <w:rFonts w:cstheme="majorHAnsi"/>
          <w:color w:val="1F497D" w:themeColor="text2"/>
          <w:sz w:val="36"/>
          <w:szCs w:val="36"/>
        </w:rPr>
        <w:t>s</w:t>
      </w:r>
    </w:p>
    <w:tbl>
      <w:tblPr>
        <w:tblStyle w:val="Tabellenraster"/>
        <w:tblW w:w="5000" w:type="pct"/>
        <w:tblLayout w:type="fixed"/>
        <w:tblLook w:val="04A0" w:firstRow="1" w:lastRow="0" w:firstColumn="1" w:lastColumn="0" w:noHBand="0" w:noVBand="1"/>
      </w:tblPr>
      <w:tblGrid>
        <w:gridCol w:w="1664"/>
        <w:gridCol w:w="3487"/>
        <w:gridCol w:w="1663"/>
        <w:gridCol w:w="3601"/>
      </w:tblGrid>
      <w:tr w:rsidR="00C51D9E" w14:paraId="3F59281F" w14:textId="77777777" w:rsidTr="00210841">
        <w:tc>
          <w:tcPr>
            <w:tcW w:w="1672" w:type="dxa"/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B378A12" w14:textId="020BA1A2" w:rsidR="00C51D9E" w:rsidRDefault="008E7608" w:rsidP="00210841">
            <w:r>
              <w:rPr>
                <w:b/>
                <w:sz w:val="16"/>
              </w:rPr>
              <w:t>Projekt</w:t>
            </w:r>
            <w:r w:rsidR="003C20E8">
              <w:rPr>
                <w:b/>
                <w:sz w:val="16"/>
              </w:rPr>
              <w:t>-Nr.:</w:t>
            </w:r>
            <w:r>
              <w:rPr>
                <w:b/>
                <w:sz w:val="16"/>
              </w:rPr>
              <w:t xml:space="preserve"> / Baumaßnahme</w:t>
            </w:r>
            <w:r w:rsidR="00271DD4">
              <w:rPr>
                <w:b/>
                <w:sz w:val="16"/>
              </w:rPr>
              <w:t>:</w:t>
            </w:r>
          </w:p>
        </w:tc>
        <w:tc>
          <w:tcPr>
            <w:tcW w:w="350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CB883BF" w14:textId="60D66535" w:rsidR="00C51D9E" w:rsidRDefault="00C51D9E" w:rsidP="00210841">
            <w:r>
              <w:t>7106506-000 / Delbus Betriebshof Delmenhorst</w:t>
            </w:r>
          </w:p>
        </w:tc>
        <w:tc>
          <w:tcPr>
            <w:tcW w:w="1672" w:type="dxa"/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DA2FA80" w14:textId="5A41F364" w:rsidR="00C51D9E" w:rsidRDefault="008E7608" w:rsidP="00210841">
            <w:r>
              <w:rPr>
                <w:b/>
                <w:sz w:val="16"/>
              </w:rPr>
              <w:t>Gewerk</w:t>
            </w:r>
            <w:r w:rsidR="00271DD4">
              <w:rPr>
                <w:b/>
                <w:sz w:val="16"/>
              </w:rPr>
              <w:t>:</w:t>
            </w:r>
          </w:p>
        </w:tc>
        <w:tc>
          <w:tcPr>
            <w:tcW w:w="362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070B83F" w14:textId="4E95CCD8" w:rsidR="00C51D9E" w:rsidRDefault="00C51D9E" w:rsidP="00210841">
            <w:r>
              <w:t>Metallbau- und Schlosserarbeiten</w:t>
            </w:r>
          </w:p>
        </w:tc>
      </w:tr>
      <w:tr w:rsidR="00C51D9E" w14:paraId="2990848A" w14:textId="77777777" w:rsidTr="00210841">
        <w:trPr>
          <w:trHeight w:val="399"/>
        </w:trPr>
        <w:tc>
          <w:tcPr>
            <w:tcW w:w="1672" w:type="dxa"/>
            <w:tcBorders>
              <w:bottom w:val="single" w:sz="4" w:space="0" w:color="auto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A6501EE" w14:textId="1344625A" w:rsidR="00C51D9E" w:rsidRDefault="008E7608" w:rsidP="00210841">
            <w:r>
              <w:rPr>
                <w:b/>
                <w:sz w:val="16"/>
              </w:rPr>
              <w:t>Vergabenummer</w:t>
            </w:r>
            <w:r w:rsidR="00271DD4">
              <w:rPr>
                <w:b/>
                <w:sz w:val="16"/>
              </w:rPr>
              <w:t>:</w:t>
            </w:r>
          </w:p>
        </w:tc>
        <w:tc>
          <w:tcPr>
            <w:tcW w:w="3506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007EB0A" w14:textId="7C847625" w:rsidR="00C51D9E" w:rsidRPr="00540C22" w:rsidRDefault="00540C22" w:rsidP="00210841">
            <w:r w:rsidRPr="00540C22">
              <w:rPr>
                <w:lang w:val="de-DE"/>
              </w:rPr>
              <w:t>Y-BSAG-2026-0028</w:t>
            </w:r>
          </w:p>
        </w:tc>
        <w:tc>
          <w:tcPr>
            <w:tcW w:w="1672" w:type="dxa"/>
            <w:tcBorders>
              <w:bottom w:val="single" w:sz="4" w:space="0" w:color="auto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AD0C7D4" w14:textId="63E06B75" w:rsidR="00C51D9E" w:rsidRDefault="008E7608" w:rsidP="00210841">
            <w:r>
              <w:rPr>
                <w:b/>
                <w:sz w:val="16"/>
              </w:rPr>
              <w:t>Bieter / Unternehmen</w:t>
            </w:r>
            <w:r w:rsidR="00271DD4">
              <w:rPr>
                <w:b/>
                <w:sz w:val="16"/>
              </w:rPr>
              <w:t>:</w:t>
            </w:r>
          </w:p>
        </w:tc>
        <w:tc>
          <w:tcPr>
            <w:tcW w:w="3621" w:type="dxa"/>
            <w:tcBorders>
              <w:bottom w:val="single" w:sz="4" w:space="0" w:color="auto"/>
            </w:tcBorders>
            <w:shd w:val="clear" w:color="auto" w:fill="F2F2F2" w:themeFill="background1" w:themeFillShade="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68F111E" w14:textId="4F0E5928" w:rsidR="00C51D9E" w:rsidRDefault="00C51D9E" w:rsidP="00210841"/>
        </w:tc>
      </w:tr>
      <w:tr w:rsidR="00C51D9E" w14:paraId="5770628C" w14:textId="77777777" w:rsidTr="00210841">
        <w:trPr>
          <w:trHeight w:val="433"/>
        </w:trPr>
        <w:tc>
          <w:tcPr>
            <w:tcW w:w="1672" w:type="dxa"/>
            <w:tcBorders>
              <w:bottom w:val="single" w:sz="4" w:space="0" w:color="auto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8397767" w14:textId="417DC767" w:rsidR="00C51D9E" w:rsidRDefault="008E7608" w:rsidP="00210841">
            <w:r>
              <w:rPr>
                <w:b/>
                <w:sz w:val="16"/>
              </w:rPr>
              <w:t>Angebotsdatum</w:t>
            </w:r>
            <w:r w:rsidR="00271DD4">
              <w:rPr>
                <w:b/>
                <w:sz w:val="16"/>
              </w:rPr>
              <w:t>:</w:t>
            </w:r>
          </w:p>
        </w:tc>
        <w:tc>
          <w:tcPr>
            <w:tcW w:w="3506" w:type="dxa"/>
            <w:tcBorders>
              <w:bottom w:val="single" w:sz="4" w:space="0" w:color="auto"/>
            </w:tcBorders>
            <w:shd w:val="clear" w:color="auto" w:fill="F2F2F2" w:themeFill="background1" w:themeFillShade="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FA67905" w14:textId="6D3CC2E9" w:rsidR="00C51D9E" w:rsidRDefault="00C51D9E" w:rsidP="00210841"/>
        </w:tc>
        <w:tc>
          <w:tcPr>
            <w:tcW w:w="1672" w:type="dxa"/>
            <w:tcBorders>
              <w:bottom w:val="single" w:sz="4" w:space="0" w:color="auto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07D7D0B" w14:textId="77777777" w:rsidR="00C51D9E" w:rsidRDefault="008E7608" w:rsidP="00210841">
            <w:r>
              <w:rPr>
                <w:b/>
                <w:sz w:val="16"/>
              </w:rPr>
              <w:t>Ansprechpartner</w:t>
            </w:r>
          </w:p>
        </w:tc>
        <w:tc>
          <w:tcPr>
            <w:tcW w:w="3621" w:type="dxa"/>
            <w:tcBorders>
              <w:bottom w:val="single" w:sz="4" w:space="0" w:color="auto"/>
            </w:tcBorders>
            <w:shd w:val="clear" w:color="auto" w:fill="F2F2F2" w:themeFill="background1" w:themeFillShade="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9331319" w14:textId="747F3EC0" w:rsidR="00C51D9E" w:rsidRDefault="00C51D9E" w:rsidP="00210841"/>
        </w:tc>
      </w:tr>
      <w:tr w:rsidR="00F57449" w:rsidRPr="00E87D90" w14:paraId="5D7B83FA" w14:textId="77777777" w:rsidTr="00210841">
        <w:trPr>
          <w:trHeight w:val="241"/>
        </w:trPr>
        <w:tc>
          <w:tcPr>
            <w:tcW w:w="16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071C1CF" w14:textId="77777777" w:rsidR="00F57449" w:rsidRDefault="00F57449" w:rsidP="00210841">
            <w:pPr>
              <w:rPr>
                <w:b/>
                <w:sz w:val="16"/>
              </w:rPr>
            </w:pPr>
          </w:p>
        </w:tc>
        <w:tc>
          <w:tcPr>
            <w:tcW w:w="350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7250675" w14:textId="77777777" w:rsidR="00F57449" w:rsidRDefault="00F57449" w:rsidP="00210841"/>
        </w:tc>
        <w:tc>
          <w:tcPr>
            <w:tcW w:w="16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2756B54" w14:textId="77777777" w:rsidR="00F57449" w:rsidRDefault="00F57449" w:rsidP="00210841">
            <w:pPr>
              <w:rPr>
                <w:b/>
                <w:sz w:val="16"/>
              </w:rPr>
            </w:pPr>
          </w:p>
        </w:tc>
        <w:tc>
          <w:tcPr>
            <w:tcW w:w="3621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DA35187" w14:textId="6B52C361" w:rsidR="00F57449" w:rsidRPr="00E87D90" w:rsidRDefault="00792579" w:rsidP="00210841">
            <w:pPr>
              <w:jc w:val="center"/>
              <w:rPr>
                <w:color w:val="808080" w:themeColor="background1" w:themeShade="80"/>
                <w:sz w:val="16"/>
                <w:szCs w:val="16"/>
              </w:rPr>
            </w:pPr>
            <w:r w:rsidRPr="00E87D90">
              <w:rPr>
                <w:color w:val="808080" w:themeColor="background1" w:themeShade="80"/>
                <w:sz w:val="16"/>
                <w:szCs w:val="16"/>
              </w:rPr>
              <w:t xml:space="preserve">Graue Felder - </w:t>
            </w:r>
            <w:r w:rsidR="00131D41" w:rsidRPr="00E87D90">
              <w:rPr>
                <w:color w:val="808080" w:themeColor="background1" w:themeShade="80"/>
                <w:sz w:val="16"/>
                <w:szCs w:val="16"/>
              </w:rPr>
              <w:t>Eintrag</w:t>
            </w:r>
            <w:r w:rsidR="00C75AE0" w:rsidRPr="00E87D90">
              <w:rPr>
                <w:color w:val="808080" w:themeColor="background1" w:themeShade="80"/>
                <w:sz w:val="16"/>
                <w:szCs w:val="16"/>
              </w:rPr>
              <w:t xml:space="preserve"> durch den Bieter</w:t>
            </w:r>
          </w:p>
        </w:tc>
      </w:tr>
    </w:tbl>
    <w:p w14:paraId="579198AE" w14:textId="77777777" w:rsidR="00937FA4" w:rsidRPr="00937FA4" w:rsidRDefault="00937FA4" w:rsidP="0006288A">
      <w:pPr>
        <w:pStyle w:val="BAVTitel"/>
        <w:tabs>
          <w:tab w:val="left" w:pos="7492"/>
        </w:tabs>
        <w:spacing w:before="0" w:after="0" w:line="20" w:lineRule="exact"/>
        <w:rPr>
          <w:rFonts w:cstheme="majorHAnsi"/>
          <w:color w:val="1F497D" w:themeColor="text2"/>
          <w:sz w:val="36"/>
          <w:szCs w:val="36"/>
        </w:rPr>
      </w:pPr>
    </w:p>
    <w:p w14:paraId="2A4C70F9" w14:textId="01EA3052" w:rsidR="009F3327" w:rsidRPr="00985C03" w:rsidRDefault="009F3327" w:rsidP="00304D2B">
      <w:pPr>
        <w:pStyle w:val="BAVberschrift"/>
        <w:tabs>
          <w:tab w:val="left" w:pos="7492"/>
        </w:tabs>
      </w:pPr>
      <w:r w:rsidRPr="00985C03">
        <w:t>Hinweise für den Bieter</w:t>
      </w:r>
    </w:p>
    <w:p w14:paraId="61B1202A" w14:textId="77777777" w:rsidR="00FE035B" w:rsidRDefault="009F3327" w:rsidP="00FE035B">
      <w:pPr>
        <w:spacing w:after="20"/>
        <w:ind w:left="360" w:hanging="360"/>
      </w:pPr>
      <w:r>
        <w:t xml:space="preserve">Dieses Bieterangabenverzeichnis ist Bestandteil der Angebotsunterlagen und vollständig ausgefüllt sowie rechtsverbindlich </w:t>
      </w:r>
    </w:p>
    <w:p w14:paraId="6F601C51" w14:textId="46AC792A" w:rsidR="007416AA" w:rsidRDefault="009F3327" w:rsidP="00FE035B">
      <w:pPr>
        <w:spacing w:after="20"/>
        <w:ind w:left="360" w:hanging="360"/>
      </w:pPr>
      <w:r>
        <w:t>unterschrieben mit dem Angebot einzureichen.</w:t>
      </w:r>
    </w:p>
    <w:p w14:paraId="0D81851B" w14:textId="552B4F8D" w:rsidR="00C51D9E" w:rsidRPr="00985C03" w:rsidRDefault="008E7608" w:rsidP="007416AA">
      <w:pPr>
        <w:pStyle w:val="BAVberschrift"/>
      </w:pPr>
      <w:r w:rsidRPr="00985C03">
        <w:t>Geschätzte Dauer der Bauarbeiten</w:t>
      </w:r>
    </w:p>
    <w:p w14:paraId="3CDC1408" w14:textId="77777777" w:rsidR="00C51D9E" w:rsidRDefault="008E7608">
      <w:r>
        <w:t>Der Bieter gibt für jeden Baukörper und die darunter aufgeführten Arbeiten die geschätzte Ausführungsdauer in Arbeitstagen (AT) an.</w:t>
      </w:r>
    </w:p>
    <w:p w14:paraId="61F94BB9" w14:textId="45554D04" w:rsidR="00C51D9E" w:rsidRDefault="00245B06">
      <w:pPr>
        <w:spacing w:after="40"/>
      </w:pPr>
      <w:r>
        <w:rPr>
          <w:b/>
        </w:rPr>
        <w:t>Gebäudeteil: Werkstatt</w:t>
      </w:r>
    </w:p>
    <w:tbl>
      <w:tblPr>
        <w:tblStyle w:val="Tabellenraster"/>
        <w:tblW w:w="5000" w:type="pct"/>
        <w:tblLayout w:type="fixed"/>
        <w:tblLook w:val="04A0" w:firstRow="1" w:lastRow="0" w:firstColumn="1" w:lastColumn="0" w:noHBand="0" w:noVBand="1"/>
      </w:tblPr>
      <w:tblGrid>
        <w:gridCol w:w="6077"/>
        <w:gridCol w:w="4338"/>
      </w:tblGrid>
      <w:tr w:rsidR="00C51D9E" w14:paraId="2B9509BF" w14:textId="77777777" w:rsidTr="3F06B711">
        <w:trPr>
          <w:tblHeader/>
        </w:trPr>
        <w:tc>
          <w:tcPr>
            <w:tcW w:w="6343" w:type="dxa"/>
            <w:shd w:val="clear" w:color="auto" w:fill="5B657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3DAE9B9" w14:textId="77777777" w:rsidR="00C51D9E" w:rsidRDefault="008E7608">
            <w:pPr>
              <w:jc w:val="center"/>
            </w:pPr>
            <w:r>
              <w:rPr>
                <w:b/>
                <w:color w:val="FFFFFF"/>
                <w:sz w:val="17"/>
              </w:rPr>
              <w:t>Arbeiten / Teilleistung</w:t>
            </w:r>
          </w:p>
        </w:tc>
        <w:tc>
          <w:tcPr>
            <w:tcW w:w="4525" w:type="dxa"/>
            <w:shd w:val="clear" w:color="auto" w:fill="5B657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0453F29" w14:textId="77777777" w:rsidR="00C51D9E" w:rsidRDefault="008E7608">
            <w:pPr>
              <w:jc w:val="center"/>
            </w:pPr>
            <w:r>
              <w:rPr>
                <w:b/>
                <w:color w:val="FFFFFF"/>
                <w:sz w:val="17"/>
              </w:rPr>
              <w:t>Geschätzte Dauer</w:t>
            </w:r>
          </w:p>
        </w:tc>
      </w:tr>
      <w:tr w:rsidR="00C51D9E" w14:paraId="2DDA3A71" w14:textId="77777777" w:rsidTr="3F06B711">
        <w:trPr>
          <w:trHeight w:val="500"/>
        </w:trPr>
        <w:tc>
          <w:tcPr>
            <w:tcW w:w="634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FA3B5FD" w14:textId="2C3E64BF" w:rsidR="00C51D9E" w:rsidRDefault="00C51D9E">
            <w:r>
              <w:t>Fenster- und Türelemente</w:t>
            </w:r>
          </w:p>
        </w:tc>
        <w:tc>
          <w:tcPr>
            <w:tcW w:w="452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68956F9" w14:textId="77777777" w:rsidR="00C51D9E" w:rsidRDefault="008E7608">
            <w:pPr>
              <w:jc w:val="center"/>
            </w:pPr>
            <w:r>
              <w:rPr>
                <w:sz w:val="17"/>
              </w:rPr>
              <w:t>ca. ______ AT</w:t>
            </w:r>
          </w:p>
        </w:tc>
      </w:tr>
      <w:tr w:rsidR="00C51D9E" w14:paraId="0120E8FF" w14:textId="77777777" w:rsidTr="3F06B711">
        <w:trPr>
          <w:trHeight w:val="500"/>
        </w:trPr>
        <w:tc>
          <w:tcPr>
            <w:tcW w:w="634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800CC6E" w14:textId="6ADD2B1B" w:rsidR="00C51D9E" w:rsidRDefault="00C51D9E">
            <w:r>
              <w:t>Schlosser- und Stahlbauarbeiten</w:t>
            </w:r>
            <w:r w:rsidR="00FF4EC0">
              <w:t xml:space="preserve"> (Geländer, </w:t>
            </w:r>
            <w:r w:rsidR="00B01FAD">
              <w:t>Stahl-UK-TGA u. Abhängung)</w:t>
            </w:r>
          </w:p>
        </w:tc>
        <w:tc>
          <w:tcPr>
            <w:tcW w:w="452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1AF6776" w14:textId="4C4147DC" w:rsidR="00C51D9E" w:rsidRDefault="008E7608">
            <w:pPr>
              <w:jc w:val="center"/>
            </w:pPr>
            <w:r>
              <w:rPr>
                <w:sz w:val="17"/>
              </w:rPr>
              <w:t>ca. ______ AT</w:t>
            </w:r>
          </w:p>
        </w:tc>
      </w:tr>
      <w:tr w:rsidR="00FC2773" w14:paraId="1FD959F7" w14:textId="77777777" w:rsidTr="3F06B711">
        <w:trPr>
          <w:trHeight w:val="500"/>
        </w:trPr>
        <w:tc>
          <w:tcPr>
            <w:tcW w:w="634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C2D1363" w14:textId="3697CBB3" w:rsidR="00FC2773" w:rsidRDefault="00FC2773">
            <w:pPr>
              <w:rPr>
                <w:sz w:val="17"/>
              </w:rPr>
            </w:pPr>
            <w:r>
              <w:t>Raffstoreanlagen</w:t>
            </w:r>
          </w:p>
        </w:tc>
        <w:tc>
          <w:tcPr>
            <w:tcW w:w="452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84D7DA2" w14:textId="60646ED3" w:rsidR="00FC2773" w:rsidRDefault="00FC2773">
            <w:pPr>
              <w:jc w:val="center"/>
              <w:rPr>
                <w:sz w:val="17"/>
              </w:rPr>
            </w:pPr>
            <w:r>
              <w:rPr>
                <w:sz w:val="17"/>
              </w:rPr>
              <w:t>ca. ______ AT</w:t>
            </w:r>
          </w:p>
        </w:tc>
      </w:tr>
    </w:tbl>
    <w:p w14:paraId="7CB825B4" w14:textId="77777777" w:rsidR="00C51D9E" w:rsidRDefault="008E7608">
      <w:pPr>
        <w:spacing w:before="20" w:after="80"/>
        <w:jc w:val="right"/>
      </w:pPr>
      <w:r>
        <w:rPr>
          <w:i/>
          <w:color w:val="969696"/>
          <w:sz w:val="14"/>
        </w:rPr>
        <w:t>Tabulatur in der letzten Zelle für weitere Zeilen.</w:t>
      </w:r>
    </w:p>
    <w:p w14:paraId="3F8B60DA" w14:textId="65DDD56A" w:rsidR="00C51D9E" w:rsidRDefault="00CA7A78">
      <w:pPr>
        <w:spacing w:after="40"/>
      </w:pPr>
      <w:r>
        <w:rPr>
          <w:b/>
        </w:rPr>
        <w:t>Gebäudeteil: Betriebsdienstgebäude</w:t>
      </w:r>
    </w:p>
    <w:tbl>
      <w:tblPr>
        <w:tblStyle w:val="Tabellenraster"/>
        <w:tblW w:w="5000" w:type="pct"/>
        <w:tblLayout w:type="fixed"/>
        <w:tblLook w:val="04A0" w:firstRow="1" w:lastRow="0" w:firstColumn="1" w:lastColumn="0" w:noHBand="0" w:noVBand="1"/>
      </w:tblPr>
      <w:tblGrid>
        <w:gridCol w:w="6077"/>
        <w:gridCol w:w="4338"/>
      </w:tblGrid>
      <w:tr w:rsidR="00C51D9E" w14:paraId="3BFAC01A" w14:textId="77777777" w:rsidTr="00390C69">
        <w:trPr>
          <w:tblHeader/>
        </w:trPr>
        <w:tc>
          <w:tcPr>
            <w:tcW w:w="6077" w:type="dxa"/>
            <w:shd w:val="clear" w:color="auto" w:fill="5B657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10F6BC7" w14:textId="77777777" w:rsidR="00C51D9E" w:rsidRDefault="008E7608">
            <w:pPr>
              <w:jc w:val="center"/>
            </w:pPr>
            <w:r>
              <w:rPr>
                <w:b/>
                <w:color w:val="FFFFFF"/>
                <w:sz w:val="17"/>
              </w:rPr>
              <w:t>Arbeiten / Teilleistung</w:t>
            </w:r>
          </w:p>
        </w:tc>
        <w:tc>
          <w:tcPr>
            <w:tcW w:w="4338" w:type="dxa"/>
            <w:shd w:val="clear" w:color="auto" w:fill="5B657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7A6904E" w14:textId="77777777" w:rsidR="00C51D9E" w:rsidRDefault="008E7608">
            <w:pPr>
              <w:jc w:val="center"/>
            </w:pPr>
            <w:r>
              <w:rPr>
                <w:b/>
                <w:color w:val="FFFFFF"/>
                <w:sz w:val="17"/>
              </w:rPr>
              <w:t>Geschätzte Dauer</w:t>
            </w:r>
          </w:p>
        </w:tc>
      </w:tr>
      <w:tr w:rsidR="00C51D9E" w14:paraId="6FE09FEA" w14:textId="77777777" w:rsidTr="00390C69">
        <w:trPr>
          <w:trHeight w:val="500"/>
        </w:trPr>
        <w:tc>
          <w:tcPr>
            <w:tcW w:w="607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DA86F07" w14:textId="1182453B" w:rsidR="00C51D9E" w:rsidRDefault="00C51D9E">
            <w:r>
              <w:t>Fenster- und Türelemente</w:t>
            </w:r>
            <w:r w:rsidR="00344717">
              <w:t>, einschl. Glastrennwände</w:t>
            </w:r>
          </w:p>
        </w:tc>
        <w:tc>
          <w:tcPr>
            <w:tcW w:w="433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1B82141" w14:textId="77777777" w:rsidR="00C51D9E" w:rsidRDefault="008E7608">
            <w:pPr>
              <w:jc w:val="center"/>
            </w:pPr>
            <w:r>
              <w:rPr>
                <w:sz w:val="17"/>
              </w:rPr>
              <w:t>ca. ______ AT</w:t>
            </w:r>
          </w:p>
        </w:tc>
      </w:tr>
      <w:tr w:rsidR="00530075" w14:paraId="6418F653" w14:textId="77777777" w:rsidTr="00390C69">
        <w:trPr>
          <w:trHeight w:val="500"/>
        </w:trPr>
        <w:tc>
          <w:tcPr>
            <w:tcW w:w="607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0BFE535" w14:textId="5899B81E" w:rsidR="00530075" w:rsidRDefault="00530075">
            <w:pPr>
              <w:rPr>
                <w:sz w:val="17"/>
              </w:rPr>
            </w:pPr>
            <w:r>
              <w:t>Raffstoreanlagen</w:t>
            </w:r>
          </w:p>
        </w:tc>
        <w:tc>
          <w:tcPr>
            <w:tcW w:w="433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CC8F2D7" w14:textId="6C9DF74B" w:rsidR="00530075" w:rsidRDefault="00530075">
            <w:pPr>
              <w:jc w:val="center"/>
              <w:rPr>
                <w:sz w:val="17"/>
              </w:rPr>
            </w:pPr>
            <w:r>
              <w:rPr>
                <w:sz w:val="17"/>
              </w:rPr>
              <w:t>ca. ______ AT</w:t>
            </w:r>
          </w:p>
        </w:tc>
      </w:tr>
    </w:tbl>
    <w:p w14:paraId="47F0C310" w14:textId="77777777" w:rsidR="00C51D9E" w:rsidRDefault="008E7608">
      <w:pPr>
        <w:spacing w:before="20" w:after="80"/>
        <w:jc w:val="right"/>
      </w:pPr>
      <w:r>
        <w:rPr>
          <w:i/>
          <w:color w:val="969696"/>
          <w:sz w:val="14"/>
        </w:rPr>
        <w:t>Tabulatur in der letzten Zelle für weitere Zeilen.</w:t>
      </w:r>
    </w:p>
    <w:p w14:paraId="63520317" w14:textId="0E6D4212" w:rsidR="006575C4" w:rsidRPr="00985C03" w:rsidRDefault="00D93F47" w:rsidP="00D93F47">
      <w:pPr>
        <w:pStyle w:val="BAVberschrift"/>
      </w:pPr>
      <w:r w:rsidRPr="00985C03">
        <w:t>Hinweis Bieterangaben</w:t>
      </w:r>
    </w:p>
    <w:p w14:paraId="241500A6" w14:textId="77777777" w:rsidR="00FE035B" w:rsidRDefault="008E7608" w:rsidP="00FE035B">
      <w:pPr>
        <w:spacing w:after="20"/>
        <w:ind w:left="360" w:hanging="360"/>
      </w:pPr>
      <w:r>
        <w:t>Die Eintragungen benennen</w:t>
      </w:r>
      <w:r w:rsidR="00B41C0E">
        <w:t>,</w:t>
      </w:r>
      <w:r>
        <w:t xml:space="preserve"> die für die jeweils angeführte LV-Position angebotenen Produkte, Fabrikate, Typen, Systeme und </w:t>
      </w:r>
    </w:p>
    <w:p w14:paraId="6BACAB7F" w14:textId="632BD847" w:rsidR="00C51D9E" w:rsidRDefault="008E7608" w:rsidP="00FE035B">
      <w:pPr>
        <w:spacing w:after="20"/>
        <w:ind w:left="360" w:hanging="360"/>
      </w:pPr>
      <w:r>
        <w:t>sonstigen geforderten Merkmale.</w:t>
      </w:r>
    </w:p>
    <w:p w14:paraId="00A41753" w14:textId="77777777" w:rsidR="00A94297" w:rsidRDefault="008E7608" w:rsidP="00A94297">
      <w:pPr>
        <w:spacing w:after="20"/>
        <w:ind w:left="360" w:hanging="360"/>
      </w:pPr>
      <w:r>
        <w:t>Die angebotenen Produkte und Ausführungen müssen sämtliche Anforderungen der Leistungsbeschreibung und der übrigen</w:t>
      </w:r>
      <w:r w:rsidR="00A94297">
        <w:t xml:space="preserve"> </w:t>
      </w:r>
    </w:p>
    <w:p w14:paraId="5A3C191A" w14:textId="465D3416" w:rsidR="00C51D9E" w:rsidRDefault="008E7608" w:rsidP="00A94297">
      <w:pPr>
        <w:spacing w:after="20"/>
        <w:ind w:left="360" w:hanging="360"/>
      </w:pPr>
      <w:r>
        <w:t>Vergabeunterlagen erfüllen.</w:t>
      </w:r>
    </w:p>
    <w:p w14:paraId="4E9BDEEC" w14:textId="77777777" w:rsidR="00C51D9E" w:rsidRDefault="008E7608" w:rsidP="00A94297">
      <w:pPr>
        <w:spacing w:after="20"/>
        <w:ind w:left="360" w:hanging="360"/>
      </w:pPr>
      <w:r>
        <w:t>Produktdatenblätter sind nur bei den Positionen beizufügen, bei denen dies ausdrücklich verlangt wird.</w:t>
      </w:r>
    </w:p>
    <w:p w14:paraId="0B8555D2" w14:textId="77777777" w:rsidR="00A94297" w:rsidRDefault="008E7608" w:rsidP="00A94297">
      <w:pPr>
        <w:spacing w:after="20"/>
        <w:ind w:left="360" w:hanging="360"/>
      </w:pPr>
      <w:r>
        <w:t xml:space="preserve">Das Verzeichnis dient der Prüfung, Aufklärung und Wertung des Angebotes und ersetzt nicht spätere Dokumentations- und </w:t>
      </w:r>
    </w:p>
    <w:p w14:paraId="4CC3F3D4" w14:textId="4B3D58D2" w:rsidR="00C51D9E" w:rsidRDefault="008E7608" w:rsidP="00A94297">
      <w:pPr>
        <w:spacing w:after="20"/>
        <w:ind w:left="360" w:hanging="360"/>
      </w:pPr>
      <w:r>
        <w:t>Revisionsunterlagen.</w:t>
      </w:r>
    </w:p>
    <w:p w14:paraId="3988E0AF" w14:textId="77777777" w:rsidR="00390C69" w:rsidRDefault="00390C69" w:rsidP="00A94297">
      <w:pPr>
        <w:spacing w:after="20"/>
        <w:ind w:left="360" w:hanging="360"/>
      </w:pPr>
    </w:p>
    <w:p w14:paraId="146DDBAB" w14:textId="182F9A95" w:rsidR="00C51D9E" w:rsidRDefault="008E7608">
      <w:pPr>
        <w:pStyle w:val="BAVberschrift"/>
      </w:pPr>
      <w:r>
        <w:lastRenderedPageBreak/>
        <w:t>Bieterangaben zu den Positionen</w:t>
      </w:r>
    </w:p>
    <w:tbl>
      <w:tblPr>
        <w:tblStyle w:val="Tabellenraster"/>
        <w:tblW w:w="5000" w:type="pct"/>
        <w:tblLayout w:type="fixed"/>
        <w:tblLook w:val="04A0" w:firstRow="1" w:lastRow="0" w:firstColumn="1" w:lastColumn="0" w:noHBand="0" w:noVBand="1"/>
      </w:tblPr>
      <w:tblGrid>
        <w:gridCol w:w="2356"/>
        <w:gridCol w:w="2753"/>
        <w:gridCol w:w="2355"/>
        <w:gridCol w:w="2951"/>
      </w:tblGrid>
      <w:tr w:rsidR="00C51D9E" w14:paraId="5B6D0979" w14:textId="77777777" w:rsidTr="00755829">
        <w:trPr>
          <w:tblHeader/>
        </w:trPr>
        <w:tc>
          <w:tcPr>
            <w:tcW w:w="2356" w:type="dxa"/>
            <w:shd w:val="clear" w:color="auto" w:fill="1F4E7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590E5D1" w14:textId="77777777" w:rsidR="00C51D9E" w:rsidRDefault="008E7608">
            <w:pPr>
              <w:jc w:val="center"/>
            </w:pPr>
            <w:r>
              <w:rPr>
                <w:b/>
                <w:color w:val="FFFFFF"/>
                <w:sz w:val="16"/>
              </w:rPr>
              <w:t>Position</w:t>
            </w:r>
          </w:p>
        </w:tc>
        <w:tc>
          <w:tcPr>
            <w:tcW w:w="2753" w:type="dxa"/>
            <w:shd w:val="clear" w:color="auto" w:fill="1F4E7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2CD73B2" w14:textId="77777777" w:rsidR="00C51D9E" w:rsidRDefault="008E7608">
            <w:pPr>
              <w:jc w:val="center"/>
            </w:pPr>
            <w:r>
              <w:rPr>
                <w:b/>
                <w:color w:val="FFFFFF"/>
                <w:sz w:val="16"/>
              </w:rPr>
              <w:t>Kurztext</w:t>
            </w:r>
          </w:p>
        </w:tc>
        <w:tc>
          <w:tcPr>
            <w:tcW w:w="2355" w:type="dxa"/>
            <w:shd w:val="clear" w:color="auto" w:fill="1F4E7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EDC354E" w14:textId="77777777" w:rsidR="00C51D9E" w:rsidRDefault="008E7608">
            <w:pPr>
              <w:jc w:val="center"/>
            </w:pPr>
            <w:r>
              <w:rPr>
                <w:b/>
                <w:color w:val="FFFFFF"/>
                <w:sz w:val="16"/>
              </w:rPr>
              <w:t>Geforderte Bieterangaben</w:t>
            </w:r>
          </w:p>
        </w:tc>
        <w:tc>
          <w:tcPr>
            <w:tcW w:w="2951" w:type="dxa"/>
            <w:shd w:val="clear" w:color="auto" w:fill="1F4E7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0F5A94F" w14:textId="77777777" w:rsidR="00C51D9E" w:rsidRDefault="008E7608">
            <w:pPr>
              <w:jc w:val="center"/>
            </w:pPr>
            <w:r>
              <w:rPr>
                <w:b/>
                <w:color w:val="FFFFFF"/>
                <w:sz w:val="16"/>
              </w:rPr>
              <w:t>Eintragung durch den Bieter</w:t>
            </w:r>
          </w:p>
        </w:tc>
      </w:tr>
      <w:tr w:rsidR="00C51D9E" w14:paraId="445F6603" w14:textId="77777777" w:rsidTr="00755829">
        <w:trPr>
          <w:trHeight w:val="1450"/>
        </w:trPr>
        <w:tc>
          <w:tcPr>
            <w:tcW w:w="23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3F76B7E" w14:textId="77777777" w:rsidR="004A36F9" w:rsidRDefault="004A36F9" w:rsidP="00762FB3">
            <w:pPr>
              <w:ind w:left="490"/>
              <w:rPr>
                <w:sz w:val="16"/>
                <w:szCs w:val="16"/>
              </w:rPr>
            </w:pPr>
            <w:r>
              <w:t>01.01.0010</w:t>
            </w:r>
          </w:p>
          <w:p w14:paraId="28A6B69B" w14:textId="09699EA2" w:rsidR="00840AEA" w:rsidRDefault="00840AEA" w:rsidP="00762FB3">
            <w:pPr>
              <w:ind w:left="490"/>
              <w:rPr>
                <w:sz w:val="16"/>
                <w:szCs w:val="16"/>
              </w:rPr>
            </w:pPr>
          </w:p>
          <w:p w14:paraId="011155A1" w14:textId="1FB426D9" w:rsidR="00762FB3" w:rsidRPr="00D65B54" w:rsidRDefault="00762FB3" w:rsidP="004A36F9">
            <w:pPr>
              <w:ind w:left="490"/>
              <w:rPr>
                <w:sz w:val="16"/>
                <w:szCs w:val="16"/>
              </w:rPr>
            </w:pPr>
          </w:p>
        </w:tc>
        <w:tc>
          <w:tcPr>
            <w:tcW w:w="275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6D4D488" w14:textId="77777777" w:rsidR="004A36F9" w:rsidRDefault="004A36F9">
            <w:pPr>
              <w:rPr>
                <w:b/>
                <w:bCs/>
                <w:sz w:val="16"/>
                <w:szCs w:val="16"/>
                <w:lang w:val="de-DE"/>
              </w:rPr>
            </w:pPr>
            <w:r>
              <w:t>Kunststofffenster mit RWA-Funktion</w:t>
            </w:r>
          </w:p>
          <w:p w14:paraId="110EBFD5" w14:textId="54406D7E" w:rsidR="00C51D9E" w:rsidRPr="00D65B54" w:rsidRDefault="00C51D9E">
            <w:pPr>
              <w:rPr>
                <w:sz w:val="16"/>
                <w:szCs w:val="16"/>
              </w:rPr>
            </w:pPr>
          </w:p>
        </w:tc>
        <w:tc>
          <w:tcPr>
            <w:tcW w:w="2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DC036AE" w14:textId="77777777" w:rsidR="00AE4E1C" w:rsidRDefault="004A36F9">
            <w:pPr>
              <w:jc w:val="right"/>
            </w:pPr>
            <w:r>
              <w:t>Fabrikat:</w:t>
            </w:r>
          </w:p>
          <w:p w14:paraId="05291956" w14:textId="3B65DC46" w:rsidR="004A36F9" w:rsidRDefault="004A36F9">
            <w:pPr>
              <w:jc w:val="right"/>
              <w:rPr>
                <w:sz w:val="16"/>
                <w:szCs w:val="16"/>
              </w:rPr>
            </w:pPr>
            <w:r>
              <w:br/>
              <w:t>Typ:</w:t>
            </w:r>
          </w:p>
          <w:p w14:paraId="7DE206A6" w14:textId="5DEA6B74" w:rsidR="00C51D9E" w:rsidRPr="00D65B54" w:rsidRDefault="00C51D9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29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3260374" w14:textId="46E9083D" w:rsidR="00962FEA" w:rsidRPr="00D65B54" w:rsidRDefault="00962FEA" w:rsidP="00962FEA">
            <w:pPr>
              <w:rPr>
                <w:sz w:val="16"/>
                <w:szCs w:val="16"/>
              </w:rPr>
            </w:pPr>
          </w:p>
        </w:tc>
      </w:tr>
      <w:tr w:rsidR="001779CB" w14:paraId="0FB68825" w14:textId="77777777" w:rsidTr="00755829">
        <w:trPr>
          <w:trHeight w:val="1450"/>
        </w:trPr>
        <w:tc>
          <w:tcPr>
            <w:tcW w:w="23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B7B5161" w14:textId="77777777" w:rsidR="001779CB" w:rsidRDefault="001779CB" w:rsidP="001779CB">
            <w:pPr>
              <w:ind w:left="490"/>
              <w:rPr>
                <w:sz w:val="16"/>
                <w:szCs w:val="16"/>
              </w:rPr>
            </w:pPr>
            <w:r>
              <w:t>01.01.0020 - 0060</w:t>
            </w:r>
            <w:r>
              <w:br/>
              <w:t>01.01.0100</w:t>
            </w:r>
            <w:r>
              <w:br/>
              <w:t>01.01.0120</w:t>
            </w:r>
          </w:p>
          <w:p w14:paraId="693CD1CB" w14:textId="3F9A8432" w:rsidR="001779CB" w:rsidRDefault="001779CB" w:rsidP="001779CB">
            <w:pPr>
              <w:ind w:left="490"/>
              <w:rPr>
                <w:sz w:val="16"/>
                <w:szCs w:val="16"/>
              </w:rPr>
            </w:pPr>
          </w:p>
        </w:tc>
        <w:tc>
          <w:tcPr>
            <w:tcW w:w="275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6A56FC4" w14:textId="77777777" w:rsidR="001779CB" w:rsidRDefault="001779CB" w:rsidP="001779CB">
            <w:pPr>
              <w:rPr>
                <w:b/>
                <w:bCs/>
                <w:sz w:val="16"/>
                <w:szCs w:val="16"/>
                <w:lang w:val="de-DE"/>
              </w:rPr>
            </w:pPr>
            <w:r>
              <w:t>Aluminium-Fensterelemente</w:t>
            </w:r>
          </w:p>
          <w:p w14:paraId="5D49385A" w14:textId="49DD44DC" w:rsidR="001779CB" w:rsidRDefault="001779CB" w:rsidP="001779CB">
            <w:pPr>
              <w:rPr>
                <w:b/>
                <w:bCs/>
                <w:sz w:val="16"/>
                <w:szCs w:val="16"/>
                <w:lang w:val="de-DE"/>
              </w:rPr>
            </w:pPr>
          </w:p>
        </w:tc>
        <w:tc>
          <w:tcPr>
            <w:tcW w:w="2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0107665" w14:textId="77777777" w:rsidR="00350F70" w:rsidRDefault="001779CB" w:rsidP="001779CB">
            <w:pPr>
              <w:jc w:val="right"/>
            </w:pPr>
            <w:r>
              <w:t>Fabrikat:</w:t>
            </w:r>
          </w:p>
          <w:p w14:paraId="0D44880D" w14:textId="6F22407A" w:rsidR="001779CB" w:rsidRDefault="001779CB" w:rsidP="001779CB">
            <w:pPr>
              <w:jc w:val="right"/>
              <w:rPr>
                <w:sz w:val="16"/>
                <w:szCs w:val="16"/>
              </w:rPr>
            </w:pPr>
            <w:r>
              <w:br/>
              <w:t>Typ:</w:t>
            </w:r>
          </w:p>
          <w:p w14:paraId="5D03CC34" w14:textId="19241E89" w:rsidR="001779CB" w:rsidRDefault="001779CB" w:rsidP="001779CB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29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5BDDC3A" w14:textId="77777777" w:rsidR="001779CB" w:rsidRPr="00D65B54" w:rsidRDefault="001779CB" w:rsidP="001779CB">
            <w:pPr>
              <w:rPr>
                <w:sz w:val="16"/>
                <w:szCs w:val="16"/>
              </w:rPr>
            </w:pPr>
          </w:p>
        </w:tc>
      </w:tr>
      <w:tr w:rsidR="001779CB" w14:paraId="219C7D9D" w14:textId="77777777" w:rsidTr="00755829">
        <w:trPr>
          <w:trHeight w:val="1450"/>
        </w:trPr>
        <w:tc>
          <w:tcPr>
            <w:tcW w:w="23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144845D" w14:textId="77777777" w:rsidR="001779CB" w:rsidRDefault="001779CB" w:rsidP="001779CB">
            <w:pPr>
              <w:ind w:left="490"/>
              <w:rPr>
                <w:sz w:val="16"/>
                <w:szCs w:val="16"/>
              </w:rPr>
            </w:pPr>
            <w:r>
              <w:t>01.01.0130</w:t>
            </w:r>
          </w:p>
          <w:p w14:paraId="1AD95802" w14:textId="15A71087" w:rsidR="001779CB" w:rsidRDefault="001779CB" w:rsidP="001779CB">
            <w:pPr>
              <w:ind w:left="490"/>
            </w:pPr>
          </w:p>
        </w:tc>
        <w:tc>
          <w:tcPr>
            <w:tcW w:w="275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DC776DE" w14:textId="77777777" w:rsidR="001779CB" w:rsidRDefault="001779CB" w:rsidP="001779CB">
            <w:pPr>
              <w:rPr>
                <w:b/>
                <w:bCs/>
                <w:sz w:val="16"/>
                <w:szCs w:val="16"/>
                <w:lang w:val="de-DE"/>
              </w:rPr>
            </w:pPr>
            <w:r>
              <w:t>Alu-Innenfensterelement mit Tür</w:t>
            </w:r>
          </w:p>
          <w:p w14:paraId="1F12132E" w14:textId="4C96BC6D" w:rsidR="001779CB" w:rsidRDefault="001779CB" w:rsidP="001779CB"/>
        </w:tc>
        <w:tc>
          <w:tcPr>
            <w:tcW w:w="2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307726A" w14:textId="77777777" w:rsidR="00350F70" w:rsidRDefault="001779CB" w:rsidP="001779CB">
            <w:pPr>
              <w:jc w:val="right"/>
            </w:pPr>
            <w:r>
              <w:t>Fabrikat:</w:t>
            </w:r>
          </w:p>
          <w:p w14:paraId="07C26701" w14:textId="77777777" w:rsidR="00350F70" w:rsidRDefault="001779CB" w:rsidP="001779CB">
            <w:pPr>
              <w:jc w:val="right"/>
            </w:pPr>
            <w:r>
              <w:br/>
              <w:t>Typ:</w:t>
            </w:r>
          </w:p>
          <w:p w14:paraId="50C3DADC" w14:textId="77777777" w:rsidR="00350F70" w:rsidRDefault="001779CB" w:rsidP="001779CB">
            <w:pPr>
              <w:jc w:val="right"/>
            </w:pPr>
            <w:r>
              <w:br/>
              <w:t>Rahmenansichtsbreiten:</w:t>
            </w:r>
          </w:p>
          <w:p w14:paraId="13768602" w14:textId="47F65912" w:rsidR="001779CB" w:rsidRPr="004A36F9" w:rsidRDefault="001779CB" w:rsidP="001779CB">
            <w:pPr>
              <w:jc w:val="right"/>
              <w:rPr>
                <w:sz w:val="16"/>
                <w:szCs w:val="16"/>
              </w:rPr>
            </w:pPr>
            <w:r>
              <w:br/>
              <w:t>Bautiefe:</w:t>
            </w:r>
          </w:p>
        </w:tc>
        <w:tc>
          <w:tcPr>
            <w:tcW w:w="29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4FFBA57" w14:textId="77777777" w:rsidR="001779CB" w:rsidRDefault="001779CB" w:rsidP="001779CB"/>
        </w:tc>
      </w:tr>
      <w:tr w:rsidR="00313E7D" w14:paraId="5BC0C82B" w14:textId="77777777" w:rsidTr="00755829">
        <w:trPr>
          <w:trHeight w:val="1450"/>
        </w:trPr>
        <w:tc>
          <w:tcPr>
            <w:tcW w:w="23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304B7E3" w14:textId="7E8EC4C8" w:rsidR="00313E7D" w:rsidRDefault="00313E7D" w:rsidP="001779CB">
            <w:pPr>
              <w:ind w:left="490"/>
              <w:rPr>
                <w:sz w:val="16"/>
                <w:szCs w:val="16"/>
              </w:rPr>
            </w:pPr>
            <w:r>
              <w:t>01.01.0150</w:t>
            </w:r>
          </w:p>
        </w:tc>
        <w:tc>
          <w:tcPr>
            <w:tcW w:w="275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F23AE99" w14:textId="77777777" w:rsidR="00313E7D" w:rsidRDefault="00313E7D" w:rsidP="001779CB">
            <w:pPr>
              <w:rPr>
                <w:b/>
                <w:bCs/>
                <w:sz w:val="16"/>
                <w:szCs w:val="16"/>
                <w:lang w:val="de-DE"/>
              </w:rPr>
            </w:pPr>
            <w:r>
              <w:t>Magnet-Reedkontakt Fenster</w:t>
            </w:r>
          </w:p>
          <w:p w14:paraId="770F703B" w14:textId="69A3EFE9" w:rsidR="00313E7D" w:rsidRDefault="00313E7D" w:rsidP="001779CB">
            <w:pPr>
              <w:rPr>
                <w:b/>
                <w:bCs/>
                <w:sz w:val="16"/>
                <w:szCs w:val="16"/>
                <w:lang w:val="de-DE"/>
              </w:rPr>
            </w:pPr>
          </w:p>
        </w:tc>
        <w:tc>
          <w:tcPr>
            <w:tcW w:w="2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68583EF" w14:textId="77777777" w:rsidR="000822FB" w:rsidRDefault="00313E7D" w:rsidP="001779CB">
            <w:pPr>
              <w:jc w:val="right"/>
            </w:pPr>
            <w:r>
              <w:t>Fabrikat:</w:t>
            </w:r>
          </w:p>
          <w:p w14:paraId="26516F70" w14:textId="26B846EC" w:rsidR="00313E7D" w:rsidRPr="004A36F9" w:rsidRDefault="00313E7D" w:rsidP="001779CB">
            <w:pPr>
              <w:jc w:val="right"/>
              <w:rPr>
                <w:sz w:val="16"/>
                <w:szCs w:val="16"/>
              </w:rPr>
            </w:pPr>
            <w:r>
              <w:br/>
              <w:t>Typ:</w:t>
            </w:r>
          </w:p>
        </w:tc>
        <w:tc>
          <w:tcPr>
            <w:tcW w:w="29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D2CD3A9" w14:textId="77777777" w:rsidR="00313E7D" w:rsidRDefault="00313E7D" w:rsidP="001779CB"/>
        </w:tc>
      </w:tr>
      <w:tr w:rsidR="001779CB" w14:paraId="7A7AE458" w14:textId="77777777" w:rsidTr="00755829">
        <w:trPr>
          <w:trHeight w:val="1450"/>
        </w:trPr>
        <w:tc>
          <w:tcPr>
            <w:tcW w:w="23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F5EEC7B" w14:textId="77777777" w:rsidR="001779CB" w:rsidRDefault="001779CB" w:rsidP="001779CB">
            <w:pPr>
              <w:ind w:left="490"/>
              <w:rPr>
                <w:sz w:val="16"/>
                <w:szCs w:val="16"/>
              </w:rPr>
            </w:pPr>
            <w:r>
              <w:t>01.02.0010 - 0030</w:t>
            </w:r>
          </w:p>
          <w:p w14:paraId="4B1C06F9" w14:textId="4CF31506" w:rsidR="001779CB" w:rsidRPr="003E5771" w:rsidRDefault="001779CB" w:rsidP="003E5771">
            <w:pPr>
              <w:ind w:left="490"/>
              <w:rPr>
                <w:sz w:val="16"/>
                <w:szCs w:val="16"/>
              </w:rPr>
            </w:pPr>
          </w:p>
          <w:p w14:paraId="0B8BB9FE" w14:textId="06309D26" w:rsidR="001D1D1A" w:rsidRPr="003E5771" w:rsidRDefault="001D1D1A" w:rsidP="003E5771">
            <w:pPr>
              <w:ind w:left="490"/>
              <w:rPr>
                <w:sz w:val="16"/>
                <w:szCs w:val="16"/>
              </w:rPr>
            </w:pPr>
          </w:p>
        </w:tc>
        <w:tc>
          <w:tcPr>
            <w:tcW w:w="275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486D3A0" w14:textId="77777777" w:rsidR="001779CB" w:rsidRDefault="001779CB" w:rsidP="001779CB">
            <w:pPr>
              <w:rPr>
                <w:b/>
                <w:bCs/>
                <w:sz w:val="16"/>
                <w:szCs w:val="16"/>
                <w:lang w:val="de-DE"/>
              </w:rPr>
            </w:pPr>
            <w:r>
              <w:t>Aluminium-Außentürelemente</w:t>
            </w:r>
          </w:p>
          <w:p w14:paraId="0A6B0378" w14:textId="2131F5FB" w:rsidR="001779CB" w:rsidRDefault="001779CB" w:rsidP="001779CB"/>
        </w:tc>
        <w:tc>
          <w:tcPr>
            <w:tcW w:w="2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E2E5B63" w14:textId="77777777" w:rsidR="000822FB" w:rsidRDefault="0053402D" w:rsidP="001779CB">
            <w:pPr>
              <w:jc w:val="right"/>
            </w:pPr>
            <w:r>
              <w:t>Fabrikat:</w:t>
            </w:r>
          </w:p>
          <w:p w14:paraId="5CD4E407" w14:textId="77777777" w:rsidR="000822FB" w:rsidRDefault="0053402D" w:rsidP="001779CB">
            <w:pPr>
              <w:jc w:val="right"/>
            </w:pPr>
            <w:r>
              <w:br/>
              <w:t>Typ:</w:t>
            </w:r>
          </w:p>
          <w:p w14:paraId="2F675DFE" w14:textId="77777777" w:rsidR="000822FB" w:rsidRDefault="0053402D" w:rsidP="001779CB">
            <w:pPr>
              <w:jc w:val="right"/>
            </w:pPr>
            <w:r>
              <w:br/>
              <w:t>Verglasung:</w:t>
            </w:r>
          </w:p>
          <w:p w14:paraId="36C8DEF0" w14:textId="6E3CD940" w:rsidR="0053402D" w:rsidRDefault="0053402D" w:rsidP="001779CB">
            <w:pPr>
              <w:jc w:val="right"/>
              <w:rPr>
                <w:sz w:val="16"/>
                <w:szCs w:val="16"/>
              </w:rPr>
            </w:pPr>
            <w:r>
              <w:br/>
              <w:t>Ud-Wert:</w:t>
            </w:r>
          </w:p>
          <w:p w14:paraId="286FA721" w14:textId="77777777" w:rsidR="0053402D" w:rsidRDefault="0053402D" w:rsidP="001779CB">
            <w:pPr>
              <w:jc w:val="right"/>
              <w:rPr>
                <w:sz w:val="16"/>
                <w:szCs w:val="16"/>
              </w:rPr>
            </w:pPr>
          </w:p>
          <w:p w14:paraId="4670BCEE" w14:textId="3EBC9176" w:rsidR="001779CB" w:rsidRPr="001E33DA" w:rsidRDefault="001779CB" w:rsidP="001779CB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29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E0CC1FC" w14:textId="77777777" w:rsidR="001779CB" w:rsidRDefault="001779CB" w:rsidP="001779CB"/>
        </w:tc>
      </w:tr>
      <w:tr w:rsidR="001779CB" w14:paraId="1DC4B9D7" w14:textId="77777777" w:rsidTr="00755829">
        <w:trPr>
          <w:trHeight w:val="1450"/>
        </w:trPr>
        <w:tc>
          <w:tcPr>
            <w:tcW w:w="23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5D74CD6" w14:textId="77777777" w:rsidR="001779CB" w:rsidRDefault="001779CB" w:rsidP="001779CB">
            <w:pPr>
              <w:ind w:left="490"/>
              <w:rPr>
                <w:sz w:val="16"/>
                <w:szCs w:val="16"/>
              </w:rPr>
            </w:pPr>
            <w:r>
              <w:t>01.02.0050</w:t>
            </w:r>
          </w:p>
          <w:p w14:paraId="0A3F1C00" w14:textId="1D0BFE9B" w:rsidR="001779CB" w:rsidRPr="0047458F" w:rsidRDefault="001779CB" w:rsidP="0047458F">
            <w:pPr>
              <w:ind w:left="490"/>
              <w:rPr>
                <w:sz w:val="16"/>
                <w:szCs w:val="16"/>
              </w:rPr>
            </w:pPr>
          </w:p>
          <w:p w14:paraId="1C8F7AB4" w14:textId="3C795514" w:rsidR="0047458F" w:rsidRDefault="0047458F" w:rsidP="0047458F">
            <w:pPr>
              <w:ind w:left="490"/>
              <w:rPr>
                <w:sz w:val="16"/>
                <w:szCs w:val="16"/>
              </w:rPr>
            </w:pPr>
          </w:p>
          <w:p w14:paraId="5796F14A" w14:textId="749A0D33" w:rsidR="00E61686" w:rsidRPr="0047458F" w:rsidRDefault="00E61686" w:rsidP="0047458F">
            <w:pPr>
              <w:ind w:left="490"/>
              <w:rPr>
                <w:sz w:val="16"/>
                <w:szCs w:val="16"/>
              </w:rPr>
            </w:pPr>
          </w:p>
        </w:tc>
        <w:tc>
          <w:tcPr>
            <w:tcW w:w="275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2BC6DF5" w14:textId="77777777" w:rsidR="001779CB" w:rsidRDefault="001779CB" w:rsidP="001779CB">
            <w:pPr>
              <w:rPr>
                <w:b/>
                <w:bCs/>
                <w:sz w:val="16"/>
                <w:szCs w:val="16"/>
                <w:lang w:val="de-DE"/>
              </w:rPr>
            </w:pPr>
            <w:r>
              <w:t>Magnet-Reedkontakt Aluminiumtüren</w:t>
            </w:r>
          </w:p>
          <w:p w14:paraId="54B37E52" w14:textId="08148530" w:rsidR="001779CB" w:rsidRDefault="001779CB" w:rsidP="001779CB"/>
        </w:tc>
        <w:tc>
          <w:tcPr>
            <w:tcW w:w="2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49642CB" w14:textId="77777777" w:rsidR="000822FB" w:rsidRDefault="00D50C58" w:rsidP="001779CB">
            <w:pPr>
              <w:jc w:val="right"/>
            </w:pPr>
            <w:r>
              <w:t>Fabrikat:</w:t>
            </w:r>
          </w:p>
          <w:p w14:paraId="213D0E79" w14:textId="2B8DA8EC" w:rsidR="00D50C58" w:rsidRDefault="00D50C58" w:rsidP="001779CB">
            <w:pPr>
              <w:jc w:val="right"/>
              <w:rPr>
                <w:sz w:val="16"/>
                <w:szCs w:val="16"/>
              </w:rPr>
            </w:pPr>
            <w:r>
              <w:br/>
              <w:t>Typ:</w:t>
            </w:r>
          </w:p>
          <w:p w14:paraId="292EBC3D" w14:textId="77777777" w:rsidR="00D50C58" w:rsidRDefault="00D50C58" w:rsidP="001779CB">
            <w:pPr>
              <w:jc w:val="right"/>
              <w:rPr>
                <w:sz w:val="16"/>
                <w:szCs w:val="16"/>
              </w:rPr>
            </w:pPr>
          </w:p>
          <w:p w14:paraId="0501F2D9" w14:textId="4AF4B074" w:rsidR="001779CB" w:rsidRPr="001E33DA" w:rsidRDefault="001779CB" w:rsidP="001779CB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29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6CE2741" w14:textId="77777777" w:rsidR="001779CB" w:rsidRDefault="001779CB" w:rsidP="001779CB"/>
        </w:tc>
      </w:tr>
      <w:tr w:rsidR="001779CB" w14:paraId="5D5817ED" w14:textId="77777777" w:rsidTr="00755829">
        <w:trPr>
          <w:trHeight w:val="1450"/>
        </w:trPr>
        <w:tc>
          <w:tcPr>
            <w:tcW w:w="23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A2E9C5E" w14:textId="77777777" w:rsidR="001779CB" w:rsidRDefault="001779CB" w:rsidP="001779CB">
            <w:pPr>
              <w:ind w:left="490"/>
              <w:rPr>
                <w:sz w:val="16"/>
                <w:szCs w:val="16"/>
              </w:rPr>
            </w:pPr>
            <w:r>
              <w:t>01.02.0060</w:t>
            </w:r>
          </w:p>
          <w:p w14:paraId="7931A81F" w14:textId="77777777" w:rsidR="001779CB" w:rsidRPr="0047458F" w:rsidRDefault="001779CB" w:rsidP="0047458F">
            <w:pPr>
              <w:ind w:left="490"/>
              <w:rPr>
                <w:sz w:val="16"/>
                <w:szCs w:val="16"/>
              </w:rPr>
            </w:pPr>
          </w:p>
          <w:p w14:paraId="010BB5A3" w14:textId="77777777" w:rsidR="0047458F" w:rsidRDefault="0047458F" w:rsidP="0047458F">
            <w:pPr>
              <w:ind w:left="490"/>
              <w:rPr>
                <w:sz w:val="16"/>
                <w:szCs w:val="16"/>
              </w:rPr>
            </w:pPr>
          </w:p>
          <w:p w14:paraId="3943D1CE" w14:textId="77777777" w:rsidR="00E61686" w:rsidRPr="0047458F" w:rsidRDefault="00E61686" w:rsidP="0047458F">
            <w:pPr>
              <w:ind w:left="490"/>
              <w:rPr>
                <w:sz w:val="16"/>
                <w:szCs w:val="16"/>
              </w:rPr>
            </w:pPr>
          </w:p>
        </w:tc>
        <w:tc>
          <w:tcPr>
            <w:tcW w:w="275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9D4B063" w14:textId="77777777" w:rsidR="001779CB" w:rsidRDefault="001779CB" w:rsidP="001779CB">
            <w:pPr>
              <w:rPr>
                <w:b/>
                <w:bCs/>
                <w:sz w:val="16"/>
                <w:szCs w:val="16"/>
                <w:lang w:val="de-DE"/>
              </w:rPr>
            </w:pPr>
            <w:r>
              <w:t>Motorschloss Aluminiumtüren</w:t>
            </w:r>
          </w:p>
          <w:p w14:paraId="6F7FC87D" w14:textId="77777777" w:rsidR="001779CB" w:rsidRDefault="001779CB" w:rsidP="001779CB"/>
        </w:tc>
        <w:tc>
          <w:tcPr>
            <w:tcW w:w="2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03CC7AB" w14:textId="77777777" w:rsidR="000822FB" w:rsidRDefault="00D50C58" w:rsidP="001779CB">
            <w:pPr>
              <w:jc w:val="right"/>
            </w:pPr>
            <w:r>
              <w:t>Fabrikat:</w:t>
            </w:r>
          </w:p>
          <w:p w14:paraId="143B4D70" w14:textId="438D5683" w:rsidR="00D50C58" w:rsidRDefault="00D50C58" w:rsidP="001779CB">
            <w:pPr>
              <w:jc w:val="right"/>
              <w:rPr>
                <w:sz w:val="16"/>
                <w:szCs w:val="16"/>
              </w:rPr>
            </w:pPr>
            <w:r>
              <w:br/>
              <w:t>Typ:</w:t>
            </w:r>
          </w:p>
          <w:p w14:paraId="42167610" w14:textId="77777777" w:rsidR="00D50C58" w:rsidRDefault="00D50C58" w:rsidP="001779CB">
            <w:pPr>
              <w:jc w:val="right"/>
              <w:rPr>
                <w:sz w:val="16"/>
                <w:szCs w:val="16"/>
              </w:rPr>
            </w:pPr>
          </w:p>
          <w:p w14:paraId="72BC1C60" w14:textId="77777777" w:rsidR="001779CB" w:rsidRPr="001E33DA" w:rsidRDefault="001779CB" w:rsidP="001779CB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29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599838A" w14:textId="77777777" w:rsidR="001779CB" w:rsidRDefault="001779CB" w:rsidP="001779CB"/>
        </w:tc>
      </w:tr>
      <w:tr w:rsidR="001779CB" w14:paraId="02FF5067" w14:textId="77777777" w:rsidTr="00755829">
        <w:trPr>
          <w:trHeight w:val="1450"/>
        </w:trPr>
        <w:tc>
          <w:tcPr>
            <w:tcW w:w="23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79AD44A" w14:textId="77777777" w:rsidR="001779CB" w:rsidRDefault="001779CB" w:rsidP="001779CB">
            <w:pPr>
              <w:ind w:left="490"/>
              <w:rPr>
                <w:sz w:val="16"/>
                <w:szCs w:val="16"/>
              </w:rPr>
            </w:pPr>
            <w:r>
              <w:lastRenderedPageBreak/>
              <w:t>01.02.0070</w:t>
            </w:r>
          </w:p>
          <w:p w14:paraId="29CED1A8" w14:textId="77777777" w:rsidR="001779CB" w:rsidRPr="0047458F" w:rsidRDefault="001779CB" w:rsidP="0047458F">
            <w:pPr>
              <w:ind w:left="490"/>
              <w:rPr>
                <w:sz w:val="16"/>
                <w:szCs w:val="16"/>
              </w:rPr>
            </w:pPr>
          </w:p>
          <w:p w14:paraId="7E4DEB66" w14:textId="77777777" w:rsidR="0047458F" w:rsidRDefault="0047458F" w:rsidP="0047458F">
            <w:pPr>
              <w:ind w:left="490"/>
              <w:rPr>
                <w:sz w:val="16"/>
                <w:szCs w:val="16"/>
              </w:rPr>
            </w:pPr>
          </w:p>
          <w:p w14:paraId="0E4CB24D" w14:textId="77777777" w:rsidR="00E61686" w:rsidRPr="0047458F" w:rsidRDefault="00E61686" w:rsidP="0047458F">
            <w:pPr>
              <w:ind w:left="490"/>
              <w:rPr>
                <w:sz w:val="16"/>
                <w:szCs w:val="16"/>
              </w:rPr>
            </w:pPr>
          </w:p>
        </w:tc>
        <w:tc>
          <w:tcPr>
            <w:tcW w:w="275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F60EC65" w14:textId="77777777" w:rsidR="001779CB" w:rsidRDefault="001779CB" w:rsidP="001779CB">
            <w:pPr>
              <w:rPr>
                <w:b/>
                <w:bCs/>
                <w:sz w:val="16"/>
                <w:szCs w:val="16"/>
                <w:lang w:val="de-DE"/>
              </w:rPr>
            </w:pPr>
            <w:r>
              <w:t>Zutrittskontrolle / Transponderleser</w:t>
            </w:r>
          </w:p>
          <w:p w14:paraId="3459AFEA" w14:textId="77777777" w:rsidR="001779CB" w:rsidRDefault="001779CB" w:rsidP="001779CB"/>
        </w:tc>
        <w:tc>
          <w:tcPr>
            <w:tcW w:w="2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1BCF177" w14:textId="77777777" w:rsidR="000822FB" w:rsidRDefault="00D50C58" w:rsidP="001779CB">
            <w:pPr>
              <w:jc w:val="right"/>
            </w:pPr>
            <w:r>
              <w:t>Fabrikat:</w:t>
            </w:r>
          </w:p>
          <w:p w14:paraId="6FBE79F3" w14:textId="56C4AA0F" w:rsidR="00D50C58" w:rsidRDefault="00D50C58" w:rsidP="001779CB">
            <w:pPr>
              <w:jc w:val="right"/>
              <w:rPr>
                <w:sz w:val="16"/>
                <w:szCs w:val="16"/>
              </w:rPr>
            </w:pPr>
            <w:r>
              <w:br/>
              <w:t>Typ:</w:t>
            </w:r>
          </w:p>
          <w:p w14:paraId="7959463A" w14:textId="77777777" w:rsidR="00D50C58" w:rsidRDefault="00D50C58" w:rsidP="001779CB">
            <w:pPr>
              <w:jc w:val="right"/>
              <w:rPr>
                <w:sz w:val="16"/>
                <w:szCs w:val="16"/>
              </w:rPr>
            </w:pPr>
          </w:p>
          <w:p w14:paraId="70E80F16" w14:textId="77777777" w:rsidR="001779CB" w:rsidRPr="001E33DA" w:rsidRDefault="001779CB" w:rsidP="001779CB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29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197AE1D" w14:textId="77777777" w:rsidR="001779CB" w:rsidRDefault="001779CB" w:rsidP="001779CB"/>
        </w:tc>
      </w:tr>
      <w:tr w:rsidR="001779CB" w14:paraId="61CFF7A2" w14:textId="77777777" w:rsidTr="00755829">
        <w:trPr>
          <w:trHeight w:val="1450"/>
        </w:trPr>
        <w:tc>
          <w:tcPr>
            <w:tcW w:w="23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7BC25EF" w14:textId="3F21C4FD" w:rsidR="001779CB" w:rsidRDefault="001779CB" w:rsidP="001779CB">
            <w:pPr>
              <w:ind w:left="490"/>
              <w:rPr>
                <w:sz w:val="16"/>
                <w:szCs w:val="16"/>
              </w:rPr>
            </w:pPr>
            <w:r>
              <w:t>01.02.0080</w:t>
            </w:r>
          </w:p>
          <w:p w14:paraId="2808033E" w14:textId="77777777" w:rsidR="001779CB" w:rsidRPr="0047458F" w:rsidRDefault="001779CB" w:rsidP="0047458F">
            <w:pPr>
              <w:ind w:left="490"/>
              <w:rPr>
                <w:sz w:val="16"/>
                <w:szCs w:val="16"/>
              </w:rPr>
            </w:pPr>
          </w:p>
          <w:p w14:paraId="56711B98" w14:textId="77777777" w:rsidR="0047458F" w:rsidRDefault="0047458F" w:rsidP="0047458F">
            <w:pPr>
              <w:ind w:left="490"/>
              <w:rPr>
                <w:sz w:val="16"/>
                <w:szCs w:val="16"/>
              </w:rPr>
            </w:pPr>
          </w:p>
          <w:p w14:paraId="4C3C674A" w14:textId="77777777" w:rsidR="00E61686" w:rsidRPr="0047458F" w:rsidRDefault="00E61686" w:rsidP="0047458F">
            <w:pPr>
              <w:ind w:left="490"/>
              <w:rPr>
                <w:sz w:val="16"/>
                <w:szCs w:val="16"/>
              </w:rPr>
            </w:pPr>
          </w:p>
        </w:tc>
        <w:tc>
          <w:tcPr>
            <w:tcW w:w="275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4537041" w14:textId="77777777" w:rsidR="001779CB" w:rsidRDefault="001779CB" w:rsidP="001779CB">
            <w:pPr>
              <w:rPr>
                <w:b/>
                <w:bCs/>
                <w:sz w:val="16"/>
                <w:szCs w:val="16"/>
                <w:lang w:val="de-DE"/>
              </w:rPr>
            </w:pPr>
            <w:r>
              <w:t>Aluminium-Innentürelement</w:t>
            </w:r>
          </w:p>
          <w:p w14:paraId="50063671" w14:textId="77777777" w:rsidR="001779CB" w:rsidRDefault="001779CB" w:rsidP="001779CB"/>
        </w:tc>
        <w:tc>
          <w:tcPr>
            <w:tcW w:w="2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0A2CB9E" w14:textId="77777777" w:rsidR="000822FB" w:rsidRDefault="00D50C58" w:rsidP="001779CB">
            <w:pPr>
              <w:jc w:val="right"/>
            </w:pPr>
            <w:r>
              <w:t>Fabrikat:</w:t>
            </w:r>
          </w:p>
          <w:p w14:paraId="7FF72155" w14:textId="77777777" w:rsidR="000822FB" w:rsidRDefault="00D50C58" w:rsidP="001779CB">
            <w:pPr>
              <w:jc w:val="right"/>
            </w:pPr>
            <w:r>
              <w:br/>
              <w:t>Typ:</w:t>
            </w:r>
          </w:p>
          <w:p w14:paraId="5099E84C" w14:textId="77777777" w:rsidR="000822FB" w:rsidRDefault="00D50C58" w:rsidP="001779CB">
            <w:pPr>
              <w:jc w:val="right"/>
            </w:pPr>
            <w:r>
              <w:br/>
              <w:t>Verglasung:</w:t>
            </w:r>
          </w:p>
          <w:p w14:paraId="0CA9437F" w14:textId="77777777" w:rsidR="000822FB" w:rsidRDefault="00D50C58" w:rsidP="001779CB">
            <w:pPr>
              <w:jc w:val="right"/>
            </w:pPr>
            <w:r>
              <w:br/>
              <w:t>Rahmenansichtsbreite:</w:t>
            </w:r>
          </w:p>
          <w:p w14:paraId="19637C2C" w14:textId="3B718287" w:rsidR="00D50C58" w:rsidRDefault="00D50C58" w:rsidP="001779CB">
            <w:pPr>
              <w:jc w:val="right"/>
              <w:rPr>
                <w:sz w:val="16"/>
                <w:szCs w:val="16"/>
              </w:rPr>
            </w:pPr>
            <w:r>
              <w:br/>
              <w:t>Bautiefe:</w:t>
            </w:r>
          </w:p>
          <w:p w14:paraId="189F65C6" w14:textId="77777777" w:rsidR="00D50C58" w:rsidRDefault="00D50C58" w:rsidP="001779CB">
            <w:pPr>
              <w:jc w:val="right"/>
              <w:rPr>
                <w:sz w:val="16"/>
                <w:szCs w:val="16"/>
              </w:rPr>
            </w:pPr>
          </w:p>
          <w:p w14:paraId="361022D7" w14:textId="77777777" w:rsidR="001779CB" w:rsidRPr="001E33DA" w:rsidRDefault="001779CB" w:rsidP="001779CB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29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41557A4" w14:textId="77777777" w:rsidR="001779CB" w:rsidRDefault="001779CB" w:rsidP="001779CB"/>
        </w:tc>
      </w:tr>
      <w:tr w:rsidR="001779CB" w14:paraId="544A9415" w14:textId="77777777" w:rsidTr="00755829">
        <w:trPr>
          <w:trHeight w:val="1450"/>
        </w:trPr>
        <w:tc>
          <w:tcPr>
            <w:tcW w:w="23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7FBDD05" w14:textId="5D573CF8" w:rsidR="006548A9" w:rsidRDefault="001779CB" w:rsidP="00E33DF1">
            <w:pPr>
              <w:ind w:left="490"/>
            </w:pPr>
            <w:r>
              <w:t xml:space="preserve">01.03.0010 </w:t>
            </w:r>
            <w:r w:rsidR="006548A9">
              <w:t>–</w:t>
            </w:r>
            <w:r>
              <w:t xml:space="preserve"> 0020</w:t>
            </w:r>
          </w:p>
          <w:p w14:paraId="2CB1DF67" w14:textId="5F2AFA46" w:rsidR="00E61686" w:rsidRPr="0047458F" w:rsidRDefault="00C97E98" w:rsidP="00E33DF1">
            <w:pPr>
              <w:ind w:left="490"/>
              <w:rPr>
                <w:sz w:val="16"/>
                <w:szCs w:val="16"/>
              </w:rPr>
            </w:pPr>
            <w:r>
              <w:t>01.03.0080</w:t>
            </w:r>
            <w:r w:rsidR="00F00406">
              <w:t xml:space="preserve"> - 0090</w:t>
            </w:r>
            <w:r w:rsidR="001779CB">
              <w:br/>
            </w:r>
          </w:p>
        </w:tc>
        <w:tc>
          <w:tcPr>
            <w:tcW w:w="275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FDAA487" w14:textId="0D10DB79" w:rsidR="001779CB" w:rsidRDefault="001779CB" w:rsidP="005D7509">
            <w:r>
              <w:t>Stahlblech-Türelemente</w:t>
            </w:r>
            <w:r w:rsidR="00E33DF1">
              <w:t>, T 30</w:t>
            </w:r>
          </w:p>
        </w:tc>
        <w:tc>
          <w:tcPr>
            <w:tcW w:w="2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0CF76F1" w14:textId="77777777" w:rsidR="000822FB" w:rsidRDefault="00D50C58" w:rsidP="001779CB">
            <w:pPr>
              <w:jc w:val="right"/>
            </w:pPr>
            <w:r>
              <w:t>Tür-Fabrikat:</w:t>
            </w:r>
          </w:p>
          <w:p w14:paraId="230AC31F" w14:textId="77777777" w:rsidR="000822FB" w:rsidRDefault="00D50C58" w:rsidP="001779CB">
            <w:pPr>
              <w:jc w:val="right"/>
            </w:pPr>
            <w:r>
              <w:br/>
              <w:t>Tür-Typ:</w:t>
            </w:r>
          </w:p>
          <w:p w14:paraId="14E39BD9" w14:textId="77777777" w:rsidR="00965CDF" w:rsidRDefault="00965CDF" w:rsidP="001779CB">
            <w:pPr>
              <w:jc w:val="right"/>
            </w:pPr>
          </w:p>
          <w:p w14:paraId="49580C93" w14:textId="6D7E4D4B" w:rsidR="00965CDF" w:rsidRDefault="00965CDF" w:rsidP="001779CB">
            <w:pPr>
              <w:jc w:val="right"/>
            </w:pPr>
            <w:r w:rsidRPr="00965CDF">
              <w:rPr>
                <w:lang w:val="de-DE"/>
              </w:rPr>
              <w:t>Schalldämmwert R'w</w:t>
            </w:r>
            <w:r w:rsidR="00A05D88">
              <w:rPr>
                <w:lang w:val="de-DE"/>
              </w:rPr>
              <w:t>:</w:t>
            </w:r>
          </w:p>
          <w:p w14:paraId="778B5BD7" w14:textId="77777777" w:rsidR="000822FB" w:rsidRDefault="00D50C58" w:rsidP="001779CB">
            <w:pPr>
              <w:jc w:val="right"/>
            </w:pPr>
            <w:r>
              <w:br/>
              <w:t>OTS-Fabrikat:</w:t>
            </w:r>
          </w:p>
          <w:p w14:paraId="31E6C2A9" w14:textId="6EEC3A74" w:rsidR="00D50C58" w:rsidRDefault="00D50C58" w:rsidP="001779CB">
            <w:pPr>
              <w:jc w:val="right"/>
              <w:rPr>
                <w:sz w:val="16"/>
                <w:szCs w:val="16"/>
              </w:rPr>
            </w:pPr>
            <w:r>
              <w:br/>
              <w:t>OTS-Typ:</w:t>
            </w:r>
          </w:p>
          <w:p w14:paraId="7CC68B5B" w14:textId="77777777" w:rsidR="00D50C58" w:rsidRDefault="00D50C58" w:rsidP="001779CB">
            <w:pPr>
              <w:jc w:val="right"/>
              <w:rPr>
                <w:sz w:val="16"/>
                <w:szCs w:val="16"/>
              </w:rPr>
            </w:pPr>
          </w:p>
          <w:p w14:paraId="67DD2A93" w14:textId="77777777" w:rsidR="001779CB" w:rsidRPr="001E33DA" w:rsidRDefault="001779CB" w:rsidP="001779CB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29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AB747CF" w14:textId="77777777" w:rsidR="001779CB" w:rsidRDefault="001779CB" w:rsidP="001779CB"/>
        </w:tc>
      </w:tr>
      <w:tr w:rsidR="007C21CB" w14:paraId="51F84BBE" w14:textId="77777777" w:rsidTr="00755829">
        <w:trPr>
          <w:trHeight w:val="1450"/>
        </w:trPr>
        <w:tc>
          <w:tcPr>
            <w:tcW w:w="23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35B4395" w14:textId="77777777" w:rsidR="007C21CB" w:rsidRDefault="007C21CB" w:rsidP="00E33DF1">
            <w:pPr>
              <w:ind w:left="490"/>
            </w:pPr>
            <w:r>
              <w:t>01.03.0050</w:t>
            </w:r>
            <w:r w:rsidR="005104FF">
              <w:t>-0060</w:t>
            </w:r>
          </w:p>
          <w:p w14:paraId="1A6BA958" w14:textId="577F06CE" w:rsidR="00D26817" w:rsidRDefault="00D26817" w:rsidP="00E33DF1">
            <w:pPr>
              <w:ind w:left="490"/>
            </w:pPr>
            <w:r>
              <w:t>01.03.0100</w:t>
            </w:r>
            <w:r w:rsidR="00765B2C">
              <w:t xml:space="preserve"> -0110</w:t>
            </w:r>
          </w:p>
        </w:tc>
        <w:tc>
          <w:tcPr>
            <w:tcW w:w="275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F4C5675" w14:textId="28851843" w:rsidR="007C21CB" w:rsidRDefault="007C21CB" w:rsidP="005D7509">
            <w:r>
              <w:t>Stahlblech-Türelemente</w:t>
            </w:r>
          </w:p>
        </w:tc>
        <w:tc>
          <w:tcPr>
            <w:tcW w:w="2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16D1DF1" w14:textId="77777777" w:rsidR="007C21CB" w:rsidRDefault="007C21CB" w:rsidP="007C21CB">
            <w:pPr>
              <w:jc w:val="right"/>
            </w:pPr>
            <w:r>
              <w:t>Tür-Fabrikat:</w:t>
            </w:r>
          </w:p>
          <w:p w14:paraId="02228C62" w14:textId="77777777" w:rsidR="007C21CB" w:rsidRDefault="007C21CB" w:rsidP="007C21CB">
            <w:pPr>
              <w:jc w:val="right"/>
            </w:pPr>
            <w:r>
              <w:br/>
              <w:t>Tür-Typ:</w:t>
            </w:r>
          </w:p>
          <w:p w14:paraId="027044ED" w14:textId="77777777" w:rsidR="007C21CB" w:rsidRDefault="007C21CB" w:rsidP="007C21CB">
            <w:pPr>
              <w:jc w:val="right"/>
            </w:pPr>
          </w:p>
          <w:p w14:paraId="2810E9DB" w14:textId="77777777" w:rsidR="007C21CB" w:rsidRDefault="007C21CB" w:rsidP="007C21CB">
            <w:pPr>
              <w:jc w:val="right"/>
            </w:pPr>
            <w:r w:rsidRPr="00965CDF">
              <w:rPr>
                <w:lang w:val="de-DE"/>
              </w:rPr>
              <w:t>Schalldämmwert R'w</w:t>
            </w:r>
            <w:r>
              <w:rPr>
                <w:lang w:val="de-DE"/>
              </w:rPr>
              <w:t>:</w:t>
            </w:r>
          </w:p>
          <w:p w14:paraId="1E9D96E8" w14:textId="77777777" w:rsidR="007C21CB" w:rsidRDefault="007C21CB" w:rsidP="001779CB">
            <w:pPr>
              <w:jc w:val="right"/>
            </w:pPr>
          </w:p>
        </w:tc>
        <w:tc>
          <w:tcPr>
            <w:tcW w:w="29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EB2F1F0" w14:textId="77777777" w:rsidR="007C21CB" w:rsidRDefault="007C21CB" w:rsidP="001779CB"/>
        </w:tc>
      </w:tr>
      <w:tr w:rsidR="002A7FFD" w14:paraId="11B5A609" w14:textId="77777777" w:rsidTr="00755829">
        <w:trPr>
          <w:trHeight w:val="1450"/>
        </w:trPr>
        <w:tc>
          <w:tcPr>
            <w:tcW w:w="23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9CF8CF9" w14:textId="248D4010" w:rsidR="002A7FFD" w:rsidRDefault="002A7FFD" w:rsidP="00E33DF1">
            <w:pPr>
              <w:ind w:left="490"/>
            </w:pPr>
            <w:r>
              <w:t>01.03.0120</w:t>
            </w:r>
          </w:p>
        </w:tc>
        <w:tc>
          <w:tcPr>
            <w:tcW w:w="275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A600A57" w14:textId="0295EB3D" w:rsidR="002A7FFD" w:rsidRDefault="00237674" w:rsidP="005D7509">
            <w:r w:rsidRPr="00237674">
              <w:rPr>
                <w:lang w:val="de-DE"/>
              </w:rPr>
              <w:t>Stahlblech-Türelement, als Außentür</w:t>
            </w:r>
          </w:p>
        </w:tc>
        <w:tc>
          <w:tcPr>
            <w:tcW w:w="2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1F0ECBD" w14:textId="77777777" w:rsidR="00237674" w:rsidRDefault="00237674" w:rsidP="00237674">
            <w:pPr>
              <w:jc w:val="right"/>
            </w:pPr>
            <w:r>
              <w:t>Tür-Fabrikat:</w:t>
            </w:r>
          </w:p>
          <w:p w14:paraId="22B6F277" w14:textId="77777777" w:rsidR="00237674" w:rsidRDefault="00237674" w:rsidP="00237674">
            <w:pPr>
              <w:jc w:val="right"/>
            </w:pPr>
            <w:r>
              <w:br/>
              <w:t>Tür-Typ:</w:t>
            </w:r>
          </w:p>
          <w:p w14:paraId="5F8096F8" w14:textId="77777777" w:rsidR="00237674" w:rsidRDefault="00237674" w:rsidP="00237674">
            <w:pPr>
              <w:jc w:val="right"/>
            </w:pPr>
          </w:p>
          <w:p w14:paraId="632C9CD5" w14:textId="77777777" w:rsidR="00237674" w:rsidRDefault="00237674" w:rsidP="00237674">
            <w:pPr>
              <w:jc w:val="right"/>
            </w:pPr>
            <w:r w:rsidRPr="00965CDF">
              <w:rPr>
                <w:lang w:val="de-DE"/>
              </w:rPr>
              <w:t>Schalldämmwert R'w</w:t>
            </w:r>
            <w:r>
              <w:rPr>
                <w:lang w:val="de-DE"/>
              </w:rPr>
              <w:t>:</w:t>
            </w:r>
          </w:p>
          <w:p w14:paraId="41790F90" w14:textId="77777777" w:rsidR="002A7FFD" w:rsidRDefault="002A7FFD" w:rsidP="007C21CB">
            <w:pPr>
              <w:jc w:val="right"/>
            </w:pPr>
          </w:p>
          <w:p w14:paraId="61871B8C" w14:textId="77777777" w:rsidR="00517537" w:rsidRDefault="00517537" w:rsidP="00517537">
            <w:pPr>
              <w:jc w:val="right"/>
            </w:pPr>
            <w:r>
              <w:t>OTS-Fabrikat:</w:t>
            </w:r>
          </w:p>
          <w:p w14:paraId="588E2DFD" w14:textId="1738C57E" w:rsidR="00517537" w:rsidRDefault="00517537" w:rsidP="00517537">
            <w:pPr>
              <w:jc w:val="right"/>
            </w:pPr>
            <w:r>
              <w:br/>
              <w:t>OTS-Typ</w:t>
            </w:r>
          </w:p>
          <w:p w14:paraId="31799C4D" w14:textId="77777777" w:rsidR="00517537" w:rsidRDefault="00517537" w:rsidP="007C21CB">
            <w:pPr>
              <w:jc w:val="right"/>
            </w:pPr>
          </w:p>
        </w:tc>
        <w:tc>
          <w:tcPr>
            <w:tcW w:w="29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16DF0A5" w14:textId="77777777" w:rsidR="002A7FFD" w:rsidRDefault="002A7FFD" w:rsidP="001779CB"/>
        </w:tc>
      </w:tr>
      <w:tr w:rsidR="001779CB" w14:paraId="2CE78CA9" w14:textId="77777777" w:rsidTr="00755829">
        <w:trPr>
          <w:trHeight w:val="1450"/>
        </w:trPr>
        <w:tc>
          <w:tcPr>
            <w:tcW w:w="23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32F19ED" w14:textId="77777777" w:rsidR="001779CB" w:rsidRDefault="001779CB" w:rsidP="001779CB">
            <w:pPr>
              <w:ind w:left="490"/>
              <w:rPr>
                <w:sz w:val="16"/>
                <w:szCs w:val="16"/>
              </w:rPr>
            </w:pPr>
            <w:r>
              <w:t>01.03.0140</w:t>
            </w:r>
          </w:p>
          <w:p w14:paraId="31026EF7" w14:textId="77777777" w:rsidR="001779CB" w:rsidRPr="0047458F" w:rsidRDefault="001779CB" w:rsidP="0047458F">
            <w:pPr>
              <w:ind w:left="490"/>
              <w:rPr>
                <w:sz w:val="16"/>
                <w:szCs w:val="16"/>
              </w:rPr>
            </w:pPr>
          </w:p>
          <w:p w14:paraId="4567D9B7" w14:textId="77777777" w:rsidR="0047458F" w:rsidRDefault="0047458F" w:rsidP="0047458F">
            <w:pPr>
              <w:ind w:left="490"/>
              <w:rPr>
                <w:sz w:val="16"/>
                <w:szCs w:val="16"/>
              </w:rPr>
            </w:pPr>
          </w:p>
          <w:p w14:paraId="3C180F1B" w14:textId="77777777" w:rsidR="00E61686" w:rsidRPr="0047458F" w:rsidRDefault="00E61686" w:rsidP="0047458F">
            <w:pPr>
              <w:ind w:left="490"/>
              <w:rPr>
                <w:sz w:val="16"/>
                <w:szCs w:val="16"/>
              </w:rPr>
            </w:pPr>
          </w:p>
        </w:tc>
        <w:tc>
          <w:tcPr>
            <w:tcW w:w="275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2085F8C" w14:textId="77777777" w:rsidR="001779CB" w:rsidRDefault="001779CB" w:rsidP="001779CB">
            <w:pPr>
              <w:rPr>
                <w:b/>
                <w:bCs/>
                <w:sz w:val="16"/>
                <w:szCs w:val="16"/>
                <w:lang w:val="de-DE"/>
              </w:rPr>
            </w:pPr>
            <w:r>
              <w:t>Magnet-Reedkontakt Stahlblechtüren</w:t>
            </w:r>
          </w:p>
          <w:p w14:paraId="16461E15" w14:textId="77777777" w:rsidR="001779CB" w:rsidRDefault="001779CB" w:rsidP="001779CB"/>
        </w:tc>
        <w:tc>
          <w:tcPr>
            <w:tcW w:w="2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2D102C5" w14:textId="77777777" w:rsidR="000822FB" w:rsidRDefault="00D50C58" w:rsidP="001779CB">
            <w:pPr>
              <w:jc w:val="right"/>
            </w:pPr>
            <w:r>
              <w:t>Fabrikat:</w:t>
            </w:r>
          </w:p>
          <w:p w14:paraId="1AFCC328" w14:textId="6CDBAEE2" w:rsidR="00D50C58" w:rsidRDefault="00D50C58" w:rsidP="001779CB">
            <w:pPr>
              <w:jc w:val="right"/>
              <w:rPr>
                <w:sz w:val="16"/>
                <w:szCs w:val="16"/>
              </w:rPr>
            </w:pPr>
            <w:r>
              <w:br/>
              <w:t>Typ:</w:t>
            </w:r>
          </w:p>
          <w:p w14:paraId="6DD7907F" w14:textId="77777777" w:rsidR="00D50C58" w:rsidRDefault="00D50C58" w:rsidP="001779CB">
            <w:pPr>
              <w:jc w:val="right"/>
              <w:rPr>
                <w:sz w:val="16"/>
                <w:szCs w:val="16"/>
              </w:rPr>
            </w:pPr>
          </w:p>
          <w:p w14:paraId="01CF5678" w14:textId="77777777" w:rsidR="001779CB" w:rsidRPr="001E33DA" w:rsidRDefault="001779CB" w:rsidP="001779CB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29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A34F6AA" w14:textId="77777777" w:rsidR="001779CB" w:rsidRDefault="001779CB" w:rsidP="001779CB"/>
        </w:tc>
      </w:tr>
      <w:tr w:rsidR="001779CB" w14:paraId="15B7C879" w14:textId="77777777" w:rsidTr="00755829">
        <w:trPr>
          <w:trHeight w:val="1450"/>
        </w:trPr>
        <w:tc>
          <w:tcPr>
            <w:tcW w:w="23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A0C0301" w14:textId="77777777" w:rsidR="001779CB" w:rsidRDefault="001779CB" w:rsidP="001779CB">
            <w:pPr>
              <w:ind w:left="490"/>
              <w:rPr>
                <w:sz w:val="16"/>
                <w:szCs w:val="16"/>
              </w:rPr>
            </w:pPr>
            <w:r>
              <w:lastRenderedPageBreak/>
              <w:t>01.03.0150</w:t>
            </w:r>
          </w:p>
          <w:p w14:paraId="49DC233A" w14:textId="77777777" w:rsidR="001779CB" w:rsidRPr="0047458F" w:rsidRDefault="001779CB" w:rsidP="0047458F">
            <w:pPr>
              <w:ind w:left="490"/>
              <w:rPr>
                <w:sz w:val="16"/>
                <w:szCs w:val="16"/>
              </w:rPr>
            </w:pPr>
          </w:p>
          <w:p w14:paraId="1D4052C5" w14:textId="77777777" w:rsidR="0047458F" w:rsidRDefault="0047458F" w:rsidP="0047458F">
            <w:pPr>
              <w:ind w:left="490"/>
              <w:rPr>
                <w:sz w:val="16"/>
                <w:szCs w:val="16"/>
              </w:rPr>
            </w:pPr>
          </w:p>
          <w:p w14:paraId="47B41C38" w14:textId="77777777" w:rsidR="00E61686" w:rsidRPr="0047458F" w:rsidRDefault="00E61686" w:rsidP="0047458F">
            <w:pPr>
              <w:ind w:left="490"/>
              <w:rPr>
                <w:sz w:val="16"/>
                <w:szCs w:val="16"/>
              </w:rPr>
            </w:pPr>
          </w:p>
        </w:tc>
        <w:tc>
          <w:tcPr>
            <w:tcW w:w="275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3AB6336" w14:textId="77777777" w:rsidR="001779CB" w:rsidRDefault="001779CB" w:rsidP="001779CB">
            <w:pPr>
              <w:rPr>
                <w:b/>
                <w:bCs/>
                <w:sz w:val="16"/>
                <w:szCs w:val="16"/>
                <w:lang w:val="de-DE"/>
              </w:rPr>
            </w:pPr>
            <w:r>
              <w:t>Motorschloss Stahlblechtüren</w:t>
            </w:r>
          </w:p>
          <w:p w14:paraId="410A0AC6" w14:textId="77777777" w:rsidR="001779CB" w:rsidRDefault="001779CB" w:rsidP="001779CB"/>
        </w:tc>
        <w:tc>
          <w:tcPr>
            <w:tcW w:w="2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7D32993" w14:textId="77777777" w:rsidR="000822FB" w:rsidRDefault="00D50C58" w:rsidP="001779CB">
            <w:pPr>
              <w:jc w:val="right"/>
            </w:pPr>
            <w:r>
              <w:t>Fabrikat:</w:t>
            </w:r>
          </w:p>
          <w:p w14:paraId="394C26F2" w14:textId="67642458" w:rsidR="00D50C58" w:rsidRDefault="00D50C58" w:rsidP="001779CB">
            <w:pPr>
              <w:jc w:val="right"/>
              <w:rPr>
                <w:sz w:val="16"/>
                <w:szCs w:val="16"/>
              </w:rPr>
            </w:pPr>
            <w:r>
              <w:br/>
              <w:t>Typ:</w:t>
            </w:r>
          </w:p>
          <w:p w14:paraId="397EE3A9" w14:textId="77777777" w:rsidR="00D50C58" w:rsidRDefault="00D50C58" w:rsidP="001779CB">
            <w:pPr>
              <w:jc w:val="right"/>
              <w:rPr>
                <w:sz w:val="16"/>
                <w:szCs w:val="16"/>
              </w:rPr>
            </w:pPr>
          </w:p>
          <w:p w14:paraId="53F0AAC0" w14:textId="77777777" w:rsidR="001779CB" w:rsidRPr="001E33DA" w:rsidRDefault="001779CB" w:rsidP="001779CB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29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2D37837" w14:textId="77777777" w:rsidR="001779CB" w:rsidRDefault="001779CB" w:rsidP="001779CB"/>
        </w:tc>
      </w:tr>
      <w:tr w:rsidR="001779CB" w14:paraId="0F9B1033" w14:textId="77777777" w:rsidTr="00755829">
        <w:trPr>
          <w:trHeight w:val="1450"/>
        </w:trPr>
        <w:tc>
          <w:tcPr>
            <w:tcW w:w="23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692926A" w14:textId="77777777" w:rsidR="001779CB" w:rsidRDefault="001779CB" w:rsidP="001779CB">
            <w:pPr>
              <w:ind w:left="490"/>
              <w:rPr>
                <w:sz w:val="16"/>
                <w:szCs w:val="16"/>
              </w:rPr>
            </w:pPr>
            <w:r>
              <w:t>01.03.0160</w:t>
            </w:r>
          </w:p>
          <w:p w14:paraId="0007B8CA" w14:textId="77777777" w:rsidR="001779CB" w:rsidRPr="0047458F" w:rsidRDefault="001779CB" w:rsidP="0047458F">
            <w:pPr>
              <w:ind w:left="490"/>
              <w:rPr>
                <w:sz w:val="16"/>
                <w:szCs w:val="16"/>
              </w:rPr>
            </w:pPr>
          </w:p>
          <w:p w14:paraId="4348CD69" w14:textId="77777777" w:rsidR="0047458F" w:rsidRDefault="0047458F" w:rsidP="0047458F">
            <w:pPr>
              <w:ind w:left="490"/>
              <w:rPr>
                <w:sz w:val="16"/>
                <w:szCs w:val="16"/>
              </w:rPr>
            </w:pPr>
          </w:p>
          <w:p w14:paraId="5AFD1F8B" w14:textId="77777777" w:rsidR="00E61686" w:rsidRPr="0047458F" w:rsidRDefault="00E61686" w:rsidP="0047458F">
            <w:pPr>
              <w:ind w:left="490"/>
              <w:rPr>
                <w:sz w:val="16"/>
                <w:szCs w:val="16"/>
              </w:rPr>
            </w:pPr>
          </w:p>
        </w:tc>
        <w:tc>
          <w:tcPr>
            <w:tcW w:w="275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BAFFC46" w14:textId="77777777" w:rsidR="001779CB" w:rsidRDefault="001779CB" w:rsidP="001779CB">
            <w:pPr>
              <w:rPr>
                <w:b/>
                <w:bCs/>
                <w:sz w:val="16"/>
                <w:szCs w:val="16"/>
                <w:lang w:val="de-DE"/>
              </w:rPr>
            </w:pPr>
            <w:r>
              <w:t>Zutrittskontrolle / Transponderleser</w:t>
            </w:r>
          </w:p>
          <w:p w14:paraId="696DEF08" w14:textId="77777777" w:rsidR="001779CB" w:rsidRDefault="001779CB" w:rsidP="001779CB"/>
        </w:tc>
        <w:tc>
          <w:tcPr>
            <w:tcW w:w="2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138B83C" w14:textId="77777777" w:rsidR="000822FB" w:rsidRDefault="00D50C58" w:rsidP="001779CB">
            <w:pPr>
              <w:jc w:val="right"/>
            </w:pPr>
            <w:r>
              <w:t>Fabrikat:</w:t>
            </w:r>
          </w:p>
          <w:p w14:paraId="3977EB6F" w14:textId="4AEEAB91" w:rsidR="00D50C58" w:rsidRDefault="00D50C58" w:rsidP="001779CB">
            <w:pPr>
              <w:jc w:val="right"/>
              <w:rPr>
                <w:sz w:val="16"/>
                <w:szCs w:val="16"/>
              </w:rPr>
            </w:pPr>
            <w:r>
              <w:br/>
              <w:t>Typ:</w:t>
            </w:r>
          </w:p>
          <w:p w14:paraId="488FDFE2" w14:textId="77777777" w:rsidR="00D50C58" w:rsidRDefault="00D50C58" w:rsidP="001779CB">
            <w:pPr>
              <w:jc w:val="right"/>
              <w:rPr>
                <w:sz w:val="16"/>
                <w:szCs w:val="16"/>
              </w:rPr>
            </w:pPr>
          </w:p>
          <w:p w14:paraId="528CC3C8" w14:textId="77777777" w:rsidR="001779CB" w:rsidRPr="001E33DA" w:rsidRDefault="001779CB" w:rsidP="001779CB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29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D3FB1F5" w14:textId="77777777" w:rsidR="001779CB" w:rsidRDefault="001779CB" w:rsidP="001779CB"/>
        </w:tc>
      </w:tr>
      <w:tr w:rsidR="001779CB" w14:paraId="0523E695" w14:textId="77777777" w:rsidTr="00755829">
        <w:trPr>
          <w:trHeight w:val="1450"/>
        </w:trPr>
        <w:tc>
          <w:tcPr>
            <w:tcW w:w="23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AC9224F" w14:textId="77777777" w:rsidR="001779CB" w:rsidRDefault="001779CB" w:rsidP="001779CB">
            <w:pPr>
              <w:ind w:left="490"/>
              <w:rPr>
                <w:sz w:val="16"/>
                <w:szCs w:val="16"/>
              </w:rPr>
            </w:pPr>
            <w:r>
              <w:t>02.01.0010</w:t>
            </w:r>
            <w:r>
              <w:br/>
              <w:t>02.01.0030</w:t>
            </w:r>
          </w:p>
          <w:p w14:paraId="213609DE" w14:textId="77777777" w:rsidR="001779CB" w:rsidRPr="0047458F" w:rsidRDefault="001779CB" w:rsidP="0047458F">
            <w:pPr>
              <w:ind w:left="490"/>
              <w:rPr>
                <w:sz w:val="16"/>
                <w:szCs w:val="16"/>
              </w:rPr>
            </w:pPr>
          </w:p>
          <w:p w14:paraId="312542F8" w14:textId="77777777" w:rsidR="0047458F" w:rsidRDefault="0047458F" w:rsidP="0047458F">
            <w:pPr>
              <w:ind w:left="490"/>
              <w:rPr>
                <w:sz w:val="16"/>
                <w:szCs w:val="16"/>
              </w:rPr>
            </w:pPr>
          </w:p>
          <w:p w14:paraId="7D86FC35" w14:textId="77777777" w:rsidR="00E61686" w:rsidRPr="0047458F" w:rsidRDefault="00E61686" w:rsidP="0047458F">
            <w:pPr>
              <w:ind w:left="490"/>
              <w:rPr>
                <w:sz w:val="16"/>
                <w:szCs w:val="16"/>
              </w:rPr>
            </w:pPr>
          </w:p>
        </w:tc>
        <w:tc>
          <w:tcPr>
            <w:tcW w:w="275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E866E79" w14:textId="77777777" w:rsidR="001779CB" w:rsidRDefault="001779CB" w:rsidP="001779CB">
            <w:pPr>
              <w:rPr>
                <w:b/>
                <w:bCs/>
                <w:sz w:val="16"/>
                <w:szCs w:val="16"/>
                <w:lang w:val="de-DE"/>
              </w:rPr>
            </w:pPr>
            <w:r>
              <w:t>Aluminium-Fensterelemente Betriebsdienstgebäude</w:t>
            </w:r>
          </w:p>
          <w:p w14:paraId="4648DD1E" w14:textId="77777777" w:rsidR="001779CB" w:rsidRDefault="001779CB" w:rsidP="001779CB"/>
        </w:tc>
        <w:tc>
          <w:tcPr>
            <w:tcW w:w="2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EB202A1" w14:textId="77777777" w:rsidR="000822FB" w:rsidRDefault="00D50C58" w:rsidP="001779CB">
            <w:pPr>
              <w:jc w:val="right"/>
            </w:pPr>
            <w:r>
              <w:t>Fabrikat:</w:t>
            </w:r>
          </w:p>
          <w:p w14:paraId="74579479" w14:textId="3800B87A" w:rsidR="00D50C58" w:rsidRDefault="00D50C58" w:rsidP="001779CB">
            <w:pPr>
              <w:jc w:val="right"/>
              <w:rPr>
                <w:sz w:val="16"/>
                <w:szCs w:val="16"/>
              </w:rPr>
            </w:pPr>
            <w:r>
              <w:br/>
              <w:t>Typ:</w:t>
            </w:r>
          </w:p>
          <w:p w14:paraId="5EE7D839" w14:textId="77777777" w:rsidR="00D50C58" w:rsidRDefault="00D50C58" w:rsidP="001779CB">
            <w:pPr>
              <w:jc w:val="right"/>
              <w:rPr>
                <w:sz w:val="16"/>
                <w:szCs w:val="16"/>
              </w:rPr>
            </w:pPr>
          </w:p>
          <w:p w14:paraId="7F5EDCB1" w14:textId="77777777" w:rsidR="001779CB" w:rsidRPr="001E33DA" w:rsidRDefault="001779CB" w:rsidP="001779CB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29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5457845" w14:textId="77777777" w:rsidR="001779CB" w:rsidRDefault="001779CB" w:rsidP="001779CB"/>
        </w:tc>
      </w:tr>
      <w:tr w:rsidR="001779CB" w14:paraId="1841B7AE" w14:textId="77777777" w:rsidTr="00755829">
        <w:trPr>
          <w:trHeight w:val="1450"/>
        </w:trPr>
        <w:tc>
          <w:tcPr>
            <w:tcW w:w="23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D518AD1" w14:textId="77777777" w:rsidR="001779CB" w:rsidRDefault="001779CB" w:rsidP="001779CB">
            <w:pPr>
              <w:ind w:left="490"/>
              <w:rPr>
                <w:sz w:val="16"/>
                <w:szCs w:val="16"/>
              </w:rPr>
            </w:pPr>
            <w:r>
              <w:t>02.01.0040</w:t>
            </w:r>
          </w:p>
          <w:p w14:paraId="4C473F9A" w14:textId="77777777" w:rsidR="001779CB" w:rsidRPr="0047458F" w:rsidRDefault="001779CB" w:rsidP="0047458F">
            <w:pPr>
              <w:ind w:left="490"/>
              <w:rPr>
                <w:sz w:val="16"/>
                <w:szCs w:val="16"/>
              </w:rPr>
            </w:pPr>
          </w:p>
          <w:p w14:paraId="645FE251" w14:textId="77777777" w:rsidR="0047458F" w:rsidRDefault="0047458F" w:rsidP="0047458F">
            <w:pPr>
              <w:ind w:left="490"/>
              <w:rPr>
                <w:sz w:val="16"/>
                <w:szCs w:val="16"/>
              </w:rPr>
            </w:pPr>
          </w:p>
          <w:p w14:paraId="4D7A226E" w14:textId="77777777" w:rsidR="00E61686" w:rsidRPr="0047458F" w:rsidRDefault="00E61686" w:rsidP="0047458F">
            <w:pPr>
              <w:ind w:left="490"/>
              <w:rPr>
                <w:sz w:val="16"/>
                <w:szCs w:val="16"/>
              </w:rPr>
            </w:pPr>
          </w:p>
        </w:tc>
        <w:tc>
          <w:tcPr>
            <w:tcW w:w="275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187AA1B" w14:textId="77777777" w:rsidR="001779CB" w:rsidRDefault="001779CB" w:rsidP="001779CB">
            <w:pPr>
              <w:rPr>
                <w:b/>
                <w:bCs/>
                <w:sz w:val="16"/>
                <w:szCs w:val="16"/>
                <w:lang w:val="de-DE"/>
              </w:rPr>
            </w:pPr>
            <w:r>
              <w:t>Magnet-Reedkontakt Fenster</w:t>
            </w:r>
          </w:p>
          <w:p w14:paraId="2C95A6FA" w14:textId="77777777" w:rsidR="001779CB" w:rsidRDefault="001779CB" w:rsidP="001779CB"/>
        </w:tc>
        <w:tc>
          <w:tcPr>
            <w:tcW w:w="2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3EDF9B5" w14:textId="77777777" w:rsidR="000822FB" w:rsidRDefault="00D50C58" w:rsidP="001779CB">
            <w:pPr>
              <w:jc w:val="right"/>
            </w:pPr>
            <w:r>
              <w:t>Fabrikat:</w:t>
            </w:r>
          </w:p>
          <w:p w14:paraId="04337E25" w14:textId="5E1B99F3" w:rsidR="00D50C58" w:rsidRDefault="00D50C58" w:rsidP="001779CB">
            <w:pPr>
              <w:jc w:val="right"/>
              <w:rPr>
                <w:sz w:val="16"/>
                <w:szCs w:val="16"/>
              </w:rPr>
            </w:pPr>
            <w:r>
              <w:br/>
              <w:t>Typ:</w:t>
            </w:r>
          </w:p>
          <w:p w14:paraId="467B0332" w14:textId="77777777" w:rsidR="00D50C58" w:rsidRDefault="00D50C58" w:rsidP="001779CB">
            <w:pPr>
              <w:jc w:val="right"/>
              <w:rPr>
                <w:sz w:val="16"/>
                <w:szCs w:val="16"/>
              </w:rPr>
            </w:pPr>
          </w:p>
          <w:p w14:paraId="78366004" w14:textId="77777777" w:rsidR="001779CB" w:rsidRPr="001E33DA" w:rsidRDefault="001779CB" w:rsidP="001779CB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29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90E64E6" w14:textId="77777777" w:rsidR="001779CB" w:rsidRDefault="001779CB" w:rsidP="001779CB"/>
        </w:tc>
      </w:tr>
      <w:tr w:rsidR="001779CB" w14:paraId="181CF12D" w14:textId="77777777" w:rsidTr="00755829">
        <w:trPr>
          <w:trHeight w:val="1450"/>
        </w:trPr>
        <w:tc>
          <w:tcPr>
            <w:tcW w:w="23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C3045CF" w14:textId="77777777" w:rsidR="001779CB" w:rsidRDefault="001779CB" w:rsidP="001779CB">
            <w:pPr>
              <w:ind w:left="490"/>
              <w:rPr>
                <w:sz w:val="16"/>
                <w:szCs w:val="16"/>
              </w:rPr>
            </w:pPr>
            <w:r>
              <w:t>02.01.0050 - 0070</w:t>
            </w:r>
          </w:p>
          <w:p w14:paraId="52F2E77F" w14:textId="77777777" w:rsidR="001779CB" w:rsidRPr="0047458F" w:rsidRDefault="001779CB" w:rsidP="0047458F">
            <w:pPr>
              <w:ind w:left="490"/>
              <w:rPr>
                <w:sz w:val="16"/>
                <w:szCs w:val="16"/>
              </w:rPr>
            </w:pPr>
          </w:p>
          <w:p w14:paraId="4BA7D00C" w14:textId="77777777" w:rsidR="0047458F" w:rsidRDefault="0047458F" w:rsidP="0047458F">
            <w:pPr>
              <w:ind w:left="490"/>
              <w:rPr>
                <w:sz w:val="16"/>
                <w:szCs w:val="16"/>
              </w:rPr>
            </w:pPr>
          </w:p>
          <w:p w14:paraId="7FE53F30" w14:textId="77777777" w:rsidR="00E61686" w:rsidRPr="0047458F" w:rsidRDefault="00E61686" w:rsidP="0047458F">
            <w:pPr>
              <w:ind w:left="490"/>
              <w:rPr>
                <w:sz w:val="16"/>
                <w:szCs w:val="16"/>
              </w:rPr>
            </w:pPr>
          </w:p>
        </w:tc>
        <w:tc>
          <w:tcPr>
            <w:tcW w:w="275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8B604AF" w14:textId="77777777" w:rsidR="001779CB" w:rsidRDefault="001779CB" w:rsidP="001779CB">
            <w:pPr>
              <w:rPr>
                <w:b/>
                <w:bCs/>
                <w:sz w:val="16"/>
                <w:szCs w:val="16"/>
                <w:lang w:val="de-DE"/>
              </w:rPr>
            </w:pPr>
            <w:r>
              <w:t>Glastrennwände und Glastürelemente</w:t>
            </w:r>
          </w:p>
          <w:p w14:paraId="19DE64F3" w14:textId="77777777" w:rsidR="001779CB" w:rsidRDefault="001779CB" w:rsidP="001779CB"/>
        </w:tc>
        <w:tc>
          <w:tcPr>
            <w:tcW w:w="2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9E719DE" w14:textId="77777777" w:rsidR="000822FB" w:rsidRDefault="00D50C58" w:rsidP="001779CB">
            <w:pPr>
              <w:jc w:val="right"/>
            </w:pPr>
            <w:r>
              <w:t>Fabrikat:</w:t>
            </w:r>
          </w:p>
          <w:p w14:paraId="03D37AAC" w14:textId="3B918D50" w:rsidR="00D50C58" w:rsidRDefault="00D50C58" w:rsidP="001779CB">
            <w:pPr>
              <w:jc w:val="right"/>
              <w:rPr>
                <w:sz w:val="16"/>
                <w:szCs w:val="16"/>
              </w:rPr>
            </w:pPr>
            <w:r>
              <w:br/>
              <w:t>Typ:</w:t>
            </w:r>
          </w:p>
          <w:p w14:paraId="6315DB65" w14:textId="77777777" w:rsidR="00D50C58" w:rsidRDefault="00D50C58" w:rsidP="001779CB">
            <w:pPr>
              <w:jc w:val="right"/>
              <w:rPr>
                <w:sz w:val="16"/>
                <w:szCs w:val="16"/>
              </w:rPr>
            </w:pPr>
          </w:p>
          <w:p w14:paraId="588E9366" w14:textId="77777777" w:rsidR="001779CB" w:rsidRPr="001E33DA" w:rsidRDefault="001779CB" w:rsidP="001779CB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29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0B9847F" w14:textId="77777777" w:rsidR="001779CB" w:rsidRDefault="001779CB" w:rsidP="001779CB"/>
        </w:tc>
      </w:tr>
      <w:tr w:rsidR="001779CB" w14:paraId="7236F964" w14:textId="77777777" w:rsidTr="00755829">
        <w:trPr>
          <w:trHeight w:val="1450"/>
        </w:trPr>
        <w:tc>
          <w:tcPr>
            <w:tcW w:w="23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5D1AB3" w14:textId="77777777" w:rsidR="001779CB" w:rsidRDefault="001779CB" w:rsidP="001779CB">
            <w:pPr>
              <w:ind w:left="490"/>
              <w:rPr>
                <w:sz w:val="16"/>
                <w:szCs w:val="16"/>
              </w:rPr>
            </w:pPr>
            <w:r>
              <w:t>02.02.0010 - 0020</w:t>
            </w:r>
          </w:p>
          <w:p w14:paraId="73D60636" w14:textId="77777777" w:rsidR="001779CB" w:rsidRPr="0047458F" w:rsidRDefault="001779CB" w:rsidP="0047458F">
            <w:pPr>
              <w:ind w:left="490"/>
              <w:rPr>
                <w:sz w:val="16"/>
                <w:szCs w:val="16"/>
              </w:rPr>
            </w:pPr>
          </w:p>
          <w:p w14:paraId="74B946DE" w14:textId="77777777" w:rsidR="0047458F" w:rsidRDefault="0047458F" w:rsidP="0047458F">
            <w:pPr>
              <w:ind w:left="490"/>
              <w:rPr>
                <w:sz w:val="16"/>
                <w:szCs w:val="16"/>
              </w:rPr>
            </w:pPr>
          </w:p>
          <w:p w14:paraId="02E0993B" w14:textId="77777777" w:rsidR="00E61686" w:rsidRPr="0047458F" w:rsidRDefault="00E61686" w:rsidP="0047458F">
            <w:pPr>
              <w:ind w:left="490"/>
              <w:rPr>
                <w:sz w:val="16"/>
                <w:szCs w:val="16"/>
              </w:rPr>
            </w:pPr>
          </w:p>
        </w:tc>
        <w:tc>
          <w:tcPr>
            <w:tcW w:w="275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D63132B" w14:textId="77777777" w:rsidR="001779CB" w:rsidRDefault="001779CB" w:rsidP="001779CB">
            <w:pPr>
              <w:rPr>
                <w:b/>
                <w:bCs/>
                <w:sz w:val="16"/>
                <w:szCs w:val="16"/>
                <w:lang w:val="de-DE"/>
              </w:rPr>
            </w:pPr>
            <w:r>
              <w:t>Aluminium-Außentürelemente Betriebsdienstgebäude</w:t>
            </w:r>
          </w:p>
          <w:p w14:paraId="5CE3554D" w14:textId="77777777" w:rsidR="001779CB" w:rsidRDefault="001779CB" w:rsidP="001779CB"/>
        </w:tc>
        <w:tc>
          <w:tcPr>
            <w:tcW w:w="2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DEB97B4" w14:textId="77777777" w:rsidR="000822FB" w:rsidRDefault="00D50C58" w:rsidP="001779CB">
            <w:pPr>
              <w:jc w:val="right"/>
            </w:pPr>
            <w:r>
              <w:t>Fabrikat:</w:t>
            </w:r>
          </w:p>
          <w:p w14:paraId="074E1F5E" w14:textId="77777777" w:rsidR="000822FB" w:rsidRDefault="00D50C58" w:rsidP="001779CB">
            <w:pPr>
              <w:jc w:val="right"/>
            </w:pPr>
            <w:r>
              <w:br/>
              <w:t>Typ:</w:t>
            </w:r>
          </w:p>
          <w:p w14:paraId="023D0008" w14:textId="77777777" w:rsidR="00473A7B" w:rsidRDefault="00D50C58" w:rsidP="001779CB">
            <w:pPr>
              <w:jc w:val="right"/>
            </w:pPr>
            <w:r>
              <w:br/>
              <w:t>Verglasung:</w:t>
            </w:r>
          </w:p>
          <w:p w14:paraId="184C657C" w14:textId="2FE1BDD9" w:rsidR="00D50C58" w:rsidRDefault="00D50C58" w:rsidP="001779CB">
            <w:pPr>
              <w:jc w:val="right"/>
              <w:rPr>
                <w:sz w:val="16"/>
                <w:szCs w:val="16"/>
              </w:rPr>
            </w:pPr>
            <w:r>
              <w:br/>
              <w:t>Ud-Wert:</w:t>
            </w:r>
          </w:p>
          <w:p w14:paraId="45DDF8D9" w14:textId="77777777" w:rsidR="00D50C58" w:rsidRDefault="00D50C58" w:rsidP="001779CB">
            <w:pPr>
              <w:jc w:val="right"/>
              <w:rPr>
                <w:sz w:val="16"/>
                <w:szCs w:val="16"/>
              </w:rPr>
            </w:pPr>
          </w:p>
          <w:p w14:paraId="6FA07C83" w14:textId="77777777" w:rsidR="001779CB" w:rsidRPr="001E33DA" w:rsidRDefault="001779CB" w:rsidP="001779CB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29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AD5AC11" w14:textId="77777777" w:rsidR="001779CB" w:rsidRDefault="001779CB" w:rsidP="001779CB"/>
        </w:tc>
      </w:tr>
      <w:tr w:rsidR="001779CB" w14:paraId="5DEFCA66" w14:textId="77777777" w:rsidTr="00755829">
        <w:trPr>
          <w:trHeight w:val="1450"/>
        </w:trPr>
        <w:tc>
          <w:tcPr>
            <w:tcW w:w="23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20A5CDA" w14:textId="77777777" w:rsidR="001779CB" w:rsidRDefault="001779CB" w:rsidP="001779CB">
            <w:pPr>
              <w:ind w:left="490"/>
              <w:rPr>
                <w:sz w:val="16"/>
                <w:szCs w:val="16"/>
              </w:rPr>
            </w:pPr>
            <w:r>
              <w:t>02.02.0030</w:t>
            </w:r>
          </w:p>
          <w:p w14:paraId="2298E3D9" w14:textId="77777777" w:rsidR="001779CB" w:rsidRPr="0047458F" w:rsidRDefault="001779CB" w:rsidP="0047458F">
            <w:pPr>
              <w:ind w:left="490"/>
              <w:rPr>
                <w:sz w:val="16"/>
                <w:szCs w:val="16"/>
              </w:rPr>
            </w:pPr>
          </w:p>
          <w:p w14:paraId="5E69CEB4" w14:textId="77777777" w:rsidR="0047458F" w:rsidRDefault="0047458F" w:rsidP="0047458F">
            <w:pPr>
              <w:ind w:left="490"/>
              <w:rPr>
                <w:sz w:val="16"/>
                <w:szCs w:val="16"/>
              </w:rPr>
            </w:pPr>
          </w:p>
          <w:p w14:paraId="1C2BA530" w14:textId="77777777" w:rsidR="00E61686" w:rsidRPr="0047458F" w:rsidRDefault="00E61686" w:rsidP="0047458F">
            <w:pPr>
              <w:ind w:left="490"/>
              <w:rPr>
                <w:sz w:val="16"/>
                <w:szCs w:val="16"/>
              </w:rPr>
            </w:pPr>
          </w:p>
        </w:tc>
        <w:tc>
          <w:tcPr>
            <w:tcW w:w="275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16CD517" w14:textId="77777777" w:rsidR="001779CB" w:rsidRDefault="001779CB" w:rsidP="001779CB">
            <w:pPr>
              <w:rPr>
                <w:b/>
                <w:bCs/>
                <w:sz w:val="16"/>
                <w:szCs w:val="16"/>
                <w:lang w:val="de-DE"/>
              </w:rPr>
            </w:pPr>
            <w:r>
              <w:t>Magnet-Reedkontakt Aluminiumtüren</w:t>
            </w:r>
          </w:p>
          <w:p w14:paraId="5737A51A" w14:textId="77777777" w:rsidR="001779CB" w:rsidRDefault="001779CB" w:rsidP="001779CB"/>
        </w:tc>
        <w:tc>
          <w:tcPr>
            <w:tcW w:w="2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BAF5E13" w14:textId="77777777" w:rsidR="00473A7B" w:rsidRDefault="00D50C58" w:rsidP="001779CB">
            <w:pPr>
              <w:jc w:val="right"/>
            </w:pPr>
            <w:r>
              <w:t>Fabrikat:</w:t>
            </w:r>
          </w:p>
          <w:p w14:paraId="0CC5B6CE" w14:textId="7936F058" w:rsidR="00D50C58" w:rsidRDefault="00D50C58" w:rsidP="001779CB">
            <w:pPr>
              <w:jc w:val="right"/>
              <w:rPr>
                <w:sz w:val="16"/>
                <w:szCs w:val="16"/>
              </w:rPr>
            </w:pPr>
            <w:r>
              <w:br/>
              <w:t>Typ:</w:t>
            </w:r>
          </w:p>
          <w:p w14:paraId="1802C6F1" w14:textId="77777777" w:rsidR="00D50C58" w:rsidRDefault="00D50C58" w:rsidP="001779CB">
            <w:pPr>
              <w:jc w:val="right"/>
              <w:rPr>
                <w:sz w:val="16"/>
                <w:szCs w:val="16"/>
              </w:rPr>
            </w:pPr>
          </w:p>
          <w:p w14:paraId="3D96D7AE" w14:textId="77777777" w:rsidR="001779CB" w:rsidRPr="001E33DA" w:rsidRDefault="001779CB" w:rsidP="001779CB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29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EDCF6AA" w14:textId="77777777" w:rsidR="001779CB" w:rsidRDefault="001779CB" w:rsidP="001779CB"/>
        </w:tc>
      </w:tr>
      <w:tr w:rsidR="001779CB" w14:paraId="6A5D7DAE" w14:textId="77777777" w:rsidTr="00755829">
        <w:trPr>
          <w:trHeight w:val="1450"/>
        </w:trPr>
        <w:tc>
          <w:tcPr>
            <w:tcW w:w="23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3348172" w14:textId="77777777" w:rsidR="001779CB" w:rsidRDefault="001779CB" w:rsidP="001779CB">
            <w:pPr>
              <w:ind w:left="490"/>
              <w:rPr>
                <w:sz w:val="16"/>
                <w:szCs w:val="16"/>
              </w:rPr>
            </w:pPr>
            <w:r>
              <w:lastRenderedPageBreak/>
              <w:t>02.02.0040</w:t>
            </w:r>
          </w:p>
          <w:p w14:paraId="2056DCD1" w14:textId="77777777" w:rsidR="001779CB" w:rsidRPr="0047458F" w:rsidRDefault="001779CB" w:rsidP="0047458F">
            <w:pPr>
              <w:ind w:left="490"/>
              <w:rPr>
                <w:sz w:val="16"/>
                <w:szCs w:val="16"/>
              </w:rPr>
            </w:pPr>
          </w:p>
          <w:p w14:paraId="3F61EEB4" w14:textId="77777777" w:rsidR="0047458F" w:rsidRDefault="0047458F" w:rsidP="0047458F">
            <w:pPr>
              <w:ind w:left="490"/>
              <w:rPr>
                <w:sz w:val="16"/>
                <w:szCs w:val="16"/>
              </w:rPr>
            </w:pPr>
          </w:p>
          <w:p w14:paraId="2B0F52BF" w14:textId="77777777" w:rsidR="00E61686" w:rsidRPr="0047458F" w:rsidRDefault="00E61686" w:rsidP="0047458F">
            <w:pPr>
              <w:ind w:left="490"/>
              <w:rPr>
                <w:sz w:val="16"/>
                <w:szCs w:val="16"/>
              </w:rPr>
            </w:pPr>
          </w:p>
        </w:tc>
        <w:tc>
          <w:tcPr>
            <w:tcW w:w="275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5E63DAF" w14:textId="77777777" w:rsidR="001779CB" w:rsidRDefault="001779CB" w:rsidP="001779CB">
            <w:pPr>
              <w:rPr>
                <w:b/>
                <w:bCs/>
                <w:sz w:val="16"/>
                <w:szCs w:val="16"/>
                <w:lang w:val="de-DE"/>
              </w:rPr>
            </w:pPr>
            <w:r>
              <w:t>Motorschloss Aluminiumtüren</w:t>
            </w:r>
          </w:p>
          <w:p w14:paraId="6CD9234F" w14:textId="77777777" w:rsidR="001779CB" w:rsidRDefault="001779CB" w:rsidP="001779CB"/>
        </w:tc>
        <w:tc>
          <w:tcPr>
            <w:tcW w:w="2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D1A6EC7" w14:textId="77777777" w:rsidR="00473A7B" w:rsidRDefault="00D50C58" w:rsidP="001779CB">
            <w:pPr>
              <w:jc w:val="right"/>
            </w:pPr>
            <w:r>
              <w:t>Fabrikat:</w:t>
            </w:r>
          </w:p>
          <w:p w14:paraId="612C8B81" w14:textId="21B8E448" w:rsidR="00D50C58" w:rsidRDefault="00D50C58" w:rsidP="001779CB">
            <w:pPr>
              <w:jc w:val="right"/>
              <w:rPr>
                <w:sz w:val="16"/>
                <w:szCs w:val="16"/>
              </w:rPr>
            </w:pPr>
            <w:r>
              <w:br/>
              <w:t>Typ:</w:t>
            </w:r>
          </w:p>
          <w:p w14:paraId="04F0ACCF" w14:textId="77777777" w:rsidR="00D50C58" w:rsidRDefault="00D50C58" w:rsidP="001779CB">
            <w:pPr>
              <w:jc w:val="right"/>
              <w:rPr>
                <w:sz w:val="16"/>
                <w:szCs w:val="16"/>
              </w:rPr>
            </w:pPr>
          </w:p>
          <w:p w14:paraId="2022259E" w14:textId="77777777" w:rsidR="001779CB" w:rsidRPr="001E33DA" w:rsidRDefault="001779CB" w:rsidP="001779CB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29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909DC83" w14:textId="77777777" w:rsidR="001779CB" w:rsidRDefault="001779CB" w:rsidP="001779CB"/>
        </w:tc>
      </w:tr>
      <w:tr w:rsidR="001779CB" w14:paraId="72BAA77A" w14:textId="77777777" w:rsidTr="00755829">
        <w:trPr>
          <w:trHeight w:val="1450"/>
        </w:trPr>
        <w:tc>
          <w:tcPr>
            <w:tcW w:w="23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FAB723A" w14:textId="77777777" w:rsidR="001779CB" w:rsidRDefault="001779CB" w:rsidP="001779CB">
            <w:pPr>
              <w:ind w:left="490"/>
              <w:rPr>
                <w:sz w:val="16"/>
                <w:szCs w:val="16"/>
              </w:rPr>
            </w:pPr>
            <w:r>
              <w:t>02.02.0050</w:t>
            </w:r>
          </w:p>
          <w:p w14:paraId="0F49D1C5" w14:textId="77777777" w:rsidR="001779CB" w:rsidRPr="0047458F" w:rsidRDefault="001779CB" w:rsidP="0047458F">
            <w:pPr>
              <w:ind w:left="490"/>
              <w:rPr>
                <w:sz w:val="16"/>
                <w:szCs w:val="16"/>
              </w:rPr>
            </w:pPr>
          </w:p>
          <w:p w14:paraId="1E013CF9" w14:textId="77777777" w:rsidR="0047458F" w:rsidRDefault="0047458F" w:rsidP="0047458F">
            <w:pPr>
              <w:ind w:left="490"/>
              <w:rPr>
                <w:sz w:val="16"/>
                <w:szCs w:val="16"/>
              </w:rPr>
            </w:pPr>
          </w:p>
          <w:p w14:paraId="308CDE18" w14:textId="77777777" w:rsidR="00E61686" w:rsidRPr="0047458F" w:rsidRDefault="00E61686" w:rsidP="0047458F">
            <w:pPr>
              <w:ind w:left="490"/>
              <w:rPr>
                <w:sz w:val="16"/>
                <w:szCs w:val="16"/>
              </w:rPr>
            </w:pPr>
          </w:p>
        </w:tc>
        <w:tc>
          <w:tcPr>
            <w:tcW w:w="275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7311D0E" w14:textId="77777777" w:rsidR="001779CB" w:rsidRDefault="001779CB" w:rsidP="001779CB">
            <w:pPr>
              <w:rPr>
                <w:b/>
                <w:bCs/>
                <w:sz w:val="16"/>
                <w:szCs w:val="16"/>
                <w:lang w:val="de-DE"/>
              </w:rPr>
            </w:pPr>
            <w:r>
              <w:t>Zutrittskontrolle / Transponderleser</w:t>
            </w:r>
          </w:p>
          <w:p w14:paraId="22346FDD" w14:textId="77777777" w:rsidR="001779CB" w:rsidRDefault="001779CB" w:rsidP="001779CB"/>
        </w:tc>
        <w:tc>
          <w:tcPr>
            <w:tcW w:w="2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0A02689" w14:textId="77777777" w:rsidR="00473A7B" w:rsidRDefault="00D50C58" w:rsidP="001779CB">
            <w:pPr>
              <w:jc w:val="right"/>
            </w:pPr>
            <w:r>
              <w:t>Fabrikat:</w:t>
            </w:r>
          </w:p>
          <w:p w14:paraId="50B43997" w14:textId="0A18B338" w:rsidR="00D50C58" w:rsidRDefault="00D50C58" w:rsidP="001779CB">
            <w:pPr>
              <w:jc w:val="right"/>
              <w:rPr>
                <w:sz w:val="16"/>
                <w:szCs w:val="16"/>
              </w:rPr>
            </w:pPr>
            <w:r>
              <w:br/>
              <w:t>Typ:</w:t>
            </w:r>
          </w:p>
          <w:p w14:paraId="2D123A90" w14:textId="77777777" w:rsidR="00D50C58" w:rsidRDefault="00D50C58" w:rsidP="001779CB">
            <w:pPr>
              <w:jc w:val="right"/>
              <w:rPr>
                <w:sz w:val="16"/>
                <w:szCs w:val="16"/>
              </w:rPr>
            </w:pPr>
          </w:p>
          <w:p w14:paraId="2F5D5E96" w14:textId="77777777" w:rsidR="001779CB" w:rsidRPr="001E33DA" w:rsidRDefault="001779CB" w:rsidP="001779CB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29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C0263C8" w14:textId="77777777" w:rsidR="001779CB" w:rsidRDefault="001779CB" w:rsidP="001779CB"/>
        </w:tc>
      </w:tr>
      <w:tr w:rsidR="001779CB" w14:paraId="60919F76" w14:textId="77777777" w:rsidTr="00755829">
        <w:trPr>
          <w:trHeight w:val="1450"/>
        </w:trPr>
        <w:tc>
          <w:tcPr>
            <w:tcW w:w="23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DB7D985" w14:textId="4D39B12D" w:rsidR="001779CB" w:rsidRDefault="001779CB" w:rsidP="001779CB">
            <w:pPr>
              <w:ind w:left="490"/>
            </w:pPr>
            <w:r>
              <w:t xml:space="preserve">03.01.0010 </w:t>
            </w:r>
            <w:r w:rsidR="00C20AC3">
              <w:t>–</w:t>
            </w:r>
            <w:r>
              <w:t xml:space="preserve"> 0040</w:t>
            </w:r>
          </w:p>
          <w:p w14:paraId="2F95271A" w14:textId="188F3C25" w:rsidR="0047458F" w:rsidRDefault="00C20AC3" w:rsidP="0047458F">
            <w:pPr>
              <w:ind w:left="490"/>
              <w:rPr>
                <w:sz w:val="16"/>
                <w:szCs w:val="16"/>
              </w:rPr>
            </w:pPr>
            <w:r>
              <w:t>03.02.0010</w:t>
            </w:r>
          </w:p>
          <w:p w14:paraId="0809D6BB" w14:textId="77777777" w:rsidR="00E61686" w:rsidRPr="0047458F" w:rsidRDefault="00E61686" w:rsidP="0047458F">
            <w:pPr>
              <w:ind w:left="490"/>
              <w:rPr>
                <w:sz w:val="16"/>
                <w:szCs w:val="16"/>
              </w:rPr>
            </w:pPr>
          </w:p>
        </w:tc>
        <w:tc>
          <w:tcPr>
            <w:tcW w:w="275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3426FBA" w14:textId="3D4D495B" w:rsidR="001779CB" w:rsidRDefault="001779CB" w:rsidP="007F2306">
            <w:r>
              <w:t xml:space="preserve">Raffstoreanlagen </w:t>
            </w:r>
          </w:p>
        </w:tc>
        <w:tc>
          <w:tcPr>
            <w:tcW w:w="2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1506491" w14:textId="77777777" w:rsidR="00473A7B" w:rsidRDefault="00D50C58" w:rsidP="001779CB">
            <w:pPr>
              <w:jc w:val="right"/>
            </w:pPr>
            <w:r>
              <w:t>Fabrikat:</w:t>
            </w:r>
          </w:p>
          <w:p w14:paraId="66C5121A" w14:textId="4AF342A4" w:rsidR="00D50C58" w:rsidRDefault="00D50C58" w:rsidP="001779CB">
            <w:pPr>
              <w:jc w:val="right"/>
              <w:rPr>
                <w:sz w:val="16"/>
                <w:szCs w:val="16"/>
              </w:rPr>
            </w:pPr>
            <w:r>
              <w:br/>
              <w:t>Typ:</w:t>
            </w:r>
          </w:p>
          <w:p w14:paraId="31545FFD" w14:textId="77777777" w:rsidR="00D50C58" w:rsidRDefault="00D50C58" w:rsidP="001779CB">
            <w:pPr>
              <w:jc w:val="right"/>
              <w:rPr>
                <w:sz w:val="16"/>
                <w:szCs w:val="16"/>
              </w:rPr>
            </w:pPr>
          </w:p>
          <w:p w14:paraId="0CF34002" w14:textId="77777777" w:rsidR="001779CB" w:rsidRPr="001E33DA" w:rsidRDefault="001779CB" w:rsidP="001779CB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29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AEB510F" w14:textId="77777777" w:rsidR="001779CB" w:rsidRDefault="001779CB" w:rsidP="001779CB"/>
        </w:tc>
      </w:tr>
      <w:tr w:rsidR="001779CB" w14:paraId="599BDA94" w14:textId="77777777" w:rsidTr="00755829">
        <w:trPr>
          <w:trHeight w:val="1450"/>
        </w:trPr>
        <w:tc>
          <w:tcPr>
            <w:tcW w:w="23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D9F6B2D" w14:textId="77777777" w:rsidR="001779CB" w:rsidRDefault="001779CB" w:rsidP="001779CB">
            <w:pPr>
              <w:ind w:left="490"/>
              <w:rPr>
                <w:sz w:val="16"/>
                <w:szCs w:val="16"/>
              </w:rPr>
            </w:pPr>
            <w:r>
              <w:t>03.01.0050</w:t>
            </w:r>
          </w:p>
          <w:p w14:paraId="237AABF4" w14:textId="77777777" w:rsidR="00B75519" w:rsidRDefault="00B75519" w:rsidP="00B75519">
            <w:pPr>
              <w:ind w:left="490"/>
              <w:rPr>
                <w:sz w:val="16"/>
                <w:szCs w:val="16"/>
              </w:rPr>
            </w:pPr>
            <w:r>
              <w:t>03.02.0020</w:t>
            </w:r>
          </w:p>
          <w:p w14:paraId="18D1B360" w14:textId="77777777" w:rsidR="00E61686" w:rsidRPr="0047458F" w:rsidRDefault="00E61686" w:rsidP="0047458F">
            <w:pPr>
              <w:ind w:left="490"/>
              <w:rPr>
                <w:sz w:val="16"/>
                <w:szCs w:val="16"/>
              </w:rPr>
            </w:pPr>
          </w:p>
        </w:tc>
        <w:tc>
          <w:tcPr>
            <w:tcW w:w="275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FDB2751" w14:textId="2DD61543" w:rsidR="001779CB" w:rsidRDefault="001779CB" w:rsidP="001779CB">
            <w:pPr>
              <w:rPr>
                <w:b/>
                <w:bCs/>
                <w:sz w:val="16"/>
                <w:szCs w:val="16"/>
                <w:lang w:val="de-DE"/>
              </w:rPr>
            </w:pPr>
            <w:r>
              <w:t xml:space="preserve">Wetterstation Raffstore </w:t>
            </w:r>
          </w:p>
          <w:p w14:paraId="5580262A" w14:textId="77777777" w:rsidR="001779CB" w:rsidRDefault="001779CB" w:rsidP="001779CB"/>
        </w:tc>
        <w:tc>
          <w:tcPr>
            <w:tcW w:w="2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B1070B" w14:textId="77777777" w:rsidR="00473A7B" w:rsidRDefault="00D50C58" w:rsidP="001779CB">
            <w:pPr>
              <w:jc w:val="right"/>
            </w:pPr>
            <w:r>
              <w:t>Fabrikat:</w:t>
            </w:r>
          </w:p>
          <w:p w14:paraId="30450DFF" w14:textId="342F0A75" w:rsidR="00D50C58" w:rsidRDefault="00D50C58" w:rsidP="001779CB">
            <w:pPr>
              <w:jc w:val="right"/>
              <w:rPr>
                <w:sz w:val="16"/>
                <w:szCs w:val="16"/>
              </w:rPr>
            </w:pPr>
            <w:r>
              <w:br/>
              <w:t>Typ:</w:t>
            </w:r>
          </w:p>
          <w:p w14:paraId="6436C953" w14:textId="77777777" w:rsidR="00D50C58" w:rsidRDefault="00D50C58" w:rsidP="001779CB">
            <w:pPr>
              <w:jc w:val="right"/>
              <w:rPr>
                <w:sz w:val="16"/>
                <w:szCs w:val="16"/>
              </w:rPr>
            </w:pPr>
          </w:p>
          <w:p w14:paraId="24D65F41" w14:textId="77777777" w:rsidR="001779CB" w:rsidRPr="001E33DA" w:rsidRDefault="001779CB" w:rsidP="001779CB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29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F10FBE2" w14:textId="77777777" w:rsidR="001779CB" w:rsidRDefault="001779CB" w:rsidP="001779CB"/>
        </w:tc>
      </w:tr>
    </w:tbl>
    <w:p w14:paraId="505202C8" w14:textId="77777777" w:rsidR="00C51D9E" w:rsidRDefault="008E7608">
      <w:pPr>
        <w:spacing w:before="20"/>
        <w:jc w:val="right"/>
      </w:pPr>
      <w:r>
        <w:rPr>
          <w:i/>
          <w:color w:val="969696"/>
          <w:sz w:val="14"/>
        </w:rPr>
        <w:t>Tabulatur in der letzten Zelle für weitere Zeilen.</w:t>
      </w:r>
    </w:p>
    <w:p w14:paraId="75418320" w14:textId="77777777" w:rsidR="00C51D9E" w:rsidRDefault="008E7608">
      <w:pPr>
        <w:pStyle w:val="BAVberschrift"/>
      </w:pPr>
      <w:r>
        <w:t>Erklärung und Unterschrift des Bieters</w:t>
      </w:r>
    </w:p>
    <w:p w14:paraId="6D5065F9" w14:textId="77777777" w:rsidR="00C51D9E" w:rsidRDefault="008E7608">
      <w:r>
        <w:t>Der Bieter bestätigt, dass die vorstehenden Angaben die angebotenen Produkte und Ausführungen wiedergeben und Bestandteil seines Angebotes sind.</w:t>
      </w:r>
    </w:p>
    <w:tbl>
      <w:tblPr>
        <w:tblStyle w:val="Tabellenraster"/>
        <w:tblW w:w="5000" w:type="pct"/>
        <w:tblLayout w:type="fixed"/>
        <w:tblLook w:val="04A0" w:firstRow="1" w:lastRow="0" w:firstColumn="1" w:lastColumn="0" w:noHBand="0" w:noVBand="1"/>
      </w:tblPr>
      <w:tblGrid>
        <w:gridCol w:w="2804"/>
        <w:gridCol w:w="2804"/>
        <w:gridCol w:w="4807"/>
      </w:tblGrid>
      <w:tr w:rsidR="00C51D9E" w14:paraId="632E595E" w14:textId="77777777" w:rsidTr="00E635E2">
        <w:tc>
          <w:tcPr>
            <w:tcW w:w="2778" w:type="dxa"/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064EB55" w14:textId="77777777" w:rsidR="00C51D9E" w:rsidRDefault="008E7608">
            <w:pPr>
              <w:jc w:val="center"/>
            </w:pPr>
            <w:r>
              <w:rPr>
                <w:b/>
                <w:sz w:val="16"/>
              </w:rPr>
              <w:t>Ort</w:t>
            </w:r>
          </w:p>
        </w:tc>
        <w:tc>
          <w:tcPr>
            <w:tcW w:w="2778" w:type="dxa"/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AA4E8AD" w14:textId="77777777" w:rsidR="00C51D9E" w:rsidRDefault="008E7608">
            <w:pPr>
              <w:jc w:val="center"/>
            </w:pPr>
            <w:r>
              <w:rPr>
                <w:b/>
                <w:sz w:val="16"/>
              </w:rPr>
              <w:t>Datum</w:t>
            </w:r>
          </w:p>
        </w:tc>
        <w:tc>
          <w:tcPr>
            <w:tcW w:w="4762" w:type="dxa"/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7F3C05" w14:textId="77777777" w:rsidR="00C51D9E" w:rsidRDefault="008E7608">
            <w:pPr>
              <w:jc w:val="center"/>
            </w:pPr>
            <w:r>
              <w:rPr>
                <w:b/>
                <w:sz w:val="16"/>
              </w:rPr>
              <w:t>Firmenstempel / rechtsverbindliche Unterschrift</w:t>
            </w:r>
          </w:p>
        </w:tc>
      </w:tr>
      <w:tr w:rsidR="00C51D9E" w14:paraId="4E11EC57" w14:textId="77777777" w:rsidTr="00E635E2">
        <w:trPr>
          <w:trHeight w:val="850"/>
        </w:trPr>
        <w:tc>
          <w:tcPr>
            <w:tcW w:w="277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42744EB" w14:textId="77777777" w:rsidR="00C51D9E" w:rsidRDefault="00C51D9E"/>
        </w:tc>
        <w:tc>
          <w:tcPr>
            <w:tcW w:w="277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18B8FB5" w14:textId="77777777" w:rsidR="00C51D9E" w:rsidRDefault="00C51D9E"/>
        </w:tc>
        <w:tc>
          <w:tcPr>
            <w:tcW w:w="476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21516A1" w14:textId="77777777" w:rsidR="00C51D9E" w:rsidRDefault="00C51D9E"/>
        </w:tc>
      </w:tr>
    </w:tbl>
    <w:p w14:paraId="4E20C72F" w14:textId="2F550BAA" w:rsidR="00A17D9C" w:rsidRPr="00A17D9C" w:rsidRDefault="00F76CEE" w:rsidP="00F76CEE">
      <w:pPr>
        <w:tabs>
          <w:tab w:val="left" w:pos="9232"/>
        </w:tabs>
      </w:pPr>
      <w:r>
        <w:tab/>
      </w:r>
    </w:p>
    <w:sectPr w:rsidR="00A17D9C" w:rsidRPr="00A17D9C" w:rsidSect="00C4103C">
      <w:headerReference w:type="default" r:id="rId11"/>
      <w:footerReference w:type="default" r:id="rId12"/>
      <w:headerReference w:type="first" r:id="rId13"/>
      <w:pgSz w:w="12240" w:h="15840"/>
      <w:pgMar w:top="1418" w:right="567" w:bottom="567" w:left="1418" w:header="19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0CC2EA" w14:textId="77777777" w:rsidR="0091742A" w:rsidRDefault="0091742A">
      <w:pPr>
        <w:spacing w:after="0" w:line="240" w:lineRule="auto"/>
      </w:pPr>
      <w:r>
        <w:separator/>
      </w:r>
    </w:p>
  </w:endnote>
  <w:endnote w:type="continuationSeparator" w:id="0">
    <w:p w14:paraId="52E22D47" w14:textId="77777777" w:rsidR="0091742A" w:rsidRDefault="009174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E564C" w14:textId="78C1C106" w:rsidR="003F4903" w:rsidRDefault="003F4903" w:rsidP="00F76CEE">
    <w:pPr>
      <w:pStyle w:val="Fuzeile"/>
      <w:jc w:val="right"/>
      <w:rPr>
        <w:color w:val="4F81BD" w:themeColor="accent1"/>
      </w:rPr>
    </w:pPr>
    <w:r>
      <w:rPr>
        <w:color w:val="4F81BD" w:themeColor="accent1"/>
        <w:lang w:val="de-DE"/>
      </w:rPr>
      <w:t xml:space="preserve">Seite </w:t>
    </w:r>
    <w:r>
      <w:rPr>
        <w:color w:val="4F81BD" w:themeColor="accent1"/>
      </w:rPr>
      <w:fldChar w:fldCharType="begin"/>
    </w:r>
    <w:r>
      <w:rPr>
        <w:color w:val="4F81BD" w:themeColor="accent1"/>
      </w:rPr>
      <w:instrText>PAGE  \* Arabic  \* MERGEFORMAT</w:instrText>
    </w:r>
    <w:r>
      <w:rPr>
        <w:color w:val="4F81BD" w:themeColor="accent1"/>
      </w:rPr>
      <w:fldChar w:fldCharType="separate"/>
    </w:r>
    <w:r>
      <w:rPr>
        <w:color w:val="4F81BD" w:themeColor="accent1"/>
        <w:lang w:val="de-DE"/>
      </w:rPr>
      <w:t>2</w:t>
    </w:r>
    <w:r>
      <w:rPr>
        <w:color w:val="4F81BD" w:themeColor="accent1"/>
      </w:rPr>
      <w:fldChar w:fldCharType="end"/>
    </w:r>
    <w:r>
      <w:rPr>
        <w:color w:val="4F81BD" w:themeColor="accent1"/>
        <w:lang w:val="de-DE"/>
      </w:rPr>
      <w:t xml:space="preserve"> von </w:t>
    </w:r>
    <w:r>
      <w:rPr>
        <w:color w:val="4F81BD" w:themeColor="accent1"/>
      </w:rPr>
      <w:fldChar w:fldCharType="begin"/>
    </w:r>
    <w:r>
      <w:rPr>
        <w:color w:val="4F81BD" w:themeColor="accent1"/>
      </w:rPr>
      <w:instrText>NUMPAGES \* Arabisch \* MERGEFORMAT</w:instrText>
    </w:r>
    <w:r>
      <w:rPr>
        <w:color w:val="4F81BD" w:themeColor="accent1"/>
      </w:rPr>
      <w:fldChar w:fldCharType="separate"/>
    </w:r>
    <w:r>
      <w:rPr>
        <w:color w:val="4F81BD" w:themeColor="accent1"/>
        <w:lang w:val="de-DE"/>
      </w:rPr>
      <w:t>2</w:t>
    </w:r>
    <w:r>
      <w:rPr>
        <w:color w:val="4F81BD" w:themeColor="accent1"/>
      </w:rPr>
      <w:fldChar w:fldCharType="end"/>
    </w:r>
  </w:p>
  <w:p w14:paraId="12016F80" w14:textId="5C6F00CB" w:rsidR="00C51D9E" w:rsidRDefault="00C51D9E">
    <w:pPr>
      <w:pStyle w:val="Fuzeil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BF4F9B" w14:textId="77777777" w:rsidR="0091742A" w:rsidRDefault="0091742A">
      <w:pPr>
        <w:spacing w:after="0" w:line="240" w:lineRule="auto"/>
      </w:pPr>
      <w:r>
        <w:separator/>
      </w:r>
    </w:p>
  </w:footnote>
  <w:footnote w:type="continuationSeparator" w:id="0">
    <w:p w14:paraId="5801563C" w14:textId="77777777" w:rsidR="0091742A" w:rsidRDefault="009174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834BA" w14:textId="77777777" w:rsidR="00F93BDA" w:rsidRDefault="00E21BD0">
    <w:pPr>
      <w:spacing w:after="40"/>
    </w:pPr>
    <w:r>
      <w:rPr>
        <w:noProof/>
      </w:rPr>
      <w:drawing>
        <wp:inline distT="0" distB="0" distL="0" distR="0" wp14:anchorId="1C1BAC3E" wp14:editId="6CAB7833">
          <wp:extent cx="4111200" cy="488298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qm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111200" cy="48829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051CB" w14:textId="12AF45D7" w:rsidR="00C51D9E" w:rsidRPr="003D19B7" w:rsidRDefault="00C947D5" w:rsidP="00FE14E1">
    <w:pPr>
      <w:pStyle w:val="Kopfzeile"/>
      <w:rPr>
        <w:rFonts w:asciiTheme="majorHAnsi" w:hAnsiTheme="majorHAnsi" w:cstheme="majorHAnsi"/>
        <w:b/>
        <w:bCs/>
        <w:sz w:val="36"/>
        <w:szCs w:val="36"/>
      </w:rPr>
    </w:pPr>
    <w:r w:rsidRPr="003D19B7">
      <w:rPr>
        <w:rFonts w:asciiTheme="majorHAnsi" w:hAnsiTheme="majorHAnsi" w:cstheme="majorHAnsi"/>
        <w:b/>
        <w:bCs/>
        <w:noProof/>
        <w:color w:val="1F497D" w:themeColor="text2"/>
        <w:sz w:val="36"/>
        <w:szCs w:val="36"/>
      </w:rPr>
      <w:drawing>
        <wp:anchor distT="0" distB="0" distL="114300" distR="114300" simplePos="0" relativeHeight="251658240" behindDoc="0" locked="0" layoutInCell="1" allowOverlap="1" wp14:anchorId="6C025E8A" wp14:editId="01F1FAC4">
          <wp:simplePos x="0" y="0"/>
          <wp:positionH relativeFrom="column">
            <wp:posOffset>3723640</wp:posOffset>
          </wp:positionH>
          <wp:positionV relativeFrom="paragraph">
            <wp:posOffset>-58420</wp:posOffset>
          </wp:positionV>
          <wp:extent cx="4111200" cy="488298"/>
          <wp:effectExtent l="0" t="0" r="4445" b="1905"/>
          <wp:wrapSquare wrapText="bothSides"/>
          <wp:docPr id="1395568595" name="Grafik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 preferRelativeResize="0"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11200" cy="4882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91C85" w:rsidRPr="003D19B7">
      <w:rPr>
        <w:rFonts w:asciiTheme="majorHAnsi" w:hAnsiTheme="majorHAnsi" w:cstheme="majorHAnsi"/>
        <w:b/>
        <w:bCs/>
        <w:noProof/>
        <w:sz w:val="36"/>
        <w:szCs w:val="3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8BB0FAF"/>
    <w:multiLevelType w:val="multilevel"/>
    <w:tmpl w:val="C3345948"/>
    <w:lvl w:ilvl="0">
      <w:start w:val="1"/>
      <w:numFmt w:val="decimalZero"/>
      <w:lvlText w:val="%1."/>
      <w:lvlJc w:val="left"/>
      <w:pPr>
        <w:ind w:left="490" w:hanging="49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980" w:hanging="49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17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360" w:hanging="1440"/>
      </w:pPr>
      <w:rPr>
        <w:rFonts w:hint="default"/>
      </w:rPr>
    </w:lvl>
  </w:abstractNum>
  <w:abstractNum w:abstractNumId="10" w15:restartNumberingAfterBreak="0">
    <w:nsid w:val="5BBF73D4"/>
    <w:multiLevelType w:val="multilevel"/>
    <w:tmpl w:val="AAEE0DE6"/>
    <w:lvl w:ilvl="0">
      <w:start w:val="1"/>
      <w:numFmt w:val="decimalZero"/>
      <w:lvlText w:val="%1."/>
      <w:lvlJc w:val="left"/>
      <w:pPr>
        <w:ind w:left="490" w:hanging="49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980" w:hanging="49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17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360" w:hanging="1440"/>
      </w:pPr>
      <w:rPr>
        <w:rFonts w:hint="default"/>
      </w:rPr>
    </w:lvl>
  </w:abstractNum>
  <w:abstractNum w:abstractNumId="11" w15:restartNumberingAfterBreak="0">
    <w:nsid w:val="6476611E"/>
    <w:multiLevelType w:val="multilevel"/>
    <w:tmpl w:val="08A4D9E2"/>
    <w:lvl w:ilvl="0">
      <w:start w:val="1"/>
      <w:numFmt w:val="decimalZero"/>
      <w:lvlText w:val="%1."/>
      <w:lvlJc w:val="left"/>
      <w:pPr>
        <w:ind w:left="490" w:hanging="49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490" w:hanging="4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 w16cid:durableId="1457403896">
    <w:abstractNumId w:val="8"/>
  </w:num>
  <w:num w:numId="2" w16cid:durableId="961425686">
    <w:abstractNumId w:val="6"/>
  </w:num>
  <w:num w:numId="3" w16cid:durableId="1815826478">
    <w:abstractNumId w:val="5"/>
  </w:num>
  <w:num w:numId="4" w16cid:durableId="3439106">
    <w:abstractNumId w:val="4"/>
  </w:num>
  <w:num w:numId="5" w16cid:durableId="203492488">
    <w:abstractNumId w:val="7"/>
  </w:num>
  <w:num w:numId="6" w16cid:durableId="468127912">
    <w:abstractNumId w:val="3"/>
  </w:num>
  <w:num w:numId="7" w16cid:durableId="130486933">
    <w:abstractNumId w:val="2"/>
  </w:num>
  <w:num w:numId="8" w16cid:durableId="2068649479">
    <w:abstractNumId w:val="1"/>
  </w:num>
  <w:num w:numId="9" w16cid:durableId="827861180">
    <w:abstractNumId w:val="0"/>
  </w:num>
  <w:num w:numId="10" w16cid:durableId="547452123">
    <w:abstractNumId w:val="11"/>
  </w:num>
  <w:num w:numId="11" w16cid:durableId="1071074606">
    <w:abstractNumId w:val="10"/>
  </w:num>
  <w:num w:numId="12" w16cid:durableId="101156797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0D73"/>
    <w:rsid w:val="00001616"/>
    <w:rsid w:val="00011528"/>
    <w:rsid w:val="00012692"/>
    <w:rsid w:val="00034616"/>
    <w:rsid w:val="0006063C"/>
    <w:rsid w:val="0006144B"/>
    <w:rsid w:val="00061863"/>
    <w:rsid w:val="0006288A"/>
    <w:rsid w:val="000822FB"/>
    <w:rsid w:val="000A561A"/>
    <w:rsid w:val="000D18D1"/>
    <w:rsid w:val="00124245"/>
    <w:rsid w:val="00131D41"/>
    <w:rsid w:val="0013748D"/>
    <w:rsid w:val="0015074B"/>
    <w:rsid w:val="0015395D"/>
    <w:rsid w:val="00174A46"/>
    <w:rsid w:val="001775F6"/>
    <w:rsid w:val="001779CB"/>
    <w:rsid w:val="001942FB"/>
    <w:rsid w:val="001B7FAE"/>
    <w:rsid w:val="001C4CB2"/>
    <w:rsid w:val="001D1D1A"/>
    <w:rsid w:val="001E337F"/>
    <w:rsid w:val="001E33DA"/>
    <w:rsid w:val="00210841"/>
    <w:rsid w:val="00216FB4"/>
    <w:rsid w:val="00237674"/>
    <w:rsid w:val="00245B06"/>
    <w:rsid w:val="00271DD4"/>
    <w:rsid w:val="00292055"/>
    <w:rsid w:val="0029639D"/>
    <w:rsid w:val="002A31FF"/>
    <w:rsid w:val="002A4A3D"/>
    <w:rsid w:val="002A7FFD"/>
    <w:rsid w:val="002B0889"/>
    <w:rsid w:val="002B4B03"/>
    <w:rsid w:val="002F2BF9"/>
    <w:rsid w:val="002F5073"/>
    <w:rsid w:val="00304D2B"/>
    <w:rsid w:val="00311628"/>
    <w:rsid w:val="00313E7D"/>
    <w:rsid w:val="00323FEF"/>
    <w:rsid w:val="00326F90"/>
    <w:rsid w:val="00344717"/>
    <w:rsid w:val="00350F70"/>
    <w:rsid w:val="00354803"/>
    <w:rsid w:val="00370085"/>
    <w:rsid w:val="00371C06"/>
    <w:rsid w:val="00390C69"/>
    <w:rsid w:val="00391693"/>
    <w:rsid w:val="003C20E8"/>
    <w:rsid w:val="003C5F0A"/>
    <w:rsid w:val="003C7716"/>
    <w:rsid w:val="003D19B7"/>
    <w:rsid w:val="003E5771"/>
    <w:rsid w:val="003F4903"/>
    <w:rsid w:val="004020B6"/>
    <w:rsid w:val="00405D96"/>
    <w:rsid w:val="004149DB"/>
    <w:rsid w:val="00450C79"/>
    <w:rsid w:val="00455711"/>
    <w:rsid w:val="00471AA0"/>
    <w:rsid w:val="00473A7B"/>
    <w:rsid w:val="0047458F"/>
    <w:rsid w:val="00485C97"/>
    <w:rsid w:val="00497DEC"/>
    <w:rsid w:val="004A0063"/>
    <w:rsid w:val="004A0099"/>
    <w:rsid w:val="004A36F9"/>
    <w:rsid w:val="004A3E0F"/>
    <w:rsid w:val="004C2EB1"/>
    <w:rsid w:val="004C78BC"/>
    <w:rsid w:val="004D732C"/>
    <w:rsid w:val="005001F1"/>
    <w:rsid w:val="0050266B"/>
    <w:rsid w:val="005104FF"/>
    <w:rsid w:val="00517537"/>
    <w:rsid w:val="005263DB"/>
    <w:rsid w:val="00530075"/>
    <w:rsid w:val="0053402D"/>
    <w:rsid w:val="00540C22"/>
    <w:rsid w:val="00541369"/>
    <w:rsid w:val="00541D1E"/>
    <w:rsid w:val="00553A3B"/>
    <w:rsid w:val="00593DBC"/>
    <w:rsid w:val="005A017C"/>
    <w:rsid w:val="005C27E9"/>
    <w:rsid w:val="005D7509"/>
    <w:rsid w:val="00613EBE"/>
    <w:rsid w:val="0064101E"/>
    <w:rsid w:val="00653595"/>
    <w:rsid w:val="006548A9"/>
    <w:rsid w:val="006575C4"/>
    <w:rsid w:val="00661BD2"/>
    <w:rsid w:val="00671D15"/>
    <w:rsid w:val="00671F8B"/>
    <w:rsid w:val="00682823"/>
    <w:rsid w:val="006A028D"/>
    <w:rsid w:val="006A382D"/>
    <w:rsid w:val="006A3C0D"/>
    <w:rsid w:val="006D44DB"/>
    <w:rsid w:val="006E2635"/>
    <w:rsid w:val="00717F64"/>
    <w:rsid w:val="00732E2C"/>
    <w:rsid w:val="007416AA"/>
    <w:rsid w:val="00753252"/>
    <w:rsid w:val="00755829"/>
    <w:rsid w:val="00762FB3"/>
    <w:rsid w:val="00765B2C"/>
    <w:rsid w:val="00792579"/>
    <w:rsid w:val="00793574"/>
    <w:rsid w:val="007A63B1"/>
    <w:rsid w:val="007C21CB"/>
    <w:rsid w:val="007C4D0F"/>
    <w:rsid w:val="007D299A"/>
    <w:rsid w:val="007F2306"/>
    <w:rsid w:val="007F4486"/>
    <w:rsid w:val="00826039"/>
    <w:rsid w:val="0082692D"/>
    <w:rsid w:val="00836667"/>
    <w:rsid w:val="00840AEA"/>
    <w:rsid w:val="0084159E"/>
    <w:rsid w:val="00842456"/>
    <w:rsid w:val="0086449E"/>
    <w:rsid w:val="00874955"/>
    <w:rsid w:val="008911C9"/>
    <w:rsid w:val="008A024E"/>
    <w:rsid w:val="008B4474"/>
    <w:rsid w:val="008C559A"/>
    <w:rsid w:val="008C64C8"/>
    <w:rsid w:val="008C7C36"/>
    <w:rsid w:val="008E7608"/>
    <w:rsid w:val="00903F62"/>
    <w:rsid w:val="0091742A"/>
    <w:rsid w:val="00927FF1"/>
    <w:rsid w:val="00937FA4"/>
    <w:rsid w:val="00954D32"/>
    <w:rsid w:val="00962FEA"/>
    <w:rsid w:val="00965CDF"/>
    <w:rsid w:val="00985C03"/>
    <w:rsid w:val="009D0E23"/>
    <w:rsid w:val="009F3327"/>
    <w:rsid w:val="00A0520B"/>
    <w:rsid w:val="00A05D88"/>
    <w:rsid w:val="00A17D9C"/>
    <w:rsid w:val="00A37815"/>
    <w:rsid w:val="00A86F86"/>
    <w:rsid w:val="00A94297"/>
    <w:rsid w:val="00A9785A"/>
    <w:rsid w:val="00A97E9E"/>
    <w:rsid w:val="00AA1D8D"/>
    <w:rsid w:val="00AD22C9"/>
    <w:rsid w:val="00AE4E1C"/>
    <w:rsid w:val="00B01FAD"/>
    <w:rsid w:val="00B301EC"/>
    <w:rsid w:val="00B41C0E"/>
    <w:rsid w:val="00B47730"/>
    <w:rsid w:val="00B576B3"/>
    <w:rsid w:val="00B75519"/>
    <w:rsid w:val="00BA4AE6"/>
    <w:rsid w:val="00BA57B3"/>
    <w:rsid w:val="00BA60E6"/>
    <w:rsid w:val="00BA6CBC"/>
    <w:rsid w:val="00BB115C"/>
    <w:rsid w:val="00BC0EF3"/>
    <w:rsid w:val="00BE1544"/>
    <w:rsid w:val="00C158CD"/>
    <w:rsid w:val="00C20AC3"/>
    <w:rsid w:val="00C26043"/>
    <w:rsid w:val="00C4103C"/>
    <w:rsid w:val="00C434B8"/>
    <w:rsid w:val="00C4480E"/>
    <w:rsid w:val="00C51D9E"/>
    <w:rsid w:val="00C51E7D"/>
    <w:rsid w:val="00C53E84"/>
    <w:rsid w:val="00C75AE0"/>
    <w:rsid w:val="00C77BA0"/>
    <w:rsid w:val="00C947D5"/>
    <w:rsid w:val="00C97E98"/>
    <w:rsid w:val="00CA4EEB"/>
    <w:rsid w:val="00CA7A78"/>
    <w:rsid w:val="00CB0664"/>
    <w:rsid w:val="00CC7F3C"/>
    <w:rsid w:val="00CE0DB6"/>
    <w:rsid w:val="00CE4CA2"/>
    <w:rsid w:val="00CF7EE2"/>
    <w:rsid w:val="00D06A92"/>
    <w:rsid w:val="00D26817"/>
    <w:rsid w:val="00D428A4"/>
    <w:rsid w:val="00D50C58"/>
    <w:rsid w:val="00D523C6"/>
    <w:rsid w:val="00D65B54"/>
    <w:rsid w:val="00D85B12"/>
    <w:rsid w:val="00D91C85"/>
    <w:rsid w:val="00D93F47"/>
    <w:rsid w:val="00DF5A0F"/>
    <w:rsid w:val="00E05A00"/>
    <w:rsid w:val="00E21BD0"/>
    <w:rsid w:val="00E228D3"/>
    <w:rsid w:val="00E23749"/>
    <w:rsid w:val="00E23E81"/>
    <w:rsid w:val="00E26816"/>
    <w:rsid w:val="00E2762C"/>
    <w:rsid w:val="00E33DF1"/>
    <w:rsid w:val="00E61686"/>
    <w:rsid w:val="00E635E2"/>
    <w:rsid w:val="00E85298"/>
    <w:rsid w:val="00E87D90"/>
    <w:rsid w:val="00E9338D"/>
    <w:rsid w:val="00E945D4"/>
    <w:rsid w:val="00EF2644"/>
    <w:rsid w:val="00EF2FAE"/>
    <w:rsid w:val="00F00406"/>
    <w:rsid w:val="00F006E0"/>
    <w:rsid w:val="00F04F79"/>
    <w:rsid w:val="00F10F33"/>
    <w:rsid w:val="00F11BF2"/>
    <w:rsid w:val="00F257B6"/>
    <w:rsid w:val="00F25F5C"/>
    <w:rsid w:val="00F57449"/>
    <w:rsid w:val="00F612E6"/>
    <w:rsid w:val="00F76CEE"/>
    <w:rsid w:val="00F871AB"/>
    <w:rsid w:val="00F93BDA"/>
    <w:rsid w:val="00FC2773"/>
    <w:rsid w:val="00FC693F"/>
    <w:rsid w:val="00FD2A8F"/>
    <w:rsid w:val="00FE035B"/>
    <w:rsid w:val="00FE14E1"/>
    <w:rsid w:val="00FF4EC0"/>
    <w:rsid w:val="00FF505C"/>
    <w:rsid w:val="00FF62DB"/>
    <w:rsid w:val="3D32F7E1"/>
    <w:rsid w:val="3F06B711"/>
    <w:rsid w:val="6558BAB6"/>
    <w:rsid w:val="6F55B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4062061"/>
  <w14:defaultImageDpi w14:val="300"/>
  <w15:docId w15:val="{F074ED85-1A62-45B4-BABD-DB99A995C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4E79"/>
      <w:sz w:val="24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F4E79"/>
      <w:spacing w:val="5"/>
      <w:kern w:val="28"/>
      <w:sz w:val="36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BAVberschrift">
    <w:name w:val="BAV Überschrift"/>
    <w:basedOn w:val="Standard"/>
    <w:pPr>
      <w:keepNext/>
      <w:spacing w:before="160" w:after="60"/>
    </w:pPr>
    <w:rPr>
      <w:b/>
      <w:color w:val="1F497D"/>
      <w:sz w:val="22"/>
      <w:u w:val="single"/>
    </w:rPr>
  </w:style>
  <w:style w:type="paragraph" w:customStyle="1" w:styleId="BAVTitel">
    <w:name w:val="BAV Titel"/>
    <w:basedOn w:val="Standard"/>
    <w:pPr>
      <w:spacing w:before="40" w:after="160"/>
    </w:pPr>
    <w:rPr>
      <w:b/>
      <w:color w:val="1F497D"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76C831AD65ECC4A840FB7D6CB5B5361" ma:contentTypeVersion="13" ma:contentTypeDescription="Ein neues Dokument erstellen." ma:contentTypeScope="" ma:versionID="87c24fc5abdecc001f09222305e8d56b">
  <xsd:schema xmlns:xsd="http://www.w3.org/2001/XMLSchema" xmlns:xs="http://www.w3.org/2001/XMLSchema" xmlns:p="http://schemas.microsoft.com/office/2006/metadata/properties" xmlns:ns2="7394f4ed-1e32-4122-8f06-9fc97de6b7c6" xmlns:ns3="0c73bd38-966e-4c08-8e4e-ea2a516eb71e" targetNamespace="http://schemas.microsoft.com/office/2006/metadata/properties" ma:root="true" ma:fieldsID="87bc070046987dca3c0b6d2615ac9efb" ns2:_="" ns3:_="">
    <xsd:import namespace="7394f4ed-1e32-4122-8f06-9fc97de6b7c6"/>
    <xsd:import namespace="0c73bd38-966e-4c08-8e4e-ea2a516eb7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94f4ed-1e32-4122-8f06-9fc97de6b7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e8123c07-0da8-48eb-9d3a-29fc8bdd09b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73bd38-966e-4c08-8e4e-ea2a516eb71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0e916a4-4df7-45c6-9e25-537fc15104f7}" ma:internalName="TaxCatchAll" ma:showField="CatchAllData" ma:web="0c73bd38-966e-4c08-8e4e-ea2a516eb7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c73bd38-966e-4c08-8e4e-ea2a516eb71e" xsi:nil="true"/>
    <lcf76f155ced4ddcb4097134ff3c332f xmlns="7394f4ed-1e32-4122-8f06-9fc97de6b7c6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82A08B8-C32C-48CE-A682-41CA45579AB7}"/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BEE156A-808F-4CE5-9593-7CFBABC9759B}">
  <ds:schemaRefs>
    <ds:schemaRef ds:uri="http://schemas.microsoft.com/office/2006/metadata/properties"/>
    <ds:schemaRef ds:uri="http://schemas.microsoft.com/office/infopath/2007/PartnerControls"/>
    <ds:schemaRef ds:uri="87499c12-2826-43d9-83ba-ad8e1576423e"/>
    <ds:schemaRef ds:uri="f55d4312-0e97-425d-942e-f9c5153ff3de"/>
  </ds:schemaRefs>
</ds:datastoreItem>
</file>

<file path=customXml/itemProps4.xml><?xml version="1.0" encoding="utf-8"?>
<ds:datastoreItem xmlns:ds="http://schemas.openxmlformats.org/officeDocument/2006/customXml" ds:itemID="{53AECB8D-9766-4CCD-A6A2-E3902BD8680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431</Words>
  <Characters>3638</Characters>
  <Application>Microsoft Office Word</Application>
  <DocSecurity>0</DocSecurity>
  <Lines>404</Lines>
  <Paragraphs>193</Paragraphs>
  <ScaleCrop>false</ScaleCrop>
  <Manager/>
  <Company/>
  <LinksUpToDate>false</LinksUpToDate>
  <CharactersWithSpaces>3876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Wiederverwendbare Blankovorlage</dc:subject>
  <dc:creator>Zlotos, Ralf</dc:creator>
  <cp:keywords/>
  <dc:description>generated by python-docx</dc:description>
  <cp:lastModifiedBy>Zlotos, Ralf</cp:lastModifiedBy>
  <cp:revision>176</cp:revision>
  <dcterms:created xsi:type="dcterms:W3CDTF">2026-09-26T12:48:00Z</dcterms:created>
  <dcterms:modified xsi:type="dcterms:W3CDTF">2026-10-26T13:26:00Z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0x010100776C831AD65ECC4A840FB7D6CB5B5361</vt:lpwstr>
  </property>
  <property fmtid="{D5CDD505-2E9C-101B-9397-08002B2CF9AE}" pid="3" name="docLang">
    <vt:lpwstr>de</vt:lpwstr>
  </property>
  <property fmtid="{D5CDD505-2E9C-101B-9397-08002B2CF9AE}" pid="4" name="MediaServiceImageTags">
    <vt:lpwstr/>
  </property>
  <property fmtid="{D5CDD505-2E9C-101B-9397-08002B2CF9AE}" pid="5" name="Order">
    <vt:r8>8345300</vt:r8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_ExtendedDescription">
    <vt:lpwstr/>
  </property>
</Properties>
</file>