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B1079" w14:textId="77777777" w:rsidR="00FD0EF9" w:rsidRPr="00A133EB" w:rsidRDefault="009E0120">
      <w:pPr>
        <w:pStyle w:val="berschrift1"/>
        <w:jc w:val="center"/>
        <w:rPr>
          <w:rFonts w:ascii="Arial" w:hAnsi="Arial" w:cs="Arial"/>
          <w:color w:val="auto"/>
        </w:rPr>
      </w:pPr>
      <w:r w:rsidRPr="00A133EB">
        <w:rPr>
          <w:rFonts w:ascii="Arial" w:hAnsi="Arial" w:cs="Arial"/>
          <w:color w:val="auto"/>
        </w:rPr>
        <w:t>Formblatt – Referenzaufträge nach § 46 VgV</w:t>
      </w:r>
    </w:p>
    <w:p w14:paraId="3893DE61" w14:textId="77777777" w:rsidR="00697691" w:rsidRDefault="009E0120">
      <w:pPr>
        <w:rPr>
          <w:rFonts w:ascii="Arial" w:hAnsi="Arial" w:cs="Arial"/>
        </w:rPr>
      </w:pPr>
      <w:r w:rsidRPr="00A133EB">
        <w:rPr>
          <w:rFonts w:ascii="Arial" w:hAnsi="Arial" w:cs="Arial"/>
        </w:rPr>
        <w:t>Nachweis der technischen und beruflichen Leistungsfähigkeit gemäß § 46 Vergabeverordnung (VgV)</w:t>
      </w:r>
    </w:p>
    <w:p w14:paraId="59BED7F2" w14:textId="77777777" w:rsidR="00AE3D14" w:rsidRDefault="00697691">
      <w:pPr>
        <w:rPr>
          <w:rFonts w:ascii="Arial" w:hAnsi="Arial" w:cs="Arial"/>
        </w:rPr>
      </w:pPr>
      <w:r w:rsidRPr="00697691">
        <w:rPr>
          <w:rFonts w:ascii="Arial" w:hAnsi="Arial" w:cs="Arial"/>
          <w:b/>
        </w:rPr>
        <w:t>Auftrag</w:t>
      </w:r>
      <w:r>
        <w:rPr>
          <w:rFonts w:ascii="Arial" w:hAnsi="Arial" w:cs="Arial"/>
        </w:rPr>
        <w:t>:</w:t>
      </w:r>
      <w:r w:rsidR="005221FE">
        <w:rPr>
          <w:rFonts w:ascii="Arial" w:hAnsi="Arial" w:cs="Arial"/>
        </w:rPr>
        <w:t xml:space="preserve"> </w:t>
      </w:r>
      <w:r w:rsidR="00AE3D14">
        <w:rPr>
          <w:rFonts w:ascii="Arial" w:hAnsi="Arial" w:cs="Arial"/>
        </w:rPr>
        <w:t>Sicherheitsdienstleistungen II</w:t>
      </w:r>
      <w:r w:rsidR="00686CAD" w:rsidRPr="00686CAD">
        <w:rPr>
          <w:rFonts w:ascii="Arial" w:hAnsi="Arial" w:cs="Arial"/>
        </w:rPr>
        <w:t xml:space="preserve"> </w:t>
      </w:r>
      <w:r w:rsidR="00686CAD" w:rsidRPr="00236635">
        <w:rPr>
          <w:rFonts w:ascii="Arial" w:hAnsi="Arial" w:cs="Arial"/>
          <w:b/>
        </w:rPr>
        <w:t>VergabeNr.</w:t>
      </w:r>
      <w:r w:rsidR="00686CAD" w:rsidRPr="00686CAD">
        <w:rPr>
          <w:rFonts w:ascii="Arial" w:hAnsi="Arial" w:cs="Arial"/>
        </w:rPr>
        <w:t xml:space="preserve"> #26-</w:t>
      </w:r>
      <w:r w:rsidR="00AE3D14">
        <w:rPr>
          <w:rFonts w:ascii="Arial" w:hAnsi="Arial" w:cs="Arial"/>
        </w:rPr>
        <w:t>220</w:t>
      </w:r>
      <w:r w:rsidR="00236635">
        <w:rPr>
          <w:rFonts w:ascii="Arial" w:hAnsi="Arial" w:cs="Arial"/>
        </w:rPr>
        <w:t>,</w:t>
      </w:r>
    </w:p>
    <w:p w14:paraId="1BC702B6" w14:textId="4A0369EA" w:rsidR="00236635" w:rsidRDefault="00AE3D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Referenz für Los Nr. </w:t>
      </w:r>
      <w:sdt>
        <w:sdtPr>
          <w:rPr>
            <w:rFonts w:ascii="Arial" w:hAnsi="Arial" w:cs="Arial"/>
          </w:rPr>
          <w:id w:val="-1222437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1, </w:t>
      </w:r>
      <w:sdt>
        <w:sdtPr>
          <w:rPr>
            <w:rFonts w:ascii="Arial" w:hAnsi="Arial" w:cs="Arial"/>
          </w:rPr>
          <w:id w:val="-1969415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2, </w:t>
      </w:r>
      <w:sdt>
        <w:sdtPr>
          <w:rPr>
            <w:rFonts w:ascii="Arial" w:hAnsi="Arial" w:cs="Arial"/>
          </w:rPr>
          <w:id w:val="1128433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3</w:t>
      </w:r>
    </w:p>
    <w:p w14:paraId="235948DF" w14:textId="77777777" w:rsidR="00FD0EF9" w:rsidRPr="00A133EB" w:rsidRDefault="009E0120">
      <w:pPr>
        <w:pStyle w:val="berschrift2"/>
        <w:rPr>
          <w:rFonts w:ascii="Arial" w:hAnsi="Arial" w:cs="Arial"/>
          <w:color w:val="auto"/>
        </w:rPr>
      </w:pPr>
      <w:r w:rsidRPr="00A133EB">
        <w:rPr>
          <w:rFonts w:ascii="Arial" w:hAnsi="Arial" w:cs="Arial"/>
          <w:color w:val="auto"/>
        </w:rPr>
        <w:t xml:space="preserve">1. </w:t>
      </w:r>
      <w:r w:rsidR="00302E38">
        <w:rPr>
          <w:rFonts w:ascii="Arial" w:hAnsi="Arial" w:cs="Arial"/>
          <w:color w:val="auto"/>
        </w:rPr>
        <w:t xml:space="preserve">Bieter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235"/>
      </w:tblGrid>
      <w:tr w:rsidR="00A133EB" w:rsidRPr="00A133EB" w14:paraId="74EDD578" w14:textId="77777777" w:rsidTr="00302E38">
        <w:tc>
          <w:tcPr>
            <w:tcW w:w="2405" w:type="dxa"/>
          </w:tcPr>
          <w:p w14:paraId="334D67C2" w14:textId="77777777" w:rsidR="00FD0EF9" w:rsidRPr="00A133EB" w:rsidRDefault="009E0120" w:rsidP="00B77C2D">
            <w:pPr>
              <w:spacing w:before="240" w:after="240"/>
              <w:rPr>
                <w:rFonts w:ascii="Arial" w:hAnsi="Arial" w:cs="Arial"/>
              </w:rPr>
            </w:pPr>
            <w:r w:rsidRPr="00A133EB">
              <w:rPr>
                <w:rFonts w:ascii="Arial" w:hAnsi="Arial" w:cs="Arial"/>
              </w:rPr>
              <w:t>Unternehmensname:</w:t>
            </w:r>
          </w:p>
        </w:tc>
        <w:sdt>
          <w:sdtPr>
            <w:rPr>
              <w:rFonts w:ascii="Arial" w:hAnsi="Arial" w:cs="Arial"/>
            </w:rPr>
            <w:id w:val="1305731474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alias w:val="Firma"/>
                <w:tag w:val=""/>
                <w:id w:val="-1424873630"/>
                <w:placeholder>
                  <w:docPart w:val="46326B6EEA874CA381EA09B274695367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6235" w:type="dxa"/>
                  </w:tcPr>
                  <w:p w14:paraId="3B9241A9" w14:textId="77777777" w:rsidR="00FD0EF9" w:rsidRPr="00A133EB" w:rsidRDefault="00617F5A" w:rsidP="00617F5A">
                    <w:pPr>
                      <w:rPr>
                        <w:rFonts w:ascii="Arial" w:hAnsi="Arial" w:cs="Arial"/>
                      </w:rPr>
                    </w:pPr>
                    <w:r w:rsidRPr="002B2CD0">
                      <w:rPr>
                        <w:rStyle w:val="Platzhaltertext"/>
                      </w:rPr>
                      <w:t>[Firma]</w:t>
                    </w:r>
                  </w:p>
                </w:tc>
              </w:sdtContent>
            </w:sdt>
          </w:sdtContent>
        </w:sdt>
      </w:tr>
    </w:tbl>
    <w:p w14:paraId="63235E11" w14:textId="77777777" w:rsidR="00FD0EF9" w:rsidRPr="00A133EB" w:rsidRDefault="00FD0EF9">
      <w:pPr>
        <w:rPr>
          <w:rFonts w:ascii="Arial" w:hAnsi="Arial" w:cs="Arial"/>
        </w:rPr>
      </w:pPr>
    </w:p>
    <w:p w14:paraId="5EDCAD95" w14:textId="77777777" w:rsidR="00FD0EF9" w:rsidRPr="00A133EB" w:rsidRDefault="009E0120">
      <w:pPr>
        <w:pStyle w:val="berschrift2"/>
        <w:rPr>
          <w:rFonts w:ascii="Arial" w:hAnsi="Arial" w:cs="Arial"/>
          <w:color w:val="auto"/>
        </w:rPr>
      </w:pPr>
      <w:r w:rsidRPr="00A133EB">
        <w:rPr>
          <w:rFonts w:ascii="Arial" w:hAnsi="Arial" w:cs="Arial"/>
          <w:color w:val="auto"/>
        </w:rPr>
        <w:t xml:space="preserve">2. Referenzauftrag </w:t>
      </w:r>
      <w:r w:rsidRPr="00B77C2D">
        <w:rPr>
          <w:rFonts w:ascii="Arial" w:hAnsi="Arial" w:cs="Arial"/>
          <w:b w:val="0"/>
          <w:color w:val="auto"/>
          <w:sz w:val="22"/>
        </w:rPr>
        <w:t>(für jeden Auftrag bitte separat ausfüllen)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A133EB" w:rsidRPr="00617F5A" w14:paraId="5AB77284" w14:textId="77777777" w:rsidTr="00B77C2D">
        <w:tc>
          <w:tcPr>
            <w:tcW w:w="4320" w:type="dxa"/>
          </w:tcPr>
          <w:p w14:paraId="52FC0D30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Bezeichnung des Projekts / Auftrags: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433501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2A92BF08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738439D5" w14:textId="77777777" w:rsidTr="00B77C2D">
        <w:tc>
          <w:tcPr>
            <w:tcW w:w="4320" w:type="dxa"/>
          </w:tcPr>
          <w:p w14:paraId="4AB11F46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Art der Leistung (Liefer-/Dienstleistung):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536481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08099ACC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1EC2E79D" w14:textId="77777777" w:rsidTr="00B77C2D">
        <w:tc>
          <w:tcPr>
            <w:tcW w:w="4320" w:type="dxa"/>
          </w:tcPr>
          <w:p w14:paraId="32AB8349" w14:textId="77777777" w:rsidR="00FD0EF9" w:rsidRPr="00617F5A" w:rsidRDefault="009E0120" w:rsidP="005221FE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Kurzbeschreibung der erbrachten Leistung</w:t>
            </w:r>
            <w:r w:rsidR="00302E38" w:rsidRPr="00617F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2E38" w:rsidRPr="00617F5A">
              <w:rPr>
                <w:rFonts w:ascii="Arial" w:hAnsi="Arial" w:cs="Arial"/>
                <w:sz w:val="20"/>
                <w:szCs w:val="20"/>
              </w:rPr>
              <w:br/>
            </w:r>
            <w:r w:rsidR="005221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78010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78D8585D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12CFAE50" w14:textId="77777777" w:rsidTr="00B77C2D">
        <w:tc>
          <w:tcPr>
            <w:tcW w:w="4320" w:type="dxa"/>
          </w:tcPr>
          <w:p w14:paraId="363C4761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Auftragswert (netto in EUR):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306005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418B29CE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552F04FE" w14:textId="77777777" w:rsidTr="00B77C2D">
        <w:tc>
          <w:tcPr>
            <w:tcW w:w="4320" w:type="dxa"/>
          </w:tcPr>
          <w:p w14:paraId="445EEACF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Leistungszeitraum – Beginn (Monat/Jahr):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764077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0862E670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3515A06E" w14:textId="77777777" w:rsidTr="00B77C2D">
        <w:tc>
          <w:tcPr>
            <w:tcW w:w="4320" w:type="dxa"/>
          </w:tcPr>
          <w:p w14:paraId="07DF67DB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Leistungszeitraum – Abschluss (Monat/Jahr):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371225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209FFF66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48E75BB0" w14:textId="77777777" w:rsidTr="00B77C2D">
        <w:tc>
          <w:tcPr>
            <w:tcW w:w="4320" w:type="dxa"/>
          </w:tcPr>
          <w:p w14:paraId="19B87487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Leistungsort: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455004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545B2D58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732F1E87" w14:textId="77777777" w:rsidTr="00B77C2D">
        <w:tc>
          <w:tcPr>
            <w:tcW w:w="4320" w:type="dxa"/>
          </w:tcPr>
          <w:p w14:paraId="6EB55D28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Name</w:t>
            </w:r>
            <w:r w:rsidR="00AC5145" w:rsidRPr="00617F5A">
              <w:rPr>
                <w:rFonts w:ascii="Arial" w:hAnsi="Arial" w:cs="Arial"/>
                <w:sz w:val="20"/>
                <w:szCs w:val="20"/>
              </w:rPr>
              <w:t xml:space="preserve"> und Anschrift</w:t>
            </w:r>
            <w:r w:rsidRPr="00617F5A">
              <w:rPr>
                <w:rFonts w:ascii="Arial" w:hAnsi="Arial" w:cs="Arial"/>
                <w:sz w:val="20"/>
                <w:szCs w:val="20"/>
              </w:rPr>
              <w:t xml:space="preserve"> des Auftraggebers / Empfängers: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23020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3EC3A8CA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6E29F002" w14:textId="77777777" w:rsidTr="00B77C2D">
        <w:tc>
          <w:tcPr>
            <w:tcW w:w="4320" w:type="dxa"/>
          </w:tcPr>
          <w:p w14:paraId="71B31661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Art des Auftraggebers (öffentlich/privat):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0152679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7E6E7275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41596399" w14:textId="77777777" w:rsidTr="00B77C2D">
        <w:tc>
          <w:tcPr>
            <w:tcW w:w="4320" w:type="dxa"/>
          </w:tcPr>
          <w:p w14:paraId="59E96028" w14:textId="77777777" w:rsidR="00FD0EF9" w:rsidRPr="00617F5A" w:rsidRDefault="009E0120" w:rsidP="00AC5145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lastRenderedPageBreak/>
              <w:t>Ansprechp</w:t>
            </w:r>
            <w:r w:rsidR="00AC5145" w:rsidRPr="00617F5A">
              <w:rPr>
                <w:rFonts w:ascii="Arial" w:hAnsi="Arial" w:cs="Arial"/>
                <w:sz w:val="20"/>
                <w:szCs w:val="20"/>
              </w:rPr>
              <w:t>erson</w:t>
            </w:r>
            <w:r w:rsidRPr="00617F5A">
              <w:rPr>
                <w:rFonts w:ascii="Arial" w:hAnsi="Arial" w:cs="Arial"/>
                <w:sz w:val="20"/>
                <w:szCs w:val="20"/>
              </w:rPr>
              <w:t xml:space="preserve"> beim Auftraggeber (Name, Funktion):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8843775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691AB9DE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9E0120" w:rsidRPr="00617F5A" w14:paraId="5743E0A3" w14:textId="77777777" w:rsidTr="00B77C2D">
        <w:tc>
          <w:tcPr>
            <w:tcW w:w="4320" w:type="dxa"/>
          </w:tcPr>
          <w:p w14:paraId="1D4EB848" w14:textId="77777777" w:rsidR="00FD0EF9" w:rsidRPr="00617F5A" w:rsidRDefault="009E0120" w:rsidP="00AC5145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Telefon und E-Mail de</w:t>
            </w:r>
            <w:r w:rsidR="00AC5145" w:rsidRPr="00617F5A">
              <w:rPr>
                <w:rFonts w:ascii="Arial" w:hAnsi="Arial" w:cs="Arial"/>
                <w:sz w:val="20"/>
                <w:szCs w:val="20"/>
              </w:rPr>
              <w:t>r</w:t>
            </w:r>
            <w:r w:rsidRPr="00617F5A">
              <w:rPr>
                <w:rFonts w:ascii="Arial" w:hAnsi="Arial" w:cs="Arial"/>
                <w:sz w:val="20"/>
                <w:szCs w:val="20"/>
              </w:rPr>
              <w:t xml:space="preserve"> Ansprechp</w:t>
            </w:r>
            <w:r w:rsidR="00AC5145" w:rsidRPr="00617F5A">
              <w:rPr>
                <w:rFonts w:ascii="Arial" w:hAnsi="Arial" w:cs="Arial"/>
                <w:sz w:val="20"/>
                <w:szCs w:val="20"/>
              </w:rPr>
              <w:t>erson</w:t>
            </w:r>
            <w:r w:rsidRPr="00617F5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7390292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70005182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620DA328" w14:textId="77777777" w:rsidR="00FD0EF9" w:rsidRPr="00617F5A" w:rsidRDefault="00FD0EF9">
      <w:pPr>
        <w:rPr>
          <w:rFonts w:ascii="Arial" w:hAnsi="Arial" w:cs="Arial"/>
          <w:sz w:val="20"/>
          <w:szCs w:val="20"/>
        </w:rPr>
      </w:pPr>
    </w:p>
    <w:p w14:paraId="40391C7C" w14:textId="77777777" w:rsidR="00FD0EF9" w:rsidRPr="00617F5A" w:rsidRDefault="009E0120">
      <w:pPr>
        <w:rPr>
          <w:rFonts w:ascii="Arial" w:hAnsi="Arial" w:cs="Arial"/>
          <w:sz w:val="20"/>
          <w:szCs w:val="20"/>
        </w:rPr>
      </w:pPr>
      <w:r w:rsidRPr="00617F5A">
        <w:rPr>
          <w:rFonts w:ascii="Arial" w:hAnsi="Arial" w:cs="Arial"/>
          <w:sz w:val="20"/>
          <w:szCs w:val="20"/>
        </w:rPr>
        <w:t>Hinweis: Es dürfen nur Referenzaufträge aufgeführt werden, die innerhalb der letzten höchstens fünf Jahre erbracht wurden.</w:t>
      </w:r>
    </w:p>
    <w:p w14:paraId="6A068A8D" w14:textId="77777777" w:rsidR="00FD0EF9" w:rsidRPr="00A133EB" w:rsidRDefault="00FD0EF9">
      <w:pPr>
        <w:rPr>
          <w:rFonts w:ascii="Arial" w:hAnsi="Arial" w:cs="Arial"/>
        </w:rPr>
      </w:pPr>
    </w:p>
    <w:p w14:paraId="17FE2455" w14:textId="77777777" w:rsidR="00FD0EF9" w:rsidRPr="00A133EB" w:rsidRDefault="009E0120">
      <w:pPr>
        <w:pStyle w:val="berschrift2"/>
        <w:rPr>
          <w:rFonts w:ascii="Arial" w:hAnsi="Arial" w:cs="Arial"/>
          <w:color w:val="auto"/>
        </w:rPr>
      </w:pPr>
      <w:r w:rsidRPr="00A133EB">
        <w:rPr>
          <w:rFonts w:ascii="Arial" w:hAnsi="Arial" w:cs="Arial"/>
          <w:color w:val="auto"/>
        </w:rPr>
        <w:t>3. Eigenerklärung</w:t>
      </w:r>
    </w:p>
    <w:p w14:paraId="0BC493F1" w14:textId="77777777" w:rsidR="00D239F3" w:rsidRPr="00617F5A" w:rsidRDefault="00302E38" w:rsidP="00D239F3">
      <w:pPr>
        <w:rPr>
          <w:rFonts w:ascii="Arial" w:hAnsi="Arial" w:cs="Arial"/>
          <w:sz w:val="20"/>
        </w:rPr>
      </w:pPr>
      <w:r>
        <w:rPr>
          <w:rFonts w:ascii="Arial" w:hAnsi="Arial" w:cs="Arial"/>
        </w:rPr>
        <w:br/>
      </w:r>
      <w:r w:rsidR="009E0120" w:rsidRPr="00617F5A">
        <w:rPr>
          <w:rFonts w:ascii="Arial" w:hAnsi="Arial" w:cs="Arial"/>
          <w:sz w:val="20"/>
        </w:rPr>
        <w:t>Hiermit versicher</w:t>
      </w:r>
      <w:r w:rsidR="00D239F3" w:rsidRPr="00617F5A">
        <w:rPr>
          <w:rFonts w:ascii="Arial" w:hAnsi="Arial" w:cs="Arial"/>
          <w:sz w:val="20"/>
        </w:rPr>
        <w:t>e ich</w:t>
      </w:r>
      <w:r w:rsidR="009E0120" w:rsidRPr="00617F5A">
        <w:rPr>
          <w:rFonts w:ascii="Arial" w:hAnsi="Arial" w:cs="Arial"/>
          <w:sz w:val="20"/>
        </w:rPr>
        <w:t xml:space="preserve">, dass </w:t>
      </w:r>
      <w:r w:rsidR="00D239F3" w:rsidRPr="00617F5A">
        <w:rPr>
          <w:rFonts w:ascii="Arial" w:hAnsi="Arial" w:cs="Arial"/>
          <w:sz w:val="20"/>
        </w:rPr>
        <w:t xml:space="preserve">ich </w:t>
      </w:r>
      <w:r w:rsidR="004D06EA" w:rsidRPr="00617F5A">
        <w:rPr>
          <w:rFonts w:ascii="Arial" w:hAnsi="Arial" w:cs="Arial"/>
          <w:sz w:val="20"/>
        </w:rPr>
        <w:t>die Einwilligung der o.g. Ansprechperson habe</w:t>
      </w:r>
      <w:r w:rsidR="00D239F3" w:rsidRPr="00617F5A">
        <w:rPr>
          <w:rFonts w:ascii="Arial" w:hAnsi="Arial" w:cs="Arial"/>
          <w:sz w:val="20"/>
        </w:rPr>
        <w:t xml:space="preserve">, die </w:t>
      </w:r>
      <w:r w:rsidR="004D06EA" w:rsidRPr="00617F5A">
        <w:rPr>
          <w:rFonts w:ascii="Arial" w:hAnsi="Arial" w:cs="Arial"/>
          <w:sz w:val="20"/>
        </w:rPr>
        <w:t xml:space="preserve">genannten </w:t>
      </w:r>
      <w:r w:rsidR="00D239F3" w:rsidRPr="00617F5A">
        <w:rPr>
          <w:rFonts w:ascii="Arial" w:hAnsi="Arial" w:cs="Arial"/>
          <w:sz w:val="20"/>
        </w:rPr>
        <w:t>personenbezogenen Daten weiterzugeben</w:t>
      </w:r>
      <w:r w:rsidR="004D06EA" w:rsidRPr="00617F5A">
        <w:rPr>
          <w:rFonts w:ascii="Arial" w:hAnsi="Arial" w:cs="Arial"/>
          <w:sz w:val="20"/>
        </w:rPr>
        <w:t xml:space="preserve"> (gem. § 6 Abs. 1 lit. a DSGVO)</w:t>
      </w:r>
      <w:r w:rsidR="00D239F3" w:rsidRPr="00617F5A">
        <w:rPr>
          <w:rFonts w:ascii="Arial" w:hAnsi="Arial" w:cs="Arial"/>
          <w:sz w:val="20"/>
        </w:rPr>
        <w:t>.</w:t>
      </w:r>
    </w:p>
    <w:p w14:paraId="0F6C4DD5" w14:textId="77777777" w:rsidR="00D239F3" w:rsidRPr="00617F5A" w:rsidRDefault="00D239F3" w:rsidP="00D239F3">
      <w:pPr>
        <w:rPr>
          <w:rFonts w:ascii="Arial" w:hAnsi="Arial" w:cs="Arial"/>
          <w:sz w:val="20"/>
        </w:rPr>
      </w:pPr>
      <w:r w:rsidRPr="00617F5A">
        <w:rPr>
          <w:rFonts w:ascii="Arial" w:hAnsi="Arial" w:cs="Arial"/>
          <w:sz w:val="20"/>
        </w:rPr>
        <w:t xml:space="preserve">Ich versichere weiterhin, </w:t>
      </w:r>
      <w:r w:rsidR="004D06EA" w:rsidRPr="00617F5A">
        <w:rPr>
          <w:rFonts w:ascii="Arial" w:hAnsi="Arial" w:cs="Arial"/>
          <w:sz w:val="20"/>
        </w:rPr>
        <w:t xml:space="preserve">dass </w:t>
      </w:r>
      <w:r w:rsidR="009E0120" w:rsidRPr="00617F5A">
        <w:rPr>
          <w:rFonts w:ascii="Arial" w:hAnsi="Arial" w:cs="Arial"/>
          <w:sz w:val="20"/>
        </w:rPr>
        <w:t xml:space="preserve">die vorstehenden Angaben zutreffend sind und die benannten Leistungen </w:t>
      </w:r>
      <w:r w:rsidRPr="00617F5A">
        <w:rPr>
          <w:rFonts w:ascii="Arial" w:hAnsi="Arial" w:cs="Arial"/>
          <w:sz w:val="20"/>
        </w:rPr>
        <w:t>vertragsgemäß ausgeführt wurden</w:t>
      </w:r>
      <w:r w:rsidR="009E0120" w:rsidRPr="00617F5A">
        <w:rPr>
          <w:rFonts w:ascii="Arial" w:hAnsi="Arial" w:cs="Arial"/>
          <w:sz w:val="20"/>
        </w:rPr>
        <w:t>.</w:t>
      </w:r>
    </w:p>
    <w:p w14:paraId="48F2B095" w14:textId="77777777" w:rsidR="00FD0EF9" w:rsidRPr="00617F5A" w:rsidRDefault="00FD0EF9">
      <w:pPr>
        <w:rPr>
          <w:rFonts w:ascii="Arial" w:hAnsi="Arial" w:cs="Arial"/>
          <w:sz w:val="20"/>
        </w:rPr>
      </w:pPr>
    </w:p>
    <w:p w14:paraId="216D138E" w14:textId="77777777" w:rsidR="00FD0EF9" w:rsidRPr="00617F5A" w:rsidRDefault="009E0120" w:rsidP="00B77C2D">
      <w:pPr>
        <w:spacing w:before="240" w:after="240"/>
        <w:rPr>
          <w:rFonts w:ascii="Arial" w:hAnsi="Arial" w:cs="Arial"/>
          <w:sz w:val="20"/>
        </w:rPr>
      </w:pPr>
      <w:r w:rsidRPr="00617F5A">
        <w:rPr>
          <w:rFonts w:ascii="Arial" w:hAnsi="Arial" w:cs="Arial"/>
          <w:sz w:val="20"/>
        </w:rPr>
        <w:t xml:space="preserve">Ort, Datum: </w:t>
      </w:r>
      <w:sdt>
        <w:sdtPr>
          <w:rPr>
            <w:rFonts w:ascii="Arial" w:hAnsi="Arial" w:cs="Arial"/>
            <w:sz w:val="20"/>
          </w:rPr>
          <w:id w:val="-1831122596"/>
          <w:placeholder>
            <w:docPart w:val="DefaultPlaceholder_-1854013440"/>
          </w:placeholder>
          <w:showingPlcHdr/>
        </w:sdtPr>
        <w:sdtEndPr/>
        <w:sdtContent>
          <w:r w:rsidR="00302E38" w:rsidRPr="00617F5A">
            <w:rPr>
              <w:rStyle w:val="Platzhaltertext"/>
              <w:sz w:val="20"/>
            </w:rPr>
            <w:t>Klicken oder tippen Sie hier, um Text einzugeben.</w:t>
          </w:r>
        </w:sdtContent>
      </w:sdt>
      <w:r w:rsidR="00D239F3" w:rsidRPr="00617F5A">
        <w:rPr>
          <w:rFonts w:ascii="Arial" w:hAnsi="Arial" w:cs="Arial"/>
          <w:sz w:val="20"/>
        </w:rPr>
        <w:t xml:space="preserve"> </w:t>
      </w:r>
    </w:p>
    <w:p w14:paraId="7093F6BD" w14:textId="77777777" w:rsidR="00FD0EF9" w:rsidRPr="00D30B53" w:rsidRDefault="00302E38" w:rsidP="00B77C2D">
      <w:pPr>
        <w:spacing w:before="240" w:after="240"/>
        <w:rPr>
          <w:rFonts w:ascii="Arial" w:hAnsi="Arial" w:cs="Arial"/>
          <w:sz w:val="20"/>
          <w:szCs w:val="20"/>
        </w:rPr>
      </w:pPr>
      <w:r w:rsidRPr="00D30B53">
        <w:rPr>
          <w:rFonts w:ascii="Arial" w:hAnsi="Arial" w:cs="Arial"/>
          <w:sz w:val="20"/>
          <w:szCs w:val="20"/>
        </w:rPr>
        <w:t>Name</w:t>
      </w:r>
      <w:r w:rsidR="009E0120" w:rsidRPr="00D30B53">
        <w:rPr>
          <w:rFonts w:ascii="Arial" w:hAnsi="Arial" w:cs="Arial"/>
          <w:sz w:val="20"/>
          <w:szCs w:val="20"/>
        </w:rPr>
        <w:t>:</w:t>
      </w:r>
      <w:r w:rsidR="00D239F3" w:rsidRPr="00D30B5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302390501"/>
          <w:placeholder>
            <w:docPart w:val="DefaultPlaceholder_-1854013440"/>
          </w:placeholder>
          <w:showingPlcHdr/>
        </w:sdtPr>
        <w:sdtEndPr/>
        <w:sdtContent>
          <w:r w:rsidR="00D239F3" w:rsidRPr="00D30B53">
            <w:rPr>
              <w:rStyle w:val="Platzhaltertext"/>
              <w:sz w:val="20"/>
              <w:szCs w:val="20"/>
            </w:rPr>
            <w:t>Klicken oder tippen Sie hier, um Text einzugeben.</w:t>
          </w:r>
        </w:sdtContent>
      </w:sdt>
    </w:p>
    <w:sectPr w:rsidR="00FD0EF9" w:rsidRPr="00D30B53" w:rsidSect="001F227C">
      <w:footerReference w:type="default" r:id="rId8"/>
      <w:pgSz w:w="12240" w:h="15840"/>
      <w:pgMar w:top="709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E4561" w14:textId="77777777" w:rsidR="004D06EA" w:rsidRDefault="004D06EA" w:rsidP="004D06EA">
      <w:pPr>
        <w:spacing w:after="0" w:line="240" w:lineRule="auto"/>
      </w:pPr>
      <w:r>
        <w:separator/>
      </w:r>
    </w:p>
  </w:endnote>
  <w:endnote w:type="continuationSeparator" w:id="0">
    <w:p w14:paraId="0C10F3E8" w14:textId="77777777" w:rsidR="004D06EA" w:rsidRDefault="004D06EA" w:rsidP="004D0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A19D" w14:textId="10F2B7AA" w:rsidR="004D06EA" w:rsidRPr="004D06EA" w:rsidRDefault="00617F5A">
    <w:pPr>
      <w:pStyle w:val="Fuzeile"/>
      <w:rPr>
        <w:rFonts w:ascii="Arial" w:hAnsi="Arial" w:cs="Arial"/>
        <w:sz w:val="16"/>
        <w:szCs w:val="16"/>
      </w:rPr>
    </w:pPr>
    <w:r w:rsidRPr="00617F5A">
      <w:rPr>
        <w:rFonts w:ascii="Arial" w:hAnsi="Arial" w:cs="Arial"/>
        <w:bCs/>
        <w:sz w:val="16"/>
        <w:szCs w:val="16"/>
        <w:lang w:val="de-DE"/>
      </w:rPr>
      <w:t xml:space="preserve">Seite </w:t>
    </w:r>
    <w:r w:rsidRPr="00617F5A">
      <w:rPr>
        <w:rFonts w:ascii="Arial" w:hAnsi="Arial" w:cs="Arial"/>
        <w:bCs/>
        <w:sz w:val="16"/>
        <w:szCs w:val="16"/>
      </w:rPr>
      <w:fldChar w:fldCharType="begin"/>
    </w:r>
    <w:r w:rsidRPr="00617F5A">
      <w:rPr>
        <w:rFonts w:ascii="Arial" w:hAnsi="Arial" w:cs="Arial"/>
        <w:bCs/>
        <w:sz w:val="16"/>
        <w:szCs w:val="16"/>
      </w:rPr>
      <w:instrText>PAGE  \* Arabic  \* MERGEFORMAT</w:instrText>
    </w:r>
    <w:r w:rsidRPr="00617F5A">
      <w:rPr>
        <w:rFonts w:ascii="Arial" w:hAnsi="Arial" w:cs="Arial"/>
        <w:bCs/>
        <w:sz w:val="16"/>
        <w:szCs w:val="16"/>
      </w:rPr>
      <w:fldChar w:fldCharType="separate"/>
    </w:r>
    <w:r w:rsidR="00FF64A1" w:rsidRPr="00FF64A1">
      <w:rPr>
        <w:rFonts w:ascii="Arial" w:hAnsi="Arial" w:cs="Arial"/>
        <w:bCs/>
        <w:noProof/>
        <w:sz w:val="16"/>
        <w:szCs w:val="16"/>
        <w:lang w:val="de-DE"/>
      </w:rPr>
      <w:t>2</w:t>
    </w:r>
    <w:r w:rsidRPr="00617F5A">
      <w:rPr>
        <w:rFonts w:ascii="Arial" w:hAnsi="Arial" w:cs="Arial"/>
        <w:bCs/>
        <w:sz w:val="16"/>
        <w:szCs w:val="16"/>
      </w:rPr>
      <w:fldChar w:fldCharType="end"/>
    </w:r>
    <w:r w:rsidRPr="00617F5A">
      <w:rPr>
        <w:rFonts w:ascii="Arial" w:hAnsi="Arial" w:cs="Arial"/>
        <w:bCs/>
        <w:sz w:val="16"/>
        <w:szCs w:val="16"/>
        <w:lang w:val="de-DE"/>
      </w:rPr>
      <w:t xml:space="preserve"> von </w:t>
    </w:r>
    <w:r w:rsidRPr="00617F5A">
      <w:rPr>
        <w:rFonts w:ascii="Arial" w:hAnsi="Arial" w:cs="Arial"/>
        <w:bCs/>
        <w:sz w:val="16"/>
        <w:szCs w:val="16"/>
      </w:rPr>
      <w:fldChar w:fldCharType="begin"/>
    </w:r>
    <w:r w:rsidRPr="00617F5A">
      <w:rPr>
        <w:rFonts w:ascii="Arial" w:hAnsi="Arial" w:cs="Arial"/>
        <w:bCs/>
        <w:sz w:val="16"/>
        <w:szCs w:val="16"/>
      </w:rPr>
      <w:instrText>NUMPAGES  \* Arabic  \* MERGEFORMAT</w:instrText>
    </w:r>
    <w:r w:rsidRPr="00617F5A">
      <w:rPr>
        <w:rFonts w:ascii="Arial" w:hAnsi="Arial" w:cs="Arial"/>
        <w:bCs/>
        <w:sz w:val="16"/>
        <w:szCs w:val="16"/>
      </w:rPr>
      <w:fldChar w:fldCharType="separate"/>
    </w:r>
    <w:r w:rsidR="00FF64A1" w:rsidRPr="00FF64A1">
      <w:rPr>
        <w:rFonts w:ascii="Arial" w:hAnsi="Arial" w:cs="Arial"/>
        <w:bCs/>
        <w:noProof/>
        <w:sz w:val="16"/>
        <w:szCs w:val="16"/>
        <w:lang w:val="de-DE"/>
      </w:rPr>
      <w:t>2</w:t>
    </w:r>
    <w:r w:rsidRPr="00617F5A">
      <w:rPr>
        <w:rFonts w:ascii="Arial" w:hAnsi="Arial" w:cs="Arial"/>
        <w:bCs/>
        <w:sz w:val="16"/>
        <w:szCs w:val="16"/>
      </w:rPr>
      <w:fldChar w:fldCharType="end"/>
    </w:r>
    <w:r>
      <w:rPr>
        <w:rFonts w:ascii="Arial" w:hAnsi="Arial" w:cs="Arial"/>
        <w:bCs/>
        <w:sz w:val="16"/>
        <w:szCs w:val="16"/>
      </w:rPr>
      <w:t>, VergabeNr. #26-</w:t>
    </w:r>
    <w:r w:rsidR="00AF0212">
      <w:rPr>
        <w:rFonts w:ascii="Arial" w:hAnsi="Arial" w:cs="Arial"/>
        <w:bCs/>
        <w:sz w:val="16"/>
        <w:szCs w:val="16"/>
      </w:rPr>
      <w:t>220</w:t>
    </w:r>
    <w:r w:rsidR="00236635">
      <w:rPr>
        <w:rFonts w:ascii="Arial" w:hAnsi="Arial" w:cs="Arial"/>
        <w:bCs/>
        <w:sz w:val="16"/>
        <w:szCs w:val="16"/>
      </w:rPr>
      <w:t xml:space="preserve">, Datum </w:t>
    </w:r>
    <w:r w:rsidR="00236635">
      <w:rPr>
        <w:rFonts w:ascii="Arial" w:hAnsi="Arial" w:cs="Arial"/>
        <w:bCs/>
        <w:sz w:val="16"/>
        <w:szCs w:val="16"/>
      </w:rPr>
      <w:fldChar w:fldCharType="begin"/>
    </w:r>
    <w:r w:rsidR="00236635">
      <w:rPr>
        <w:rFonts w:ascii="Arial" w:hAnsi="Arial" w:cs="Arial"/>
        <w:bCs/>
        <w:sz w:val="16"/>
        <w:szCs w:val="16"/>
        <w:lang w:val="de-DE"/>
      </w:rPr>
      <w:instrText xml:space="preserve"> TIME \@ "dd.MM.yyyy" </w:instrText>
    </w:r>
    <w:r w:rsidR="00236635">
      <w:rPr>
        <w:rFonts w:ascii="Arial" w:hAnsi="Arial" w:cs="Arial"/>
        <w:bCs/>
        <w:sz w:val="16"/>
        <w:szCs w:val="16"/>
      </w:rPr>
      <w:fldChar w:fldCharType="separate"/>
    </w:r>
    <w:r w:rsidR="002D45ED">
      <w:rPr>
        <w:rFonts w:ascii="Arial" w:hAnsi="Arial" w:cs="Arial"/>
        <w:bCs/>
        <w:noProof/>
        <w:sz w:val="16"/>
        <w:szCs w:val="16"/>
        <w:lang w:val="de-DE"/>
      </w:rPr>
      <w:t>13.10.2026</w:t>
    </w:r>
    <w:r w:rsidR="00236635">
      <w:rPr>
        <w:rFonts w:ascii="Arial" w:hAnsi="Arial" w:cs="Arial"/>
        <w:bCs/>
        <w:sz w:val="16"/>
        <w:szCs w:val="16"/>
      </w:rPr>
      <w:fldChar w:fldCharType="end"/>
    </w:r>
    <w:r w:rsidR="00236635">
      <w:rPr>
        <w:rFonts w:ascii="Arial" w:hAnsi="Arial" w:cs="Arial"/>
        <w:bCs/>
        <w:sz w:val="16"/>
        <w:szCs w:val="16"/>
        <w:lang w:val="de-DE"/>
      </w:rPr>
      <w:tab/>
      <w:t xml:space="preserve">, </w:t>
    </w:r>
    <w:r w:rsidR="00E51178">
      <w:rPr>
        <w:rFonts w:ascii="Arial" w:hAnsi="Arial" w:cs="Arial"/>
        <w:b/>
        <w:bCs/>
        <w:sz w:val="16"/>
        <w:szCs w:val="16"/>
      </w:rPr>
      <w:t>Referenz von</w:t>
    </w:r>
    <w:r>
      <w:rPr>
        <w:rFonts w:ascii="Arial" w:hAnsi="Arial" w:cs="Arial"/>
        <w:b/>
        <w:bCs/>
        <w:sz w:val="16"/>
        <w:szCs w:val="16"/>
      </w:rPr>
      <w:t xml:space="preserve"> </w:t>
    </w:r>
    <w:sdt>
      <w:sdtPr>
        <w:rPr>
          <w:rFonts w:ascii="Arial" w:hAnsi="Arial" w:cs="Arial"/>
          <w:b/>
          <w:bCs/>
          <w:sz w:val="16"/>
          <w:szCs w:val="16"/>
        </w:rPr>
        <w:alias w:val="Firma"/>
        <w:tag w:val=""/>
        <w:id w:val="1558589337"/>
        <w:placeholder>
          <w:docPart w:val="9C941C32AF444A908424A9862BB8F3DD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Pr="002B2CD0">
          <w:rPr>
            <w:rStyle w:val="Platzhaltertext"/>
          </w:rPr>
          <w:t>[Firma]</w:t>
        </w:r>
      </w:sdtContent>
    </w:sdt>
    <w:r w:rsidR="00E51178">
      <w:rPr>
        <w:rFonts w:ascii="Arial" w:hAnsi="Arial" w:cs="Arial"/>
        <w:b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0569" w14:textId="77777777" w:rsidR="004D06EA" w:rsidRDefault="004D06EA" w:rsidP="004D06EA">
      <w:pPr>
        <w:spacing w:after="0" w:line="240" w:lineRule="auto"/>
      </w:pPr>
      <w:r>
        <w:separator/>
      </w:r>
    </w:p>
  </w:footnote>
  <w:footnote w:type="continuationSeparator" w:id="0">
    <w:p w14:paraId="54FC3341" w14:textId="77777777" w:rsidR="004D06EA" w:rsidRDefault="004D06EA" w:rsidP="004D0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965976">
    <w:abstractNumId w:val="8"/>
  </w:num>
  <w:num w:numId="2" w16cid:durableId="493692432">
    <w:abstractNumId w:val="6"/>
  </w:num>
  <w:num w:numId="3" w16cid:durableId="2144955865">
    <w:abstractNumId w:val="5"/>
  </w:num>
  <w:num w:numId="4" w16cid:durableId="1041899493">
    <w:abstractNumId w:val="4"/>
  </w:num>
  <w:num w:numId="5" w16cid:durableId="177352511">
    <w:abstractNumId w:val="7"/>
  </w:num>
  <w:num w:numId="6" w16cid:durableId="1929922207">
    <w:abstractNumId w:val="3"/>
  </w:num>
  <w:num w:numId="7" w16cid:durableId="1513453749">
    <w:abstractNumId w:val="2"/>
  </w:num>
  <w:num w:numId="8" w16cid:durableId="1976373824">
    <w:abstractNumId w:val="1"/>
  </w:num>
  <w:num w:numId="9" w16cid:durableId="1474828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ocumentProtection w:edit="forms" w:enforcement="1" w:spinCount="100000" w:hashValue="6c6+Oj9fiaQjt2K42VoQpWYZ33XuOmNlmzbjsEsylYGmeNS8Zlo24LJzqP6N4PuRRRcSIs1zyl+v0NhgydTugw==" w:saltValue="YJZ+JzAaP2O7NtqVX+i1ug==" w:algorithmName="SHA-51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27C"/>
    <w:rsid w:val="00236635"/>
    <w:rsid w:val="0029639D"/>
    <w:rsid w:val="002D45ED"/>
    <w:rsid w:val="00302E38"/>
    <w:rsid w:val="00326F90"/>
    <w:rsid w:val="004161C0"/>
    <w:rsid w:val="004D06EA"/>
    <w:rsid w:val="005221FE"/>
    <w:rsid w:val="00617F5A"/>
    <w:rsid w:val="00645281"/>
    <w:rsid w:val="00686CAD"/>
    <w:rsid w:val="00697691"/>
    <w:rsid w:val="00960629"/>
    <w:rsid w:val="009B0E74"/>
    <w:rsid w:val="009E0120"/>
    <w:rsid w:val="00A133EB"/>
    <w:rsid w:val="00AA1D8D"/>
    <w:rsid w:val="00AC5145"/>
    <w:rsid w:val="00AE3D14"/>
    <w:rsid w:val="00AF0212"/>
    <w:rsid w:val="00B47730"/>
    <w:rsid w:val="00B77C2D"/>
    <w:rsid w:val="00CB0664"/>
    <w:rsid w:val="00D239F3"/>
    <w:rsid w:val="00D259B2"/>
    <w:rsid w:val="00D30B53"/>
    <w:rsid w:val="00D93E6B"/>
    <w:rsid w:val="00E51178"/>
    <w:rsid w:val="00EE0D7F"/>
    <w:rsid w:val="00F85C85"/>
    <w:rsid w:val="00FC693F"/>
    <w:rsid w:val="00FD0EF9"/>
    <w:rsid w:val="00FF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68FB4"/>
  <w14:defaultImageDpi w14:val="300"/>
  <w15:docId w15:val="{0E086403-5B0A-450F-99E4-C5BAC242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AC51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BC547F-60EC-4FB3-8513-B479B5EECFEE}"/>
      </w:docPartPr>
      <w:docPartBody>
        <w:p w:rsidR="009C484D" w:rsidRDefault="00C1352C">
          <w:r w:rsidRPr="00BA5E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326B6EEA874CA381EA09B2746953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D2290C-4CB6-4300-A986-DCDF75A1438C}"/>
      </w:docPartPr>
      <w:docPartBody>
        <w:p w:rsidR="00C55E6D" w:rsidRDefault="009C484D">
          <w:r w:rsidRPr="002B2CD0">
            <w:rPr>
              <w:rStyle w:val="Platzhaltertext"/>
            </w:rPr>
            <w:t>[Firma]</w:t>
          </w:r>
        </w:p>
      </w:docPartBody>
    </w:docPart>
    <w:docPart>
      <w:docPartPr>
        <w:name w:val="9C941C32AF444A908424A9862BB8F3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8622B9-F1BE-462B-80CF-23E28EBB16AC}"/>
      </w:docPartPr>
      <w:docPartBody>
        <w:p w:rsidR="00C55E6D" w:rsidRDefault="009C484D">
          <w:r w:rsidRPr="002B2CD0">
            <w:rPr>
              <w:rStyle w:val="Platzhaltertext"/>
            </w:rPr>
            <w:t>[Firma]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2C"/>
    <w:rsid w:val="0029384B"/>
    <w:rsid w:val="009B0E74"/>
    <w:rsid w:val="009C484D"/>
    <w:rsid w:val="00C1352C"/>
    <w:rsid w:val="00C55E6D"/>
    <w:rsid w:val="00EE0D7F"/>
    <w:rsid w:val="00F8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938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DAFE17-7497-4643-8D63-029F8FC86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Leppien, Karen</cp:lastModifiedBy>
  <cp:revision>14</cp:revision>
  <dcterms:created xsi:type="dcterms:W3CDTF">2026-02-13T07:45:00Z</dcterms:created>
  <dcterms:modified xsi:type="dcterms:W3CDTF">2026-10-13T11:45:00Z</dcterms:modified>
  <cp:category/>
</cp:coreProperties>
</file>