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F1CC9" w14:textId="77777777" w:rsidR="00FD0EF9" w:rsidRPr="00A133EB" w:rsidRDefault="009E0120">
      <w:pPr>
        <w:pStyle w:val="berschrift1"/>
        <w:jc w:val="center"/>
        <w:rPr>
          <w:rFonts w:ascii="Arial" w:hAnsi="Arial" w:cs="Arial"/>
          <w:color w:val="auto"/>
        </w:rPr>
      </w:pPr>
      <w:r w:rsidRPr="00A133EB">
        <w:rPr>
          <w:rFonts w:ascii="Arial" w:hAnsi="Arial" w:cs="Arial"/>
          <w:color w:val="auto"/>
        </w:rPr>
        <w:t>Formblatt – Referenzaufträge nach § 46 VgV</w:t>
      </w:r>
    </w:p>
    <w:p w14:paraId="02F01880" w14:textId="77777777" w:rsidR="00697691" w:rsidRDefault="009E0120">
      <w:pPr>
        <w:rPr>
          <w:rFonts w:ascii="Arial" w:hAnsi="Arial" w:cs="Arial"/>
        </w:rPr>
      </w:pPr>
      <w:r w:rsidRPr="00A133EB">
        <w:rPr>
          <w:rFonts w:ascii="Arial" w:hAnsi="Arial" w:cs="Arial"/>
        </w:rPr>
        <w:t>Nachweis der technischen und beruflichen Leistungsfähigkeit gemäß § 46 Vergabeverordnung (VgV)</w:t>
      </w:r>
    </w:p>
    <w:p w14:paraId="70F7B7C9" w14:textId="62B194A6" w:rsidR="00925C33" w:rsidRDefault="00697691">
      <w:pPr>
        <w:rPr>
          <w:rFonts w:ascii="Arial" w:hAnsi="Arial" w:cs="Arial"/>
        </w:rPr>
      </w:pPr>
      <w:r w:rsidRPr="00697691">
        <w:rPr>
          <w:rFonts w:ascii="Arial" w:hAnsi="Arial" w:cs="Arial"/>
          <w:b/>
        </w:rPr>
        <w:t>Auftrag</w:t>
      </w:r>
      <w:r>
        <w:rPr>
          <w:rFonts w:ascii="Arial" w:hAnsi="Arial" w:cs="Arial"/>
        </w:rPr>
        <w:t>:</w:t>
      </w:r>
      <w:r w:rsidR="00686CAD" w:rsidRPr="00686CAD">
        <w:t xml:space="preserve"> </w:t>
      </w:r>
      <w:r w:rsidR="00686CAD" w:rsidRPr="00686CAD">
        <w:rPr>
          <w:rFonts w:ascii="Arial" w:hAnsi="Arial" w:cs="Arial"/>
        </w:rPr>
        <w:t>„</w:t>
      </w:r>
      <w:r w:rsidR="00925C33">
        <w:rPr>
          <w:rFonts w:ascii="Arial" w:hAnsi="Arial" w:cs="Arial"/>
        </w:rPr>
        <w:t>Reinigun</w:t>
      </w:r>
      <w:r w:rsidR="00821EB1">
        <w:rPr>
          <w:rFonts w:ascii="Arial" w:hAnsi="Arial" w:cs="Arial"/>
        </w:rPr>
        <w:t>gs</w:t>
      </w:r>
      <w:r w:rsidR="00E035CA">
        <w:rPr>
          <w:rFonts w:ascii="Arial" w:hAnsi="Arial" w:cs="Arial"/>
        </w:rPr>
        <w:t>- und Hausmeister</w:t>
      </w:r>
      <w:r w:rsidR="00821EB1">
        <w:rPr>
          <w:rFonts w:ascii="Arial" w:hAnsi="Arial" w:cs="Arial"/>
        </w:rPr>
        <w:t>dienstleistung</w:t>
      </w:r>
      <w:r w:rsidR="00925C33">
        <w:rPr>
          <w:rFonts w:ascii="Arial" w:hAnsi="Arial" w:cs="Arial"/>
        </w:rPr>
        <w:t>en</w:t>
      </w:r>
      <w:r w:rsidR="00686CAD" w:rsidRPr="00686CAD">
        <w:rPr>
          <w:rFonts w:ascii="Arial" w:hAnsi="Arial" w:cs="Arial"/>
        </w:rPr>
        <w:t>“, VergabeNr. #26-</w:t>
      </w:r>
      <w:r w:rsidR="00925C33">
        <w:rPr>
          <w:rFonts w:ascii="Arial" w:hAnsi="Arial" w:cs="Arial"/>
        </w:rPr>
        <w:t>144</w:t>
      </w:r>
      <w:r w:rsidR="00821EB1">
        <w:rPr>
          <w:rFonts w:ascii="Arial" w:hAnsi="Arial" w:cs="Arial"/>
        </w:rPr>
        <w:t xml:space="preserve">, </w:t>
      </w:r>
    </w:p>
    <w:p w14:paraId="4FE892EF" w14:textId="4CEB10FE" w:rsidR="00960629" w:rsidRDefault="00821EB1">
      <w:pPr>
        <w:rPr>
          <w:rFonts w:ascii="Arial" w:hAnsi="Arial" w:cs="Arial"/>
        </w:rPr>
      </w:pPr>
      <w:r>
        <w:rPr>
          <w:rFonts w:ascii="Arial" w:hAnsi="Arial" w:cs="Arial"/>
        </w:rPr>
        <w:t xml:space="preserve">hier für Los </w:t>
      </w:r>
      <w:sdt>
        <w:sdtPr>
          <w:rPr>
            <w:rFonts w:ascii="Arial" w:hAnsi="Arial" w:cs="Arial"/>
          </w:rPr>
          <w:alias w:val="5"/>
          <w:tag w:val="5"/>
          <w:id w:val="-452410832"/>
          <w:placeholder>
            <w:docPart w:val="DefaultPlaceholder_-1854013438"/>
          </w:placeholder>
          <w:showingPlcHdr/>
          <w:dropDownList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</w:dropDownList>
        </w:sdtPr>
        <w:sdtEndPr/>
        <w:sdtContent>
          <w:r w:rsidR="00925C33" w:rsidRPr="00540EDA">
            <w:rPr>
              <w:rStyle w:val="Platzhaltertext"/>
            </w:rPr>
            <w:t>Wählen Sie ein Element aus.</w:t>
          </w:r>
        </w:sdtContent>
      </w:sdt>
    </w:p>
    <w:p w14:paraId="12CE3972" w14:textId="77777777" w:rsidR="00FD0EF9" w:rsidRPr="00A133EB" w:rsidRDefault="009E0120">
      <w:pPr>
        <w:pStyle w:val="berschrift2"/>
        <w:rPr>
          <w:rFonts w:ascii="Arial" w:hAnsi="Arial" w:cs="Arial"/>
          <w:color w:val="auto"/>
        </w:rPr>
      </w:pPr>
      <w:r w:rsidRPr="00A133EB">
        <w:rPr>
          <w:rFonts w:ascii="Arial" w:hAnsi="Arial" w:cs="Arial"/>
          <w:color w:val="auto"/>
        </w:rPr>
        <w:t xml:space="preserve">1. </w:t>
      </w:r>
      <w:r w:rsidR="00302E38">
        <w:rPr>
          <w:rFonts w:ascii="Arial" w:hAnsi="Arial" w:cs="Arial"/>
          <w:color w:val="auto"/>
        </w:rPr>
        <w:t xml:space="preserve">Bieter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6235"/>
      </w:tblGrid>
      <w:tr w:rsidR="00A133EB" w:rsidRPr="00A133EB" w14:paraId="29A9B67F" w14:textId="77777777" w:rsidTr="00302E38">
        <w:tc>
          <w:tcPr>
            <w:tcW w:w="2405" w:type="dxa"/>
          </w:tcPr>
          <w:p w14:paraId="0C7E92B9" w14:textId="77777777" w:rsidR="00FD0EF9" w:rsidRPr="00A133EB" w:rsidRDefault="009E0120" w:rsidP="00B77C2D">
            <w:pPr>
              <w:spacing w:before="240" w:after="240"/>
              <w:rPr>
                <w:rFonts w:ascii="Arial" w:hAnsi="Arial" w:cs="Arial"/>
              </w:rPr>
            </w:pPr>
            <w:r w:rsidRPr="00A133EB">
              <w:rPr>
                <w:rFonts w:ascii="Arial" w:hAnsi="Arial" w:cs="Arial"/>
              </w:rPr>
              <w:t>Unternehmensname:</w:t>
            </w:r>
          </w:p>
        </w:tc>
        <w:sdt>
          <w:sdtPr>
            <w:rPr>
              <w:rFonts w:ascii="Arial" w:hAnsi="Arial" w:cs="Arial"/>
            </w:rPr>
            <w:id w:val="1305731474"/>
            <w:placeholder>
              <w:docPart w:val="DefaultPlaceholder_-1854013440"/>
            </w:placeholder>
          </w:sdtPr>
          <w:sdtEndPr/>
          <w:sdtContent>
            <w:sdt>
              <w:sdtPr>
                <w:rPr>
                  <w:rFonts w:ascii="Arial" w:hAnsi="Arial" w:cs="Arial"/>
                </w:rPr>
                <w:alias w:val="Firma"/>
                <w:tag w:val=""/>
                <w:id w:val="-1424873630"/>
                <w:placeholder>
                  <w:docPart w:val="46326B6EEA874CA381EA09B274695367"/>
                </w:placeholder>
                <w:showingPlcHdr/>
                <w:dataBinding w:prefixMappings="xmlns:ns0='http://schemas.openxmlformats.org/officeDocument/2006/extended-properties' " w:xpath="/ns0:Properties[1]/ns0:Company[1]" w:storeItemID="{6668398D-A668-4E3E-A5EB-62B293D839F1}"/>
                <w:text/>
              </w:sdtPr>
              <w:sdtEndPr/>
              <w:sdtContent>
                <w:tc>
                  <w:tcPr>
                    <w:tcW w:w="6235" w:type="dxa"/>
                  </w:tcPr>
                  <w:p w14:paraId="6ECF818B" w14:textId="77777777" w:rsidR="00FD0EF9" w:rsidRPr="00A133EB" w:rsidRDefault="00617F5A" w:rsidP="00617F5A">
                    <w:pPr>
                      <w:rPr>
                        <w:rFonts w:ascii="Arial" w:hAnsi="Arial" w:cs="Arial"/>
                      </w:rPr>
                    </w:pPr>
                    <w:r w:rsidRPr="002B2CD0">
                      <w:rPr>
                        <w:rStyle w:val="Platzhaltertext"/>
                      </w:rPr>
                      <w:t>[Firma]</w:t>
                    </w:r>
                  </w:p>
                </w:tc>
              </w:sdtContent>
            </w:sdt>
          </w:sdtContent>
        </w:sdt>
      </w:tr>
    </w:tbl>
    <w:p w14:paraId="6ECAE97F" w14:textId="77777777" w:rsidR="00FD0EF9" w:rsidRPr="00A133EB" w:rsidRDefault="00FD0EF9">
      <w:pPr>
        <w:rPr>
          <w:rFonts w:ascii="Arial" w:hAnsi="Arial" w:cs="Arial"/>
        </w:rPr>
      </w:pPr>
    </w:p>
    <w:p w14:paraId="796C9249" w14:textId="77777777" w:rsidR="00FD0EF9" w:rsidRPr="00A133EB" w:rsidRDefault="009E0120">
      <w:pPr>
        <w:pStyle w:val="berschrift2"/>
        <w:rPr>
          <w:rFonts w:ascii="Arial" w:hAnsi="Arial" w:cs="Arial"/>
          <w:color w:val="auto"/>
        </w:rPr>
      </w:pPr>
      <w:r w:rsidRPr="00A133EB">
        <w:rPr>
          <w:rFonts w:ascii="Arial" w:hAnsi="Arial" w:cs="Arial"/>
          <w:color w:val="auto"/>
        </w:rPr>
        <w:t xml:space="preserve">2. Referenzauftrag </w:t>
      </w:r>
      <w:r w:rsidRPr="00B77C2D">
        <w:rPr>
          <w:rFonts w:ascii="Arial" w:hAnsi="Arial" w:cs="Arial"/>
          <w:b w:val="0"/>
          <w:color w:val="auto"/>
          <w:sz w:val="22"/>
        </w:rPr>
        <w:t>(für jeden Auftrag bitte separat ausfüllen)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0"/>
        <w:gridCol w:w="4320"/>
      </w:tblGrid>
      <w:tr w:rsidR="00A133EB" w:rsidRPr="00617F5A" w14:paraId="456030C1" w14:textId="77777777" w:rsidTr="00B77C2D">
        <w:tc>
          <w:tcPr>
            <w:tcW w:w="4320" w:type="dxa"/>
          </w:tcPr>
          <w:p w14:paraId="5535031D" w14:textId="77777777" w:rsidR="00FD0EF9" w:rsidRPr="00617F5A" w:rsidRDefault="009E0120" w:rsidP="00B77C2D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617F5A">
              <w:rPr>
                <w:rFonts w:ascii="Arial" w:hAnsi="Arial" w:cs="Arial"/>
                <w:sz w:val="20"/>
                <w:szCs w:val="20"/>
              </w:rPr>
              <w:t>Bezeichnung des Projekts / Auftrags: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34335010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320" w:type="dxa"/>
              </w:tcPr>
              <w:p w14:paraId="6DC54E78" w14:textId="77777777" w:rsidR="00FD0EF9" w:rsidRPr="00617F5A" w:rsidRDefault="00302E38" w:rsidP="00B77C2D">
                <w:pPr>
                  <w:spacing w:before="240" w:after="240"/>
                  <w:rPr>
                    <w:rFonts w:ascii="Arial" w:hAnsi="Arial" w:cs="Arial"/>
                    <w:sz w:val="20"/>
                    <w:szCs w:val="20"/>
                  </w:rPr>
                </w:pPr>
                <w:r w:rsidRPr="00617F5A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A133EB" w:rsidRPr="00617F5A" w14:paraId="1A30DEF3" w14:textId="77777777" w:rsidTr="00B77C2D">
        <w:tc>
          <w:tcPr>
            <w:tcW w:w="4320" w:type="dxa"/>
          </w:tcPr>
          <w:p w14:paraId="163B29F7" w14:textId="77777777" w:rsidR="00FD0EF9" w:rsidRPr="00617F5A" w:rsidRDefault="009E0120" w:rsidP="00B77C2D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617F5A">
              <w:rPr>
                <w:rFonts w:ascii="Arial" w:hAnsi="Arial" w:cs="Arial"/>
                <w:sz w:val="20"/>
                <w:szCs w:val="20"/>
              </w:rPr>
              <w:t>Art der Leistung (Liefer-/Dienstleistung):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55364815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320" w:type="dxa"/>
              </w:tcPr>
              <w:p w14:paraId="76C5B800" w14:textId="77777777" w:rsidR="00FD0EF9" w:rsidRPr="00617F5A" w:rsidRDefault="00302E38" w:rsidP="00B77C2D">
                <w:pPr>
                  <w:spacing w:before="240" w:after="240"/>
                  <w:rPr>
                    <w:rFonts w:ascii="Arial" w:hAnsi="Arial" w:cs="Arial"/>
                    <w:sz w:val="20"/>
                    <w:szCs w:val="20"/>
                  </w:rPr>
                </w:pPr>
                <w:r w:rsidRPr="00617F5A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A133EB" w:rsidRPr="00617F5A" w14:paraId="3C00B0C2" w14:textId="77777777" w:rsidTr="00B77C2D">
        <w:tc>
          <w:tcPr>
            <w:tcW w:w="4320" w:type="dxa"/>
          </w:tcPr>
          <w:p w14:paraId="5FE5C8FF" w14:textId="77777777" w:rsidR="00FD0EF9" w:rsidRPr="00617F5A" w:rsidRDefault="009E0120" w:rsidP="00B77C2D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617F5A">
              <w:rPr>
                <w:rFonts w:ascii="Arial" w:hAnsi="Arial" w:cs="Arial"/>
                <w:sz w:val="20"/>
                <w:szCs w:val="20"/>
              </w:rPr>
              <w:t>Kurzbeschreibung der erbrachten Leistung</w:t>
            </w:r>
            <w:r w:rsidR="00302E38" w:rsidRPr="00617F5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02E38" w:rsidRPr="00617F5A">
              <w:rPr>
                <w:rFonts w:ascii="Arial" w:hAnsi="Arial" w:cs="Arial"/>
                <w:sz w:val="20"/>
                <w:szCs w:val="20"/>
              </w:rPr>
              <w:br/>
              <w:t>(inkl. Angabe der gelieferten Periodika und Anzahl der belieferten Standorte)</w:t>
            </w:r>
            <w:r w:rsidRPr="00617F5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7780101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320" w:type="dxa"/>
              </w:tcPr>
              <w:p w14:paraId="0D5CCBBC" w14:textId="77777777" w:rsidR="00FD0EF9" w:rsidRPr="00617F5A" w:rsidRDefault="00302E38" w:rsidP="00B77C2D">
                <w:pPr>
                  <w:spacing w:before="240" w:after="240"/>
                  <w:rPr>
                    <w:rFonts w:ascii="Arial" w:hAnsi="Arial" w:cs="Arial"/>
                    <w:sz w:val="20"/>
                    <w:szCs w:val="20"/>
                  </w:rPr>
                </w:pPr>
                <w:r w:rsidRPr="00617F5A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A133EB" w:rsidRPr="00617F5A" w14:paraId="3AF83622" w14:textId="77777777" w:rsidTr="00B77C2D">
        <w:tc>
          <w:tcPr>
            <w:tcW w:w="4320" w:type="dxa"/>
          </w:tcPr>
          <w:p w14:paraId="0189C491" w14:textId="77777777" w:rsidR="00FD0EF9" w:rsidRPr="00617F5A" w:rsidRDefault="009E0120" w:rsidP="00B77C2D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617F5A">
              <w:rPr>
                <w:rFonts w:ascii="Arial" w:hAnsi="Arial" w:cs="Arial"/>
                <w:sz w:val="20"/>
                <w:szCs w:val="20"/>
              </w:rPr>
              <w:t>Auftragswert (netto in EUR):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33060056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320" w:type="dxa"/>
              </w:tcPr>
              <w:p w14:paraId="1D46AA19" w14:textId="77777777" w:rsidR="00FD0EF9" w:rsidRPr="00617F5A" w:rsidRDefault="00302E38" w:rsidP="00B77C2D">
                <w:pPr>
                  <w:spacing w:before="240" w:after="240"/>
                  <w:rPr>
                    <w:rFonts w:ascii="Arial" w:hAnsi="Arial" w:cs="Arial"/>
                    <w:sz w:val="20"/>
                    <w:szCs w:val="20"/>
                  </w:rPr>
                </w:pPr>
                <w:r w:rsidRPr="00617F5A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A133EB" w:rsidRPr="00617F5A" w14:paraId="506F7CCD" w14:textId="77777777" w:rsidTr="00B77C2D">
        <w:tc>
          <w:tcPr>
            <w:tcW w:w="4320" w:type="dxa"/>
          </w:tcPr>
          <w:p w14:paraId="5F418C68" w14:textId="77777777" w:rsidR="00FD0EF9" w:rsidRPr="00617F5A" w:rsidRDefault="009E0120" w:rsidP="00B77C2D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617F5A">
              <w:rPr>
                <w:rFonts w:ascii="Arial" w:hAnsi="Arial" w:cs="Arial"/>
                <w:sz w:val="20"/>
                <w:szCs w:val="20"/>
              </w:rPr>
              <w:t>Leistungszeitraum – Beginn (Monat/Jahr):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67640771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320" w:type="dxa"/>
              </w:tcPr>
              <w:p w14:paraId="70B4500A" w14:textId="77777777" w:rsidR="00FD0EF9" w:rsidRPr="00617F5A" w:rsidRDefault="00302E38" w:rsidP="00B77C2D">
                <w:pPr>
                  <w:spacing w:before="240" w:after="240"/>
                  <w:rPr>
                    <w:rFonts w:ascii="Arial" w:hAnsi="Arial" w:cs="Arial"/>
                    <w:sz w:val="20"/>
                    <w:szCs w:val="20"/>
                  </w:rPr>
                </w:pPr>
                <w:r w:rsidRPr="00617F5A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A133EB" w:rsidRPr="00617F5A" w14:paraId="4EAB112B" w14:textId="77777777" w:rsidTr="00B77C2D">
        <w:tc>
          <w:tcPr>
            <w:tcW w:w="4320" w:type="dxa"/>
          </w:tcPr>
          <w:p w14:paraId="6013B756" w14:textId="77777777" w:rsidR="00FD0EF9" w:rsidRPr="00617F5A" w:rsidRDefault="009E0120" w:rsidP="00B77C2D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617F5A">
              <w:rPr>
                <w:rFonts w:ascii="Arial" w:hAnsi="Arial" w:cs="Arial"/>
                <w:sz w:val="20"/>
                <w:szCs w:val="20"/>
              </w:rPr>
              <w:t>Leistungszeitraum – Abschluss (Monat/Jahr):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43712254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320" w:type="dxa"/>
              </w:tcPr>
              <w:p w14:paraId="6F6D4989" w14:textId="77777777" w:rsidR="00FD0EF9" w:rsidRPr="00617F5A" w:rsidRDefault="00302E38" w:rsidP="00B77C2D">
                <w:pPr>
                  <w:spacing w:before="240" w:after="240"/>
                  <w:rPr>
                    <w:rFonts w:ascii="Arial" w:hAnsi="Arial" w:cs="Arial"/>
                    <w:sz w:val="20"/>
                    <w:szCs w:val="20"/>
                  </w:rPr>
                </w:pPr>
                <w:r w:rsidRPr="00617F5A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A133EB" w:rsidRPr="00617F5A" w14:paraId="05D9F9B6" w14:textId="77777777" w:rsidTr="00B77C2D">
        <w:tc>
          <w:tcPr>
            <w:tcW w:w="4320" w:type="dxa"/>
          </w:tcPr>
          <w:p w14:paraId="13BE76F7" w14:textId="77777777" w:rsidR="00FD0EF9" w:rsidRPr="00617F5A" w:rsidRDefault="009E0120" w:rsidP="00B77C2D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617F5A">
              <w:rPr>
                <w:rFonts w:ascii="Arial" w:hAnsi="Arial" w:cs="Arial"/>
                <w:sz w:val="20"/>
                <w:szCs w:val="20"/>
              </w:rPr>
              <w:t>Leistungsort: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44550049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320" w:type="dxa"/>
              </w:tcPr>
              <w:p w14:paraId="0CE69B21" w14:textId="77777777" w:rsidR="00FD0EF9" w:rsidRPr="00617F5A" w:rsidRDefault="00302E38" w:rsidP="00B77C2D">
                <w:pPr>
                  <w:spacing w:before="240" w:after="240"/>
                  <w:rPr>
                    <w:rFonts w:ascii="Arial" w:hAnsi="Arial" w:cs="Arial"/>
                    <w:sz w:val="20"/>
                    <w:szCs w:val="20"/>
                  </w:rPr>
                </w:pPr>
                <w:r w:rsidRPr="00617F5A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A133EB" w:rsidRPr="00617F5A" w14:paraId="335EE81E" w14:textId="77777777" w:rsidTr="00B77C2D">
        <w:tc>
          <w:tcPr>
            <w:tcW w:w="4320" w:type="dxa"/>
          </w:tcPr>
          <w:p w14:paraId="164D81DA" w14:textId="77777777" w:rsidR="00FD0EF9" w:rsidRPr="00617F5A" w:rsidRDefault="009E0120" w:rsidP="00B77C2D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617F5A">
              <w:rPr>
                <w:rFonts w:ascii="Arial" w:hAnsi="Arial" w:cs="Arial"/>
                <w:sz w:val="20"/>
                <w:szCs w:val="20"/>
              </w:rPr>
              <w:t>Name</w:t>
            </w:r>
            <w:r w:rsidR="00AC5145" w:rsidRPr="00617F5A">
              <w:rPr>
                <w:rFonts w:ascii="Arial" w:hAnsi="Arial" w:cs="Arial"/>
                <w:sz w:val="20"/>
                <w:szCs w:val="20"/>
              </w:rPr>
              <w:t xml:space="preserve"> und Anschrift</w:t>
            </w:r>
            <w:r w:rsidRPr="00617F5A">
              <w:rPr>
                <w:rFonts w:ascii="Arial" w:hAnsi="Arial" w:cs="Arial"/>
                <w:sz w:val="20"/>
                <w:szCs w:val="20"/>
              </w:rPr>
              <w:t xml:space="preserve"> des Auftraggebers / Empfängers: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6230200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320" w:type="dxa"/>
              </w:tcPr>
              <w:p w14:paraId="367B4DA8" w14:textId="77777777" w:rsidR="00FD0EF9" w:rsidRPr="00617F5A" w:rsidRDefault="00302E38" w:rsidP="00B77C2D">
                <w:pPr>
                  <w:spacing w:before="240" w:after="240"/>
                  <w:rPr>
                    <w:rFonts w:ascii="Arial" w:hAnsi="Arial" w:cs="Arial"/>
                    <w:sz w:val="20"/>
                    <w:szCs w:val="20"/>
                  </w:rPr>
                </w:pPr>
                <w:r w:rsidRPr="00617F5A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A133EB" w:rsidRPr="00617F5A" w14:paraId="523C22AE" w14:textId="77777777" w:rsidTr="00B77C2D">
        <w:tc>
          <w:tcPr>
            <w:tcW w:w="4320" w:type="dxa"/>
          </w:tcPr>
          <w:p w14:paraId="5AFBA8AE" w14:textId="77777777" w:rsidR="00FD0EF9" w:rsidRPr="00617F5A" w:rsidRDefault="009E0120" w:rsidP="00B77C2D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617F5A">
              <w:rPr>
                <w:rFonts w:ascii="Arial" w:hAnsi="Arial" w:cs="Arial"/>
                <w:sz w:val="20"/>
                <w:szCs w:val="20"/>
              </w:rPr>
              <w:lastRenderedPageBreak/>
              <w:t>Art des Auftraggebers (öffentlich/privat):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01526792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320" w:type="dxa"/>
              </w:tcPr>
              <w:p w14:paraId="0382F6A1" w14:textId="77777777" w:rsidR="00FD0EF9" w:rsidRPr="00617F5A" w:rsidRDefault="00302E38" w:rsidP="00B77C2D">
                <w:pPr>
                  <w:spacing w:before="240" w:after="240"/>
                  <w:rPr>
                    <w:rFonts w:ascii="Arial" w:hAnsi="Arial" w:cs="Arial"/>
                    <w:sz w:val="20"/>
                    <w:szCs w:val="20"/>
                  </w:rPr>
                </w:pPr>
                <w:r w:rsidRPr="00617F5A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A133EB" w:rsidRPr="00617F5A" w14:paraId="1A284410" w14:textId="77777777" w:rsidTr="00B77C2D">
        <w:tc>
          <w:tcPr>
            <w:tcW w:w="4320" w:type="dxa"/>
          </w:tcPr>
          <w:p w14:paraId="680B3CC8" w14:textId="77777777" w:rsidR="00FD0EF9" w:rsidRPr="00617F5A" w:rsidRDefault="009E0120" w:rsidP="00AC5145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617F5A">
              <w:rPr>
                <w:rFonts w:ascii="Arial" w:hAnsi="Arial" w:cs="Arial"/>
                <w:sz w:val="20"/>
                <w:szCs w:val="20"/>
              </w:rPr>
              <w:t>Ansprechp</w:t>
            </w:r>
            <w:r w:rsidR="00AC5145" w:rsidRPr="00617F5A">
              <w:rPr>
                <w:rFonts w:ascii="Arial" w:hAnsi="Arial" w:cs="Arial"/>
                <w:sz w:val="20"/>
                <w:szCs w:val="20"/>
              </w:rPr>
              <w:t>erson</w:t>
            </w:r>
            <w:r w:rsidRPr="00617F5A">
              <w:rPr>
                <w:rFonts w:ascii="Arial" w:hAnsi="Arial" w:cs="Arial"/>
                <w:sz w:val="20"/>
                <w:szCs w:val="20"/>
              </w:rPr>
              <w:t xml:space="preserve"> beim Auftraggeber (Name, Funktion):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88437755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320" w:type="dxa"/>
              </w:tcPr>
              <w:p w14:paraId="1227C11E" w14:textId="77777777" w:rsidR="00FD0EF9" w:rsidRPr="00617F5A" w:rsidRDefault="00302E38" w:rsidP="00B77C2D">
                <w:pPr>
                  <w:spacing w:before="240" w:after="240"/>
                  <w:rPr>
                    <w:rFonts w:ascii="Arial" w:hAnsi="Arial" w:cs="Arial"/>
                    <w:sz w:val="20"/>
                    <w:szCs w:val="20"/>
                  </w:rPr>
                </w:pPr>
                <w:r w:rsidRPr="00617F5A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9E0120" w:rsidRPr="00617F5A" w14:paraId="511679DB" w14:textId="77777777" w:rsidTr="00B77C2D">
        <w:tc>
          <w:tcPr>
            <w:tcW w:w="4320" w:type="dxa"/>
          </w:tcPr>
          <w:p w14:paraId="15C7DB14" w14:textId="77777777" w:rsidR="00FD0EF9" w:rsidRPr="00617F5A" w:rsidRDefault="009E0120" w:rsidP="00AC5145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617F5A">
              <w:rPr>
                <w:rFonts w:ascii="Arial" w:hAnsi="Arial" w:cs="Arial"/>
                <w:sz w:val="20"/>
                <w:szCs w:val="20"/>
              </w:rPr>
              <w:t>Telefon und E-Mail de</w:t>
            </w:r>
            <w:r w:rsidR="00AC5145" w:rsidRPr="00617F5A">
              <w:rPr>
                <w:rFonts w:ascii="Arial" w:hAnsi="Arial" w:cs="Arial"/>
                <w:sz w:val="20"/>
                <w:szCs w:val="20"/>
              </w:rPr>
              <w:t>r</w:t>
            </w:r>
            <w:r w:rsidRPr="00617F5A">
              <w:rPr>
                <w:rFonts w:ascii="Arial" w:hAnsi="Arial" w:cs="Arial"/>
                <w:sz w:val="20"/>
                <w:szCs w:val="20"/>
              </w:rPr>
              <w:t xml:space="preserve"> Ansprechp</w:t>
            </w:r>
            <w:r w:rsidR="00AC5145" w:rsidRPr="00617F5A">
              <w:rPr>
                <w:rFonts w:ascii="Arial" w:hAnsi="Arial" w:cs="Arial"/>
                <w:sz w:val="20"/>
                <w:szCs w:val="20"/>
              </w:rPr>
              <w:t>erson</w:t>
            </w:r>
            <w:r w:rsidRPr="00617F5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97390292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320" w:type="dxa"/>
              </w:tcPr>
              <w:p w14:paraId="2F2C49C3" w14:textId="77777777" w:rsidR="00FD0EF9" w:rsidRPr="00617F5A" w:rsidRDefault="00302E38" w:rsidP="00B77C2D">
                <w:pPr>
                  <w:spacing w:before="240" w:after="240"/>
                  <w:rPr>
                    <w:rFonts w:ascii="Arial" w:hAnsi="Arial" w:cs="Arial"/>
                    <w:sz w:val="20"/>
                    <w:szCs w:val="20"/>
                  </w:rPr>
                </w:pPr>
                <w:r w:rsidRPr="00617F5A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</w:tbl>
    <w:p w14:paraId="664DB35A" w14:textId="77777777" w:rsidR="00FD0EF9" w:rsidRPr="00617F5A" w:rsidRDefault="00FD0EF9">
      <w:pPr>
        <w:rPr>
          <w:rFonts w:ascii="Arial" w:hAnsi="Arial" w:cs="Arial"/>
          <w:sz w:val="20"/>
          <w:szCs w:val="20"/>
        </w:rPr>
      </w:pPr>
    </w:p>
    <w:p w14:paraId="4DE67A02" w14:textId="77777777" w:rsidR="00FD0EF9" w:rsidRPr="00617F5A" w:rsidRDefault="009E0120">
      <w:pPr>
        <w:rPr>
          <w:rFonts w:ascii="Arial" w:hAnsi="Arial" w:cs="Arial"/>
          <w:sz w:val="20"/>
          <w:szCs w:val="20"/>
        </w:rPr>
      </w:pPr>
      <w:r w:rsidRPr="00617F5A">
        <w:rPr>
          <w:rFonts w:ascii="Arial" w:hAnsi="Arial" w:cs="Arial"/>
          <w:sz w:val="20"/>
          <w:szCs w:val="20"/>
        </w:rPr>
        <w:t>Hinweis: Es dürfen nur Referenzaufträge aufgeführt werden, die innerhalb der letzten höchstens fünf Jahre erbracht wurden.</w:t>
      </w:r>
    </w:p>
    <w:p w14:paraId="1DE3714D" w14:textId="77777777" w:rsidR="00FD0EF9" w:rsidRPr="00A133EB" w:rsidRDefault="00FD0EF9">
      <w:pPr>
        <w:rPr>
          <w:rFonts w:ascii="Arial" w:hAnsi="Arial" w:cs="Arial"/>
        </w:rPr>
      </w:pPr>
    </w:p>
    <w:p w14:paraId="397E50E5" w14:textId="77777777" w:rsidR="00FD0EF9" w:rsidRPr="00A133EB" w:rsidRDefault="009E0120">
      <w:pPr>
        <w:pStyle w:val="berschrift2"/>
        <w:rPr>
          <w:rFonts w:ascii="Arial" w:hAnsi="Arial" w:cs="Arial"/>
          <w:color w:val="auto"/>
        </w:rPr>
      </w:pPr>
      <w:r w:rsidRPr="00A133EB">
        <w:rPr>
          <w:rFonts w:ascii="Arial" w:hAnsi="Arial" w:cs="Arial"/>
          <w:color w:val="auto"/>
        </w:rPr>
        <w:t>3. Eigenerklärung</w:t>
      </w:r>
    </w:p>
    <w:p w14:paraId="3DF22454" w14:textId="77777777" w:rsidR="00D239F3" w:rsidRPr="00617F5A" w:rsidRDefault="00302E38" w:rsidP="00D239F3">
      <w:pPr>
        <w:rPr>
          <w:rFonts w:ascii="Arial" w:hAnsi="Arial" w:cs="Arial"/>
          <w:sz w:val="20"/>
        </w:rPr>
      </w:pPr>
      <w:r>
        <w:rPr>
          <w:rFonts w:ascii="Arial" w:hAnsi="Arial" w:cs="Arial"/>
        </w:rPr>
        <w:br/>
      </w:r>
      <w:r w:rsidR="009E0120" w:rsidRPr="00617F5A">
        <w:rPr>
          <w:rFonts w:ascii="Arial" w:hAnsi="Arial" w:cs="Arial"/>
          <w:sz w:val="20"/>
        </w:rPr>
        <w:t>Hiermit versicher</w:t>
      </w:r>
      <w:r w:rsidR="00D239F3" w:rsidRPr="00617F5A">
        <w:rPr>
          <w:rFonts w:ascii="Arial" w:hAnsi="Arial" w:cs="Arial"/>
          <w:sz w:val="20"/>
        </w:rPr>
        <w:t>e ich</w:t>
      </w:r>
      <w:r w:rsidR="009E0120" w:rsidRPr="00617F5A">
        <w:rPr>
          <w:rFonts w:ascii="Arial" w:hAnsi="Arial" w:cs="Arial"/>
          <w:sz w:val="20"/>
        </w:rPr>
        <w:t xml:space="preserve">, dass </w:t>
      </w:r>
      <w:r w:rsidR="00D239F3" w:rsidRPr="00617F5A">
        <w:rPr>
          <w:rFonts w:ascii="Arial" w:hAnsi="Arial" w:cs="Arial"/>
          <w:sz w:val="20"/>
        </w:rPr>
        <w:t xml:space="preserve">ich </w:t>
      </w:r>
      <w:r w:rsidR="004D06EA" w:rsidRPr="00617F5A">
        <w:rPr>
          <w:rFonts w:ascii="Arial" w:hAnsi="Arial" w:cs="Arial"/>
          <w:sz w:val="20"/>
        </w:rPr>
        <w:t>die Einwilligung der o.g. Ansprechperson habe</w:t>
      </w:r>
      <w:r w:rsidR="00D239F3" w:rsidRPr="00617F5A">
        <w:rPr>
          <w:rFonts w:ascii="Arial" w:hAnsi="Arial" w:cs="Arial"/>
          <w:sz w:val="20"/>
        </w:rPr>
        <w:t xml:space="preserve">, die </w:t>
      </w:r>
      <w:r w:rsidR="004D06EA" w:rsidRPr="00617F5A">
        <w:rPr>
          <w:rFonts w:ascii="Arial" w:hAnsi="Arial" w:cs="Arial"/>
          <w:sz w:val="20"/>
        </w:rPr>
        <w:t xml:space="preserve">genannten </w:t>
      </w:r>
      <w:r w:rsidR="00D239F3" w:rsidRPr="00617F5A">
        <w:rPr>
          <w:rFonts w:ascii="Arial" w:hAnsi="Arial" w:cs="Arial"/>
          <w:sz w:val="20"/>
        </w:rPr>
        <w:t>personenbezogenen Daten weiterzugeben</w:t>
      </w:r>
      <w:r w:rsidR="004D06EA" w:rsidRPr="00617F5A">
        <w:rPr>
          <w:rFonts w:ascii="Arial" w:hAnsi="Arial" w:cs="Arial"/>
          <w:sz w:val="20"/>
        </w:rPr>
        <w:t xml:space="preserve"> (gem. § 6 Abs. 1 lit. a DSGVO)</w:t>
      </w:r>
      <w:r w:rsidR="00D239F3" w:rsidRPr="00617F5A">
        <w:rPr>
          <w:rFonts w:ascii="Arial" w:hAnsi="Arial" w:cs="Arial"/>
          <w:sz w:val="20"/>
        </w:rPr>
        <w:t>.</w:t>
      </w:r>
    </w:p>
    <w:p w14:paraId="0D687AC4" w14:textId="77777777" w:rsidR="00D239F3" w:rsidRPr="00617F5A" w:rsidRDefault="00D239F3" w:rsidP="00D239F3">
      <w:pPr>
        <w:rPr>
          <w:rFonts w:ascii="Arial" w:hAnsi="Arial" w:cs="Arial"/>
          <w:sz w:val="20"/>
        </w:rPr>
      </w:pPr>
      <w:r w:rsidRPr="00617F5A">
        <w:rPr>
          <w:rFonts w:ascii="Arial" w:hAnsi="Arial" w:cs="Arial"/>
          <w:sz w:val="20"/>
        </w:rPr>
        <w:t xml:space="preserve">Ich versichere weiterhin, </w:t>
      </w:r>
      <w:r w:rsidR="004D06EA" w:rsidRPr="00617F5A">
        <w:rPr>
          <w:rFonts w:ascii="Arial" w:hAnsi="Arial" w:cs="Arial"/>
          <w:sz w:val="20"/>
        </w:rPr>
        <w:t xml:space="preserve">dass </w:t>
      </w:r>
      <w:r w:rsidR="009E0120" w:rsidRPr="00617F5A">
        <w:rPr>
          <w:rFonts w:ascii="Arial" w:hAnsi="Arial" w:cs="Arial"/>
          <w:sz w:val="20"/>
        </w:rPr>
        <w:t xml:space="preserve">die vorstehenden Angaben zutreffend sind und die benannten Leistungen </w:t>
      </w:r>
      <w:r w:rsidRPr="00617F5A">
        <w:rPr>
          <w:rFonts w:ascii="Arial" w:hAnsi="Arial" w:cs="Arial"/>
          <w:sz w:val="20"/>
        </w:rPr>
        <w:t>vertragsgemäß ausgeführt wurden</w:t>
      </w:r>
      <w:r w:rsidR="009E0120" w:rsidRPr="00617F5A">
        <w:rPr>
          <w:rFonts w:ascii="Arial" w:hAnsi="Arial" w:cs="Arial"/>
          <w:sz w:val="20"/>
        </w:rPr>
        <w:t>.</w:t>
      </w:r>
    </w:p>
    <w:p w14:paraId="7C3A7948" w14:textId="77777777" w:rsidR="00FD0EF9" w:rsidRPr="00617F5A" w:rsidRDefault="00FD0EF9">
      <w:pPr>
        <w:rPr>
          <w:rFonts w:ascii="Arial" w:hAnsi="Arial" w:cs="Arial"/>
          <w:sz w:val="20"/>
        </w:rPr>
      </w:pPr>
    </w:p>
    <w:p w14:paraId="6A4BB551" w14:textId="77777777" w:rsidR="00FD0EF9" w:rsidRPr="00617F5A" w:rsidRDefault="009E0120" w:rsidP="00B77C2D">
      <w:pPr>
        <w:spacing w:before="240" w:after="240"/>
        <w:rPr>
          <w:rFonts w:ascii="Arial" w:hAnsi="Arial" w:cs="Arial"/>
          <w:sz w:val="20"/>
        </w:rPr>
      </w:pPr>
      <w:r w:rsidRPr="00617F5A">
        <w:rPr>
          <w:rFonts w:ascii="Arial" w:hAnsi="Arial" w:cs="Arial"/>
          <w:sz w:val="20"/>
        </w:rPr>
        <w:t xml:space="preserve">Ort, Datum: </w:t>
      </w:r>
      <w:sdt>
        <w:sdtPr>
          <w:rPr>
            <w:rFonts w:ascii="Arial" w:hAnsi="Arial" w:cs="Arial"/>
            <w:sz w:val="20"/>
          </w:rPr>
          <w:id w:val="-1831122596"/>
          <w:placeholder>
            <w:docPart w:val="DefaultPlaceholder_-1854013440"/>
          </w:placeholder>
          <w:showingPlcHdr/>
        </w:sdtPr>
        <w:sdtEndPr/>
        <w:sdtContent>
          <w:r w:rsidR="00302E38" w:rsidRPr="00617F5A">
            <w:rPr>
              <w:rStyle w:val="Platzhaltertext"/>
              <w:sz w:val="20"/>
            </w:rPr>
            <w:t>Klicken oder tippen Sie hier, um Text einzugeben.</w:t>
          </w:r>
        </w:sdtContent>
      </w:sdt>
      <w:r w:rsidR="00D239F3" w:rsidRPr="00617F5A">
        <w:rPr>
          <w:rFonts w:ascii="Arial" w:hAnsi="Arial" w:cs="Arial"/>
          <w:sz w:val="20"/>
        </w:rPr>
        <w:t xml:space="preserve"> </w:t>
      </w:r>
    </w:p>
    <w:p w14:paraId="7577CF7F" w14:textId="77777777" w:rsidR="00FD0EF9" w:rsidRPr="00D30B53" w:rsidRDefault="00302E38" w:rsidP="00B77C2D">
      <w:pPr>
        <w:spacing w:before="240" w:after="240"/>
        <w:rPr>
          <w:rFonts w:ascii="Arial" w:hAnsi="Arial" w:cs="Arial"/>
          <w:sz w:val="20"/>
          <w:szCs w:val="20"/>
        </w:rPr>
      </w:pPr>
      <w:r w:rsidRPr="00D30B53">
        <w:rPr>
          <w:rFonts w:ascii="Arial" w:hAnsi="Arial" w:cs="Arial"/>
          <w:sz w:val="20"/>
          <w:szCs w:val="20"/>
        </w:rPr>
        <w:t>Name</w:t>
      </w:r>
      <w:r w:rsidR="009E0120" w:rsidRPr="00D30B53">
        <w:rPr>
          <w:rFonts w:ascii="Arial" w:hAnsi="Arial" w:cs="Arial"/>
          <w:sz w:val="20"/>
          <w:szCs w:val="20"/>
        </w:rPr>
        <w:t>:</w:t>
      </w:r>
      <w:r w:rsidR="00D239F3" w:rsidRPr="00D30B53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302390501"/>
          <w:placeholder>
            <w:docPart w:val="DefaultPlaceholder_-1854013440"/>
          </w:placeholder>
          <w:showingPlcHdr/>
        </w:sdtPr>
        <w:sdtEndPr/>
        <w:sdtContent>
          <w:r w:rsidR="00D239F3" w:rsidRPr="00D30B53">
            <w:rPr>
              <w:rStyle w:val="Platzhaltertext"/>
              <w:sz w:val="20"/>
              <w:szCs w:val="20"/>
            </w:rPr>
            <w:t>Klicken oder tippen Sie hier, um Text einzugeben.</w:t>
          </w:r>
        </w:sdtContent>
      </w:sdt>
    </w:p>
    <w:sectPr w:rsidR="00FD0EF9" w:rsidRPr="00D30B53" w:rsidSect="001F227C">
      <w:footerReference w:type="default" r:id="rId8"/>
      <w:pgSz w:w="12240" w:h="15840"/>
      <w:pgMar w:top="709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4806A" w14:textId="77777777" w:rsidR="004D06EA" w:rsidRDefault="004D06EA" w:rsidP="004D06EA">
      <w:pPr>
        <w:spacing w:after="0" w:line="240" w:lineRule="auto"/>
      </w:pPr>
      <w:r>
        <w:separator/>
      </w:r>
    </w:p>
  </w:endnote>
  <w:endnote w:type="continuationSeparator" w:id="0">
    <w:p w14:paraId="1BFD42B1" w14:textId="77777777" w:rsidR="004D06EA" w:rsidRDefault="004D06EA" w:rsidP="004D0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CD825" w14:textId="17C2170D" w:rsidR="004D06EA" w:rsidRPr="004D06EA" w:rsidRDefault="00617F5A">
    <w:pPr>
      <w:pStyle w:val="Fuzeile"/>
      <w:rPr>
        <w:rFonts w:ascii="Arial" w:hAnsi="Arial" w:cs="Arial"/>
        <w:sz w:val="16"/>
        <w:szCs w:val="16"/>
      </w:rPr>
    </w:pPr>
    <w:r w:rsidRPr="00617F5A">
      <w:rPr>
        <w:rFonts w:ascii="Arial" w:hAnsi="Arial" w:cs="Arial"/>
        <w:bCs/>
        <w:sz w:val="16"/>
        <w:szCs w:val="16"/>
        <w:lang w:val="de-DE"/>
      </w:rPr>
      <w:t xml:space="preserve">Seite </w:t>
    </w:r>
    <w:r w:rsidRPr="00617F5A">
      <w:rPr>
        <w:rFonts w:ascii="Arial" w:hAnsi="Arial" w:cs="Arial"/>
        <w:bCs/>
        <w:sz w:val="16"/>
        <w:szCs w:val="16"/>
      </w:rPr>
      <w:fldChar w:fldCharType="begin"/>
    </w:r>
    <w:r w:rsidRPr="00617F5A">
      <w:rPr>
        <w:rFonts w:ascii="Arial" w:hAnsi="Arial" w:cs="Arial"/>
        <w:bCs/>
        <w:sz w:val="16"/>
        <w:szCs w:val="16"/>
      </w:rPr>
      <w:instrText>PAGE  \* Arabic  \* MERGEFORMAT</w:instrText>
    </w:r>
    <w:r w:rsidRPr="00617F5A">
      <w:rPr>
        <w:rFonts w:ascii="Arial" w:hAnsi="Arial" w:cs="Arial"/>
        <w:bCs/>
        <w:sz w:val="16"/>
        <w:szCs w:val="16"/>
      </w:rPr>
      <w:fldChar w:fldCharType="separate"/>
    </w:r>
    <w:r w:rsidR="00317004" w:rsidRPr="00317004">
      <w:rPr>
        <w:rFonts w:ascii="Arial" w:hAnsi="Arial" w:cs="Arial"/>
        <w:bCs/>
        <w:noProof/>
        <w:sz w:val="16"/>
        <w:szCs w:val="16"/>
        <w:lang w:val="de-DE"/>
      </w:rPr>
      <w:t>2</w:t>
    </w:r>
    <w:r w:rsidRPr="00617F5A">
      <w:rPr>
        <w:rFonts w:ascii="Arial" w:hAnsi="Arial" w:cs="Arial"/>
        <w:bCs/>
        <w:sz w:val="16"/>
        <w:szCs w:val="16"/>
      </w:rPr>
      <w:fldChar w:fldCharType="end"/>
    </w:r>
    <w:r w:rsidRPr="00617F5A">
      <w:rPr>
        <w:rFonts w:ascii="Arial" w:hAnsi="Arial" w:cs="Arial"/>
        <w:bCs/>
        <w:sz w:val="16"/>
        <w:szCs w:val="16"/>
        <w:lang w:val="de-DE"/>
      </w:rPr>
      <w:t xml:space="preserve"> von </w:t>
    </w:r>
    <w:r w:rsidRPr="00617F5A">
      <w:rPr>
        <w:rFonts w:ascii="Arial" w:hAnsi="Arial" w:cs="Arial"/>
        <w:bCs/>
        <w:sz w:val="16"/>
        <w:szCs w:val="16"/>
      </w:rPr>
      <w:fldChar w:fldCharType="begin"/>
    </w:r>
    <w:r w:rsidRPr="00617F5A">
      <w:rPr>
        <w:rFonts w:ascii="Arial" w:hAnsi="Arial" w:cs="Arial"/>
        <w:bCs/>
        <w:sz w:val="16"/>
        <w:szCs w:val="16"/>
      </w:rPr>
      <w:instrText>NUMPAGES  \* Arabic  \* MERGEFORMAT</w:instrText>
    </w:r>
    <w:r w:rsidRPr="00617F5A">
      <w:rPr>
        <w:rFonts w:ascii="Arial" w:hAnsi="Arial" w:cs="Arial"/>
        <w:bCs/>
        <w:sz w:val="16"/>
        <w:szCs w:val="16"/>
      </w:rPr>
      <w:fldChar w:fldCharType="separate"/>
    </w:r>
    <w:r w:rsidR="00317004" w:rsidRPr="00317004">
      <w:rPr>
        <w:rFonts w:ascii="Arial" w:hAnsi="Arial" w:cs="Arial"/>
        <w:bCs/>
        <w:noProof/>
        <w:sz w:val="16"/>
        <w:szCs w:val="16"/>
        <w:lang w:val="de-DE"/>
      </w:rPr>
      <w:t>2</w:t>
    </w:r>
    <w:r w:rsidRPr="00617F5A">
      <w:rPr>
        <w:rFonts w:ascii="Arial" w:hAnsi="Arial" w:cs="Arial"/>
        <w:bCs/>
        <w:sz w:val="16"/>
        <w:szCs w:val="16"/>
      </w:rPr>
      <w:fldChar w:fldCharType="end"/>
    </w:r>
    <w:r>
      <w:rPr>
        <w:rFonts w:ascii="Arial" w:hAnsi="Arial" w:cs="Arial"/>
        <w:bCs/>
        <w:sz w:val="16"/>
        <w:szCs w:val="16"/>
      </w:rPr>
      <w:t>, VergabeNr. #26-</w:t>
    </w:r>
    <w:r w:rsidR="00925C33">
      <w:rPr>
        <w:rFonts w:ascii="Arial" w:hAnsi="Arial" w:cs="Arial"/>
        <w:bCs/>
        <w:sz w:val="16"/>
        <w:szCs w:val="16"/>
      </w:rPr>
      <w:t>144</w:t>
    </w:r>
    <w:r w:rsidR="00E51178">
      <w:rPr>
        <w:rFonts w:ascii="Arial" w:hAnsi="Arial" w:cs="Arial"/>
        <w:b/>
        <w:bCs/>
        <w:sz w:val="16"/>
        <w:szCs w:val="16"/>
      </w:rPr>
      <w:tab/>
      <w:t>Referenz von</w:t>
    </w:r>
    <w:r>
      <w:rPr>
        <w:rFonts w:ascii="Arial" w:hAnsi="Arial" w:cs="Arial"/>
        <w:b/>
        <w:bCs/>
        <w:sz w:val="16"/>
        <w:szCs w:val="16"/>
      </w:rPr>
      <w:t xml:space="preserve"> </w:t>
    </w:r>
    <w:sdt>
      <w:sdtPr>
        <w:rPr>
          <w:rFonts w:ascii="Arial" w:hAnsi="Arial" w:cs="Arial"/>
          <w:b/>
          <w:bCs/>
          <w:sz w:val="16"/>
          <w:szCs w:val="16"/>
        </w:rPr>
        <w:alias w:val="Firma"/>
        <w:tag w:val=""/>
        <w:id w:val="1558589337"/>
        <w:placeholder>
          <w:docPart w:val="9C941C32AF444A908424A9862BB8F3DD"/>
        </w:placeholder>
        <w:showingPlcHdr/>
        <w:dataBinding w:prefixMappings="xmlns:ns0='http://schemas.openxmlformats.org/officeDocument/2006/extended-properties' " w:xpath="/ns0:Properties[1]/ns0:Company[1]" w:storeItemID="{6668398D-A668-4E3E-A5EB-62B293D839F1}"/>
        <w:text/>
      </w:sdtPr>
      <w:sdtEndPr/>
      <w:sdtContent>
        <w:r w:rsidRPr="002B2CD0">
          <w:rPr>
            <w:rStyle w:val="Platzhaltertext"/>
          </w:rPr>
          <w:t>[Firma]</w:t>
        </w:r>
      </w:sdtContent>
    </w:sdt>
    <w:r w:rsidR="00E51178">
      <w:rPr>
        <w:rFonts w:ascii="Arial" w:hAnsi="Arial" w:cs="Arial"/>
        <w:b/>
        <w:bCs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0471E" w14:textId="77777777" w:rsidR="004D06EA" w:rsidRDefault="004D06EA" w:rsidP="004D06EA">
      <w:pPr>
        <w:spacing w:after="0" w:line="240" w:lineRule="auto"/>
      </w:pPr>
      <w:r>
        <w:separator/>
      </w:r>
    </w:p>
  </w:footnote>
  <w:footnote w:type="continuationSeparator" w:id="0">
    <w:p w14:paraId="73A57F14" w14:textId="77777777" w:rsidR="004D06EA" w:rsidRDefault="004D06EA" w:rsidP="004D06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67593135">
    <w:abstractNumId w:val="8"/>
  </w:num>
  <w:num w:numId="2" w16cid:durableId="1984045860">
    <w:abstractNumId w:val="6"/>
  </w:num>
  <w:num w:numId="3" w16cid:durableId="1610507568">
    <w:abstractNumId w:val="5"/>
  </w:num>
  <w:num w:numId="4" w16cid:durableId="295767997">
    <w:abstractNumId w:val="4"/>
  </w:num>
  <w:num w:numId="5" w16cid:durableId="1020160349">
    <w:abstractNumId w:val="7"/>
  </w:num>
  <w:num w:numId="6" w16cid:durableId="441147329">
    <w:abstractNumId w:val="3"/>
  </w:num>
  <w:num w:numId="7" w16cid:durableId="1614753252">
    <w:abstractNumId w:val="2"/>
  </w:num>
  <w:num w:numId="8" w16cid:durableId="1119422317">
    <w:abstractNumId w:val="1"/>
  </w:num>
  <w:num w:numId="9" w16cid:durableId="2007436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F227C"/>
    <w:rsid w:val="0029639D"/>
    <w:rsid w:val="00302E38"/>
    <w:rsid w:val="00317004"/>
    <w:rsid w:val="00326F90"/>
    <w:rsid w:val="004D06EA"/>
    <w:rsid w:val="00617F5A"/>
    <w:rsid w:val="00686CAD"/>
    <w:rsid w:val="00697691"/>
    <w:rsid w:val="00821EB1"/>
    <w:rsid w:val="00925C33"/>
    <w:rsid w:val="00960629"/>
    <w:rsid w:val="009E0120"/>
    <w:rsid w:val="00A133EB"/>
    <w:rsid w:val="00AA1D8D"/>
    <w:rsid w:val="00AC5145"/>
    <w:rsid w:val="00AF74F6"/>
    <w:rsid w:val="00B47730"/>
    <w:rsid w:val="00B77C2D"/>
    <w:rsid w:val="00CB0664"/>
    <w:rsid w:val="00D03EDA"/>
    <w:rsid w:val="00D239F3"/>
    <w:rsid w:val="00D30B53"/>
    <w:rsid w:val="00E035CA"/>
    <w:rsid w:val="00E51178"/>
    <w:rsid w:val="00FC693F"/>
    <w:rsid w:val="00FD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6DFA9E"/>
  <w14:defaultImageDpi w14:val="300"/>
  <w15:docId w15:val="{0E086403-5B0A-450F-99E4-C5BAC2424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tzhaltertext">
    <w:name w:val="Placeholder Text"/>
    <w:basedOn w:val="Absatz-Standardschriftart"/>
    <w:uiPriority w:val="99"/>
    <w:semiHidden/>
    <w:rsid w:val="00AC514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BC547F-60EC-4FB3-8513-B479B5EECFEE}"/>
      </w:docPartPr>
      <w:docPartBody>
        <w:p w:rsidR="009C484D" w:rsidRDefault="00C1352C">
          <w:r w:rsidRPr="00BA5EC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6326B6EEA874CA381EA09B2746953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D2290C-4CB6-4300-A986-DCDF75A1438C}"/>
      </w:docPartPr>
      <w:docPartBody>
        <w:p w:rsidR="00C55E6D" w:rsidRDefault="009C484D">
          <w:r w:rsidRPr="002B2CD0">
            <w:rPr>
              <w:rStyle w:val="Platzhaltertext"/>
            </w:rPr>
            <w:t>[Firma]</w:t>
          </w:r>
        </w:p>
      </w:docPartBody>
    </w:docPart>
    <w:docPart>
      <w:docPartPr>
        <w:name w:val="9C941C32AF444A908424A9862BB8F3D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8622B9-F1BE-462B-80CF-23E28EBB16AC}"/>
      </w:docPartPr>
      <w:docPartBody>
        <w:p w:rsidR="00C55E6D" w:rsidRDefault="009C484D">
          <w:r w:rsidRPr="002B2CD0">
            <w:rPr>
              <w:rStyle w:val="Platzhaltertext"/>
            </w:rPr>
            <w:t>[Firma]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ACD4FA-CDE5-48FD-9F3F-58E427ABB8EC}"/>
      </w:docPartPr>
      <w:docPartBody>
        <w:p w:rsidR="00BE1AD9" w:rsidRDefault="00BE1AD9">
          <w:r w:rsidRPr="00540EDA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52C"/>
    <w:rsid w:val="00292CAB"/>
    <w:rsid w:val="009C484D"/>
    <w:rsid w:val="00AF74F6"/>
    <w:rsid w:val="00BE1AD9"/>
    <w:rsid w:val="00C1352C"/>
    <w:rsid w:val="00C55E6D"/>
    <w:rsid w:val="00D03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E1AD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F9237FD-4E6E-47C9-A5D7-0A1C1815B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1749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Leppien, Karen</cp:lastModifiedBy>
  <cp:revision>8</cp:revision>
  <dcterms:created xsi:type="dcterms:W3CDTF">2026-02-13T07:45:00Z</dcterms:created>
  <dcterms:modified xsi:type="dcterms:W3CDTF">2026-10-14T14:39:00Z</dcterms:modified>
  <cp:category/>
</cp:coreProperties>
</file>